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BC494" w14:textId="367D3D76" w:rsidR="00B70AD8" w:rsidRPr="000728C5" w:rsidRDefault="00DB4D61" w:rsidP="00BB0C19">
      <w:pPr>
        <w:bidi w:val="0"/>
        <w:spacing w:line="360" w:lineRule="auto"/>
        <w:ind w:firstLine="0"/>
        <w:jc w:val="center"/>
        <w:rPr>
          <w:rFonts w:asciiTheme="majorBidi" w:hAnsiTheme="majorBidi" w:cstheme="majorBidi"/>
          <w:b/>
          <w:sz w:val="26"/>
          <w:szCs w:val="26"/>
        </w:rPr>
      </w:pPr>
      <w:r w:rsidRPr="00B70AD8">
        <w:rPr>
          <w:rFonts w:asciiTheme="majorBidi" w:hAnsiTheme="majorBidi" w:cstheme="majorBidi"/>
          <w:noProof/>
          <w:sz w:val="26"/>
          <w:szCs w:val="26"/>
          <w:rtl/>
        </w:rPr>
        <w:drawing>
          <wp:anchor distT="0" distB="0" distL="114300" distR="114300" simplePos="0" relativeHeight="251800576" behindDoc="0" locked="0" layoutInCell="1" allowOverlap="1" wp14:anchorId="5239BAC4" wp14:editId="726C971A">
            <wp:simplePos x="0" y="0"/>
            <wp:positionH relativeFrom="column">
              <wp:posOffset>1299210</wp:posOffset>
            </wp:positionH>
            <wp:positionV relativeFrom="paragraph">
              <wp:posOffset>386938</wp:posOffset>
            </wp:positionV>
            <wp:extent cx="162560" cy="162560"/>
            <wp:effectExtent l="0" t="0" r="8890" b="8890"/>
            <wp:wrapNone/>
            <wp:docPr id="20"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00847163" w:rsidRPr="000728C5">
        <w:rPr>
          <w:rFonts w:asciiTheme="majorBidi" w:hAnsiTheme="majorBidi" w:cstheme="majorBidi"/>
          <w:b/>
          <w:noProof/>
          <w:sz w:val="26"/>
          <w:szCs w:val="26"/>
          <w:rtl/>
        </w:rPr>
        <w:drawing>
          <wp:anchor distT="0" distB="0" distL="114300" distR="114300" simplePos="0" relativeHeight="251779072" behindDoc="0" locked="0" layoutInCell="1" allowOverlap="1" wp14:anchorId="1AC4547A" wp14:editId="7C788612">
            <wp:simplePos x="0" y="0"/>
            <wp:positionH relativeFrom="column">
              <wp:posOffset>-61710</wp:posOffset>
            </wp:positionH>
            <wp:positionV relativeFrom="paragraph">
              <wp:posOffset>0</wp:posOffset>
            </wp:positionV>
            <wp:extent cx="222250" cy="223110"/>
            <wp:effectExtent l="0" t="0" r="6350" b="5715"/>
            <wp:wrapNone/>
            <wp:docPr id="302923180" name="Picture 30292318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48858" name="Picture 936648858">
                      <a:hlinkClick r:id="rId11"/>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250" cy="223110"/>
                    </a:xfrm>
                    <a:prstGeom prst="rect">
                      <a:avLst/>
                    </a:prstGeom>
                  </pic:spPr>
                </pic:pic>
              </a:graphicData>
            </a:graphic>
            <wp14:sizeRelH relativeFrom="margin">
              <wp14:pctWidth>0</wp14:pctWidth>
            </wp14:sizeRelH>
            <wp14:sizeRelV relativeFrom="margin">
              <wp14:pctHeight>0</wp14:pctHeight>
            </wp14:sizeRelV>
          </wp:anchor>
        </w:drawing>
      </w:r>
      <w:r w:rsidR="00BB0C19">
        <w:rPr>
          <w:rFonts w:asciiTheme="majorBidi" w:hAnsiTheme="majorBidi" w:cstheme="majorBidi"/>
          <w:b/>
          <w:sz w:val="26"/>
          <w:szCs w:val="26"/>
        </w:rPr>
        <w:t>Title …………………………………………………..</w:t>
      </w:r>
    </w:p>
    <w:p w14:paraId="58016051" w14:textId="2F9140B8" w:rsidR="00E02A30" w:rsidRPr="00561810" w:rsidRDefault="00BB0C19" w:rsidP="00BB0C19">
      <w:pPr>
        <w:bidi w:val="0"/>
        <w:ind w:firstLine="0"/>
        <w:jc w:val="center"/>
        <w:rPr>
          <w:rFonts w:asciiTheme="majorBidi" w:hAnsiTheme="majorBidi" w:cstheme="majorBidi"/>
          <w:sz w:val="22"/>
          <w:szCs w:val="22"/>
        </w:rPr>
      </w:pPr>
      <w:r w:rsidRPr="00B70AD8">
        <w:rPr>
          <w:rFonts w:asciiTheme="majorBidi" w:hAnsiTheme="majorBidi" w:cstheme="majorBidi"/>
          <w:noProof/>
          <w:sz w:val="26"/>
          <w:szCs w:val="26"/>
          <w:rtl/>
        </w:rPr>
        <w:drawing>
          <wp:anchor distT="0" distB="0" distL="114300" distR="114300" simplePos="0" relativeHeight="251802624" behindDoc="0" locked="0" layoutInCell="1" allowOverlap="1" wp14:anchorId="4B5C3B93" wp14:editId="75675D7E">
            <wp:simplePos x="0" y="0"/>
            <wp:positionH relativeFrom="column">
              <wp:posOffset>2989264</wp:posOffset>
            </wp:positionH>
            <wp:positionV relativeFrom="paragraph">
              <wp:posOffset>5080</wp:posOffset>
            </wp:positionV>
            <wp:extent cx="162560" cy="162560"/>
            <wp:effectExtent l="0" t="0" r="8890" b="8890"/>
            <wp:wrapNone/>
            <wp:docPr id="8" name="Picture 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00847163" w:rsidRPr="00577BBC">
        <w:rPr>
          <w:rFonts w:asciiTheme="majorBidi" w:hAnsiTheme="majorBidi" w:cstheme="majorBidi"/>
          <w:noProof/>
          <w:szCs w:val="24"/>
          <w:rtl/>
        </w:rPr>
        <w:drawing>
          <wp:anchor distT="0" distB="0" distL="114300" distR="114300" simplePos="0" relativeHeight="251770880" behindDoc="0" locked="0" layoutInCell="1" allowOverlap="1" wp14:anchorId="51C25679" wp14:editId="50AEBE14">
            <wp:simplePos x="0" y="0"/>
            <wp:positionH relativeFrom="column">
              <wp:posOffset>1488836</wp:posOffset>
            </wp:positionH>
            <wp:positionV relativeFrom="paragraph">
              <wp:posOffset>15908</wp:posOffset>
            </wp:positionV>
            <wp:extent cx="161290" cy="135890"/>
            <wp:effectExtent l="0" t="0" r="0" b="0"/>
            <wp:wrapNone/>
            <wp:docPr id="46" name="Picture 4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290" cy="135890"/>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rtl-font" w:hAnsi="rtl-font"/>
          <w:color w:val="000000"/>
          <w:sz w:val="21"/>
          <w:szCs w:val="21"/>
          <w:shd w:val="clear" w:color="auto" w:fill="FFFFFF"/>
        </w:rPr>
        <w:t>Name  Surname</w:t>
      </w:r>
      <w:proofErr w:type="gramEnd"/>
      <w:r w:rsidR="008B5D92">
        <w:rPr>
          <w:rStyle w:val="FootnoteReference"/>
          <w:rFonts w:ascii="rtl-font" w:hAnsi="rtl-font"/>
          <w:color w:val="000000"/>
          <w:sz w:val="21"/>
          <w:szCs w:val="21"/>
          <w:shd w:val="clear" w:color="auto" w:fill="FFFFFF"/>
        </w:rPr>
        <w:footnoteReference w:id="1"/>
      </w:r>
      <w:r w:rsidR="00847163">
        <w:rPr>
          <w:rFonts w:ascii="rtl-font" w:hAnsi="rtl-font"/>
          <w:color w:val="000000"/>
          <w:sz w:val="21"/>
          <w:szCs w:val="21"/>
          <w:shd w:val="clear" w:color="auto" w:fill="FFFFFF"/>
        </w:rPr>
        <w:tab/>
      </w:r>
      <w:r w:rsidR="00847163">
        <w:rPr>
          <w:rFonts w:ascii="rtl-font" w:hAnsi="rtl-font"/>
          <w:color w:val="000000"/>
          <w:sz w:val="21"/>
          <w:szCs w:val="21"/>
          <w:shd w:val="clear" w:color="auto" w:fill="FFFFFF"/>
        </w:rPr>
        <w:tab/>
      </w:r>
      <w:r w:rsidRPr="00BB0C19">
        <w:rPr>
          <w:rFonts w:ascii="rtl-font" w:hAnsi="rtl-font"/>
          <w:color w:val="000000"/>
          <w:sz w:val="21"/>
          <w:szCs w:val="21"/>
          <w:shd w:val="clear" w:color="auto" w:fill="FFFFFF"/>
        </w:rPr>
        <w:t>Name  Surname</w:t>
      </w:r>
      <w:r w:rsidRPr="00BB0C19">
        <w:rPr>
          <w:rStyle w:val="FootnoteReference"/>
          <w:rFonts w:ascii="rtl-font" w:hAnsi="rtl-font"/>
          <w:color w:val="000000"/>
          <w:sz w:val="21"/>
          <w:szCs w:val="21"/>
          <w:shd w:val="clear" w:color="auto" w:fill="FFFFFF"/>
          <w:vertAlign w:val="baseline"/>
        </w:rPr>
        <w:t xml:space="preserve"> </w:t>
      </w:r>
      <w:r w:rsidR="008B5D92">
        <w:rPr>
          <w:rStyle w:val="FootnoteReference"/>
          <w:rFonts w:asciiTheme="majorBidi" w:hAnsiTheme="majorBidi" w:cstheme="majorBidi"/>
          <w:sz w:val="22"/>
          <w:szCs w:val="22"/>
        </w:rPr>
        <w:footnoteReference w:id="2"/>
      </w:r>
    </w:p>
    <w:p w14:paraId="2016C889" w14:textId="1D27E0EC" w:rsidR="001504D0" w:rsidRPr="00354048" w:rsidRDefault="001504D0" w:rsidP="009273F3">
      <w:pPr>
        <w:bidi w:val="0"/>
        <w:spacing w:after="0" w:line="360" w:lineRule="auto"/>
        <w:ind w:firstLine="0"/>
        <w:jc w:val="center"/>
        <w:rPr>
          <w:rFonts w:asciiTheme="majorBidi" w:hAnsiTheme="majorBidi" w:cstheme="majorBidi"/>
          <w:color w:val="C00000"/>
          <w:sz w:val="20"/>
          <w:szCs w:val="20"/>
        </w:rPr>
      </w:pPr>
      <w:r w:rsidRPr="009273F3">
        <w:rPr>
          <w:rFonts w:asciiTheme="majorBidi" w:hAnsiTheme="majorBidi" w:cstheme="majorBidi"/>
          <w:color w:val="C00000"/>
          <w:sz w:val="20"/>
          <w:szCs w:val="20"/>
        </w:rPr>
        <w:t>Submited:</w:t>
      </w:r>
      <w:r w:rsidRPr="009273F3">
        <w:rPr>
          <w:rFonts w:asciiTheme="majorBidi" w:hAnsiTheme="majorBidi" w:cstheme="majorBidi"/>
          <w:sz w:val="20"/>
          <w:szCs w:val="20"/>
        </w:rPr>
        <w:t xml:space="preserve"> </w:t>
      </w:r>
      <w:r w:rsidRPr="009273F3">
        <w:rPr>
          <w:rFonts w:asciiTheme="majorBidi" w:hAnsiTheme="majorBidi" w:cstheme="majorBidi"/>
          <w:color w:val="C00000"/>
          <w:sz w:val="20"/>
          <w:szCs w:val="20"/>
        </w:rPr>
        <w:t>202</w:t>
      </w:r>
      <w:r w:rsidR="000E19C1" w:rsidRPr="009273F3">
        <w:rPr>
          <w:rFonts w:asciiTheme="majorBidi" w:hAnsiTheme="majorBidi" w:cstheme="majorBidi"/>
          <w:color w:val="C00000"/>
          <w:sz w:val="20"/>
          <w:szCs w:val="20"/>
        </w:rPr>
        <w:t>6</w:t>
      </w:r>
      <w:r w:rsidRPr="009273F3">
        <w:rPr>
          <w:rFonts w:asciiTheme="majorBidi" w:hAnsiTheme="majorBidi" w:cstheme="majorBidi"/>
          <w:color w:val="C00000"/>
          <w:sz w:val="20"/>
          <w:szCs w:val="20"/>
        </w:rPr>
        <w:t>-</w:t>
      </w:r>
      <w:r w:rsidR="000E3FB0" w:rsidRPr="009273F3">
        <w:rPr>
          <w:rFonts w:asciiTheme="majorBidi" w:hAnsiTheme="majorBidi" w:cstheme="majorBidi"/>
          <w:color w:val="C00000"/>
          <w:sz w:val="20"/>
          <w:szCs w:val="20"/>
        </w:rPr>
        <w:t>09</w:t>
      </w:r>
      <w:r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24</w:t>
      </w:r>
      <w:r w:rsidRPr="009273F3">
        <w:rPr>
          <w:rFonts w:asciiTheme="majorBidi" w:hAnsiTheme="majorBidi" w:cstheme="majorBidi"/>
          <w:color w:val="C00000"/>
          <w:sz w:val="20"/>
          <w:szCs w:val="20"/>
        </w:rPr>
        <w:t xml:space="preserve">   Revised:</w:t>
      </w:r>
      <w:r w:rsidRPr="009273F3">
        <w:rPr>
          <w:rFonts w:asciiTheme="majorBidi" w:hAnsiTheme="majorBidi" w:cstheme="majorBidi"/>
          <w:sz w:val="20"/>
          <w:szCs w:val="20"/>
        </w:rPr>
        <w:t xml:space="preserve"> </w:t>
      </w:r>
      <w:r w:rsidRPr="009273F3">
        <w:rPr>
          <w:rFonts w:asciiTheme="majorBidi" w:hAnsiTheme="majorBidi" w:cstheme="majorBidi"/>
          <w:color w:val="C00000"/>
          <w:sz w:val="20"/>
          <w:szCs w:val="20"/>
        </w:rPr>
        <w:t>202</w:t>
      </w:r>
      <w:r w:rsidR="000E19C1" w:rsidRPr="009273F3">
        <w:rPr>
          <w:rFonts w:asciiTheme="majorBidi" w:hAnsiTheme="majorBidi" w:cstheme="majorBidi"/>
          <w:color w:val="C00000"/>
          <w:sz w:val="20"/>
          <w:szCs w:val="20"/>
        </w:rPr>
        <w:t>6</w:t>
      </w:r>
      <w:r w:rsidRPr="009273F3">
        <w:rPr>
          <w:rFonts w:asciiTheme="majorBidi" w:hAnsiTheme="majorBidi" w:cstheme="majorBidi"/>
          <w:color w:val="C00000"/>
          <w:sz w:val="20"/>
          <w:szCs w:val="20"/>
        </w:rPr>
        <w:t>-</w:t>
      </w:r>
      <w:r w:rsidR="00597DC4" w:rsidRPr="009273F3">
        <w:rPr>
          <w:rFonts w:asciiTheme="majorBidi" w:hAnsiTheme="majorBidi" w:cstheme="majorBidi"/>
          <w:color w:val="C00000"/>
          <w:sz w:val="20"/>
          <w:szCs w:val="20"/>
        </w:rPr>
        <w:t>09</w:t>
      </w:r>
      <w:r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27</w:t>
      </w:r>
      <w:r w:rsidRPr="009273F3">
        <w:rPr>
          <w:rFonts w:asciiTheme="majorBidi" w:hAnsiTheme="majorBidi" w:cstheme="majorBidi"/>
          <w:color w:val="C00000"/>
          <w:sz w:val="20"/>
          <w:szCs w:val="20"/>
        </w:rPr>
        <w:t xml:space="preserve">    Accepted: 202</w:t>
      </w:r>
      <w:r w:rsidR="000E19C1" w:rsidRPr="009273F3">
        <w:rPr>
          <w:rFonts w:asciiTheme="majorBidi" w:hAnsiTheme="majorBidi" w:cstheme="majorBidi"/>
          <w:color w:val="C00000"/>
          <w:sz w:val="20"/>
          <w:szCs w:val="20"/>
        </w:rPr>
        <w:t>6</w:t>
      </w:r>
      <w:r w:rsidRPr="009273F3">
        <w:rPr>
          <w:rFonts w:asciiTheme="majorBidi" w:hAnsiTheme="majorBidi" w:cstheme="majorBidi"/>
          <w:color w:val="C00000"/>
          <w:sz w:val="20"/>
          <w:szCs w:val="20"/>
        </w:rPr>
        <w:t>-</w:t>
      </w:r>
      <w:r w:rsidR="001422CC" w:rsidRPr="009273F3">
        <w:rPr>
          <w:rFonts w:asciiTheme="majorBidi" w:hAnsiTheme="majorBidi" w:cstheme="majorBidi"/>
          <w:color w:val="C00000"/>
          <w:sz w:val="20"/>
          <w:szCs w:val="20"/>
        </w:rPr>
        <w:t>09</w:t>
      </w:r>
      <w:r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29</w:t>
      </w:r>
      <w:r w:rsidRPr="009273F3">
        <w:rPr>
          <w:rFonts w:asciiTheme="majorBidi" w:hAnsiTheme="majorBidi" w:cstheme="majorBidi"/>
          <w:color w:val="C00000"/>
          <w:sz w:val="20"/>
          <w:szCs w:val="20"/>
        </w:rPr>
        <w:t xml:space="preserve">    Published: 2026-</w:t>
      </w:r>
      <w:r w:rsidR="00E042A4" w:rsidRPr="009273F3">
        <w:rPr>
          <w:rFonts w:asciiTheme="majorBidi" w:hAnsiTheme="majorBidi" w:cstheme="majorBidi"/>
          <w:color w:val="C00000"/>
          <w:sz w:val="20"/>
          <w:szCs w:val="20"/>
        </w:rPr>
        <w:t>10</w:t>
      </w:r>
      <w:r w:rsidR="000E19C1"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08</w:t>
      </w:r>
      <w:r w:rsidRPr="009273F3">
        <w:rPr>
          <w:rFonts w:asciiTheme="majorBidi" w:hAnsiTheme="majorBidi" w:cstheme="majorBidi"/>
          <w:color w:val="C00000"/>
          <w:sz w:val="20"/>
          <w:szCs w:val="20"/>
        </w:rPr>
        <w:t xml:space="preserve">   pp.</w:t>
      </w:r>
      <w:r w:rsidR="00FC418E" w:rsidRPr="009273F3">
        <w:rPr>
          <w:rFonts w:asciiTheme="majorBidi" w:hAnsiTheme="majorBidi" w:cstheme="majorBidi"/>
          <w:color w:val="C00000"/>
          <w:sz w:val="20"/>
          <w:szCs w:val="20"/>
        </w:rPr>
        <w:t>314</w:t>
      </w:r>
      <w:r w:rsidRPr="009273F3">
        <w:rPr>
          <w:rFonts w:asciiTheme="majorBidi" w:hAnsiTheme="majorBidi" w:cstheme="majorBidi"/>
          <w:color w:val="C00000"/>
          <w:sz w:val="20"/>
          <w:szCs w:val="20"/>
        </w:rPr>
        <w:t>-</w:t>
      </w:r>
      <w:r w:rsidR="00CE49DA" w:rsidRPr="009273F3">
        <w:rPr>
          <w:rFonts w:asciiTheme="majorBidi" w:hAnsiTheme="majorBidi" w:cstheme="majorBidi"/>
          <w:color w:val="C00000"/>
          <w:sz w:val="20"/>
          <w:szCs w:val="20"/>
        </w:rPr>
        <w:t>3</w:t>
      </w:r>
      <w:r w:rsidR="009273F3" w:rsidRPr="009273F3">
        <w:rPr>
          <w:rFonts w:asciiTheme="majorBidi" w:hAnsiTheme="majorBidi" w:cstheme="majorBidi"/>
          <w:color w:val="C00000"/>
          <w:sz w:val="20"/>
          <w:szCs w:val="20"/>
        </w:rPr>
        <w:t>30</w:t>
      </w:r>
    </w:p>
    <w:p w14:paraId="2517F00F" w14:textId="77777777" w:rsidR="001504D0" w:rsidRPr="00B70AD8" w:rsidRDefault="001504D0" w:rsidP="00052478">
      <w:pPr>
        <w:bidi w:val="0"/>
        <w:spacing w:after="0" w:line="360" w:lineRule="auto"/>
        <w:ind w:firstLine="0"/>
        <w:rPr>
          <w:rFonts w:asciiTheme="majorBidi" w:hAnsiTheme="majorBidi" w:cstheme="majorBidi"/>
          <w:b/>
          <w:bCs/>
          <w:color w:val="444444"/>
          <w:sz w:val="26"/>
          <w:szCs w:val="26"/>
          <w:shd w:val="clear" w:color="auto" w:fill="FFFFFF"/>
        </w:rPr>
      </w:pPr>
      <w:r w:rsidRPr="00B70AD8">
        <w:rPr>
          <w:rFonts w:asciiTheme="majorBidi" w:hAnsiTheme="majorBidi" w:cstheme="majorBidi"/>
          <w:b/>
          <w:bCs/>
          <w:color w:val="444444"/>
          <w:sz w:val="26"/>
          <w:szCs w:val="26"/>
          <w:shd w:val="clear" w:color="auto" w:fill="FFFFFF"/>
        </w:rPr>
        <w:t>Abstract</w:t>
      </w:r>
    </w:p>
    <w:p w14:paraId="4BD4F16C" w14:textId="7F44BA7F" w:rsidR="000728C5" w:rsidRDefault="00BB0C19" w:rsidP="00070309">
      <w:pPr>
        <w:widowControl/>
        <w:bidi w:val="0"/>
        <w:spacing w:after="0"/>
        <w:ind w:firstLine="720"/>
        <w:rPr>
          <w:sz w:val="26"/>
          <w:szCs w:val="26"/>
        </w:rPr>
      </w:pPr>
      <w:r w:rsidRPr="00BB0C19">
        <w:rPr>
          <w:rFonts w:eastAsia="Times New Roman" w:cs="Times New Roman"/>
          <w:szCs w:val="24"/>
        </w:rPr>
        <w:t xml:space="preserve">Text Text Text Text Text Text Text Text Text Text Text Text Text Text Text Text Text Text Text Text Text Text Text Text Text </w:t>
      </w:r>
      <w:r w:rsidR="00070309" w:rsidRPr="00070309">
        <w:rPr>
          <w:sz w:val="26"/>
          <w:szCs w:val="26"/>
        </w:rPr>
        <w:t>Text Text Text Text Text Text Text Text Text Text Text Text Text Text Text Text Text Text Text</w:t>
      </w:r>
      <w:r w:rsidR="00070309" w:rsidRPr="00070309">
        <w:t xml:space="preserve"> </w:t>
      </w:r>
      <w:r w:rsidR="00070309" w:rsidRPr="00070309">
        <w:rPr>
          <w:sz w:val="26"/>
          <w:szCs w:val="26"/>
        </w:rPr>
        <w:t>Text Text Text Text Text Text Text Text Text Text Text Text Text Text Text Text Text Text Text</w:t>
      </w:r>
      <w:r w:rsidR="00070309" w:rsidRPr="00070309">
        <w:t xml:space="preserve"> </w:t>
      </w:r>
      <w:r w:rsidR="00070309" w:rsidRPr="00070309">
        <w:rPr>
          <w:sz w:val="26"/>
          <w:szCs w:val="26"/>
        </w:rPr>
        <w:t>Text Text Text Text Text Text Text Text Text Text Text Text Text Text Text Text Text Text Text</w:t>
      </w:r>
    </w:p>
    <w:p w14:paraId="1E8F8B13" w14:textId="77777777" w:rsidR="00766668" w:rsidRPr="00DB4D61" w:rsidRDefault="00766668" w:rsidP="00766668">
      <w:pPr>
        <w:widowControl/>
        <w:bidi w:val="0"/>
        <w:spacing w:after="0"/>
        <w:ind w:firstLine="720"/>
        <w:rPr>
          <w:rFonts w:eastAsia="Times New Roman" w:cs="Times New Roman"/>
          <w:szCs w:val="24"/>
          <w:rtl/>
        </w:rPr>
      </w:pPr>
    </w:p>
    <w:p w14:paraId="16D6755B" w14:textId="79382E08" w:rsidR="00B70AD8" w:rsidRDefault="00B70AD8" w:rsidP="00BB0C19">
      <w:pPr>
        <w:bidi w:val="0"/>
        <w:jc w:val="lowKashida"/>
        <w:rPr>
          <w:rFonts w:asciiTheme="majorBidi" w:hAnsiTheme="majorBidi" w:cstheme="majorBidi"/>
          <w:sz w:val="26"/>
          <w:szCs w:val="26"/>
        </w:rPr>
      </w:pPr>
      <w:r w:rsidRPr="00B70AD8">
        <w:rPr>
          <w:rFonts w:asciiTheme="majorBidi" w:hAnsiTheme="majorBidi" w:cstheme="majorBidi"/>
          <w:b/>
          <w:bCs/>
          <w:sz w:val="26"/>
          <w:szCs w:val="26"/>
        </w:rPr>
        <w:t>Keywords:</w:t>
      </w:r>
      <w:r w:rsidRPr="00B70AD8">
        <w:rPr>
          <w:rFonts w:asciiTheme="majorBidi" w:hAnsiTheme="majorBidi" w:cstheme="majorBidi"/>
          <w:sz w:val="26"/>
          <w:szCs w:val="26"/>
        </w:rPr>
        <w:t xml:space="preserve"> </w:t>
      </w:r>
      <w:r w:rsidR="00BB0C19">
        <w:rPr>
          <w:rFonts w:asciiTheme="majorBidi" w:hAnsiTheme="majorBidi" w:cstheme="majorBidi"/>
          <w:sz w:val="26"/>
          <w:szCs w:val="26"/>
        </w:rPr>
        <w:t>Word1. Word2. Word3…………….</w:t>
      </w:r>
    </w:p>
    <w:p w14:paraId="4DD5F0C2" w14:textId="77777777" w:rsidR="00766668" w:rsidRPr="00B70AD8" w:rsidRDefault="00766668" w:rsidP="00766668">
      <w:pPr>
        <w:bidi w:val="0"/>
        <w:jc w:val="lowKashida"/>
        <w:rPr>
          <w:rFonts w:asciiTheme="majorBidi" w:hAnsiTheme="majorBidi" w:cstheme="majorBidi"/>
          <w:sz w:val="26"/>
          <w:szCs w:val="26"/>
        </w:rPr>
      </w:pPr>
    </w:p>
    <w:p w14:paraId="1856EC48" w14:textId="5FA002E2" w:rsidR="004A2F92" w:rsidRPr="00A04C4B" w:rsidRDefault="001F6A75" w:rsidP="0018763C">
      <w:pPr>
        <w:bidi w:val="0"/>
        <w:spacing w:after="0" w:line="276" w:lineRule="auto"/>
        <w:ind w:firstLine="0"/>
        <w:jc w:val="lowKashida"/>
        <w:rPr>
          <w:rFonts w:asciiTheme="majorBidi" w:hAnsiTheme="majorBidi" w:cstheme="majorBidi"/>
          <w:sz w:val="26"/>
          <w:szCs w:val="26"/>
        </w:rPr>
      </w:pPr>
      <w:r w:rsidRPr="00A04C4B">
        <w:rPr>
          <w:rFonts w:asciiTheme="majorBidi" w:hAnsiTheme="majorBidi" w:cstheme="majorBidi"/>
          <w:sz w:val="26"/>
          <w:szCs w:val="26"/>
        </w:rPr>
        <w:t>CONFLICT OF INTERESTS</w:t>
      </w:r>
    </w:p>
    <w:p w14:paraId="47562A18" w14:textId="77777777" w:rsidR="001F6A75" w:rsidRPr="00943963" w:rsidRDefault="001F6A75" w:rsidP="004A2F92">
      <w:pPr>
        <w:bidi w:val="0"/>
        <w:spacing w:line="276" w:lineRule="auto"/>
        <w:ind w:firstLine="0"/>
        <w:jc w:val="lowKashida"/>
        <w:rPr>
          <w:rFonts w:asciiTheme="majorBidi" w:hAnsiTheme="majorBidi" w:cstheme="majorBidi"/>
          <w:szCs w:val="24"/>
        </w:rPr>
      </w:pPr>
      <w:r w:rsidRPr="00943963">
        <w:rPr>
          <w:rFonts w:asciiTheme="majorBidi" w:hAnsiTheme="majorBidi" w:cstheme="majorBidi"/>
          <w:szCs w:val="24"/>
        </w:rPr>
        <w:t>The authors declare that there is no conflict of interest regarding the publication of this paper.</w:t>
      </w:r>
    </w:p>
    <w:p w14:paraId="33B34372" w14:textId="3C742BE8" w:rsidR="00A94D6A" w:rsidRDefault="00A94D6A" w:rsidP="00A94D6A">
      <w:pPr>
        <w:shd w:val="clear" w:color="auto" w:fill="FFFFFF"/>
        <w:bidi w:val="0"/>
        <w:spacing w:after="0" w:line="276" w:lineRule="auto"/>
        <w:ind w:firstLine="0"/>
        <w:rPr>
          <w:rFonts w:asciiTheme="majorBidi" w:eastAsia="Times New Roman" w:hAnsiTheme="majorBidi" w:cstheme="majorBidi"/>
          <w:color w:val="212529"/>
          <w:szCs w:val="24"/>
        </w:rPr>
      </w:pPr>
      <w:r w:rsidRPr="00943963">
        <w:rPr>
          <w:rFonts w:asciiTheme="majorBidi" w:hAnsiTheme="majorBidi" w:cstheme="majorBidi"/>
          <w:noProof/>
          <w:szCs w:val="24"/>
          <w:rtl/>
        </w:rPr>
        <mc:AlternateContent>
          <mc:Choice Requires="wps">
            <w:drawing>
              <wp:anchor distT="0" distB="0" distL="114300" distR="114300" simplePos="0" relativeHeight="251798528" behindDoc="0" locked="0" layoutInCell="1" allowOverlap="1" wp14:anchorId="4FC52EF5" wp14:editId="40CC961E">
                <wp:simplePos x="0" y="0"/>
                <wp:positionH relativeFrom="margin">
                  <wp:posOffset>27296</wp:posOffset>
                </wp:positionH>
                <wp:positionV relativeFrom="paragraph">
                  <wp:posOffset>114</wp:posOffset>
                </wp:positionV>
                <wp:extent cx="5889625" cy="848995"/>
                <wp:effectExtent l="0" t="0" r="0" b="8255"/>
                <wp:wrapTopAndBottom/>
                <wp:docPr id="1" name="Rounded Rectangle 5"/>
                <wp:cNvGraphicFramePr/>
                <a:graphic xmlns:a="http://schemas.openxmlformats.org/drawingml/2006/main">
                  <a:graphicData uri="http://schemas.microsoft.com/office/word/2010/wordprocessingShape">
                    <wps:wsp>
                      <wps:cNvSpPr/>
                      <wps:spPr>
                        <a:xfrm>
                          <a:off x="0" y="0"/>
                          <a:ext cx="5889625" cy="84899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6FAC77A8"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is an open access article under the terms of the </w:t>
                            </w:r>
                            <w:hyperlink r:id="rId16" w:history="1">
                              <w:r w:rsidRPr="00FB30A5">
                                <w:rPr>
                                  <w:rStyle w:val="Hyperlink"/>
                                  <w:rFonts w:asciiTheme="majorBidi" w:hAnsiTheme="majorBidi" w:cstheme="majorBid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Creative Commons Attribution-NonCommercial License</w:t>
                              </w:r>
                            </w:hyperlink>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which permits use, distribution and reproduction in any medium, provided the original work is properly cited and is not used for commercial purposes. </w:t>
                            </w:r>
                          </w:p>
                          <w:p w14:paraId="467749BD"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2024 The Author(s). Journal of Codicology and manuscript research published by Torath pub</w:t>
                            </w:r>
                            <w:r>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w:t>
                            </w:r>
                            <w:proofErr w:type="gramEnd"/>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behalf of  the Scientific Association of Manuscript Research and Codicology of IRAN.</w:t>
                            </w:r>
                          </w:p>
                          <w:p w14:paraId="6954AC1A" w14:textId="77777777" w:rsidR="00A94D6A" w:rsidRDefault="00A94D6A" w:rsidP="00A94D6A">
                            <w:pPr>
                              <w:jc w:val="center"/>
                              <w:rPr>
                                <w:rtl/>
                              </w:rPr>
                            </w:pPr>
                            <w:r>
                              <w:rPr>
                                <w:rFonts w:ascii="IRNazanin" w:hAnsi="IRNazanin" w:cs="IRNazanin"/>
                                <w:noProof/>
                                <w:sz w:val="28"/>
                                <w:rtl/>
                              </w:rPr>
                              <w:drawing>
                                <wp:inline distT="0" distB="0" distL="0" distR="0" wp14:anchorId="6E8A2493" wp14:editId="44AA0593">
                                  <wp:extent cx="731520" cy="255702"/>
                                  <wp:effectExtent l="0" t="0" r="0" b="0"/>
                                  <wp:docPr id="2" name="Picture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17">
                                            <a:extLst>
                                              <a:ext uri="{28A0092B-C50C-407E-A947-70E740481C1C}">
                                                <a14:useLocalDpi xmlns:a14="http://schemas.microsoft.com/office/drawing/2010/main" val="0"/>
                                              </a:ext>
                                            </a:extLst>
                                          </a:blip>
                                          <a:stretch>
                                            <a:fillRect/>
                                          </a:stretch>
                                        </pic:blipFill>
                                        <pic:spPr>
                                          <a:xfrm>
                                            <a:off x="0" y="0"/>
                                            <a:ext cx="746187" cy="260829"/>
                                          </a:xfrm>
                                          <a:prstGeom prst="rect">
                                            <a:avLst/>
                                          </a:prstGeom>
                                        </pic:spPr>
                                      </pic:pic>
                                    </a:graphicData>
                                  </a:graphic>
                                </wp:inline>
                              </w:drawing>
                            </w:r>
                            <w:r>
                              <w:rPr>
                                <w:rFonts w:ascii="IRNazanin" w:hAnsi="IRNazanin" w:cs="IRNazanin"/>
                                <w:noProof/>
                                <w:sz w:val="28"/>
                                <w:rtl/>
                              </w:rPr>
                              <w:drawing>
                                <wp:inline distT="0" distB="0" distL="0" distR="0" wp14:anchorId="49A4C114" wp14:editId="508FEC97">
                                  <wp:extent cx="671277" cy="253092"/>
                                  <wp:effectExtent l="0" t="0" r="0" b="0"/>
                                  <wp:docPr id="6" name="Picture 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pen_Access.png"/>
                                          <pic:cNvPicPr/>
                                        </pic:nvPicPr>
                                        <pic:blipFill>
                                          <a:blip r:embed="rId19">
                                            <a:extLst>
                                              <a:ext uri="{28A0092B-C50C-407E-A947-70E740481C1C}">
                                                <a14:useLocalDpi xmlns:a14="http://schemas.microsoft.com/office/drawing/2010/main" val="0"/>
                                              </a:ext>
                                            </a:extLst>
                                          </a:blip>
                                          <a:stretch>
                                            <a:fillRect/>
                                          </a:stretch>
                                        </pic:blipFill>
                                        <pic:spPr>
                                          <a:xfrm>
                                            <a:off x="0" y="0"/>
                                            <a:ext cx="700938" cy="264275"/>
                                          </a:xfrm>
                                          <a:prstGeom prst="rect">
                                            <a:avLst/>
                                          </a:prstGeom>
                                        </pic:spPr>
                                      </pic:pic>
                                    </a:graphicData>
                                  </a:graphic>
                                </wp:inline>
                              </w:drawing>
                            </w:r>
                          </w:p>
                          <w:p w14:paraId="705B567B" w14:textId="77777777" w:rsidR="00A94D6A" w:rsidRDefault="00A94D6A" w:rsidP="00A94D6A"/>
                          <w:p w14:paraId="7B11A23E" w14:textId="77777777" w:rsidR="00A94D6A" w:rsidRDefault="00A94D6A" w:rsidP="00A94D6A">
                            <w:pPr>
                              <w:jc w:val="cente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C52EF5" id="Rounded Rectangle 5" o:spid="_x0000_s1026" style="position:absolute;left:0;text-align:left;margin-left:2.15pt;margin-top:0;width:463.75pt;height:66.8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" fillcolor="#92bce3 [2132]" stroked="f">
                <v:fill color2="#d9e8f5 [756]" rotate="t" angle="180" colors="0 #9ac3f6;.5 #c1d8f8;1 #e1ecfb" focus="100%" type="gradient"/>
                <v:textbox inset="0,0,0,0">
                  <w:txbxContent>
                    <w:p w14:paraId="6FAC77A8"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is an open access article under the terms of the </w:t>
                      </w:r>
                      <w:hyperlink r:id="rId20" w:history="1">
                        <w:r w:rsidRPr="00FB30A5">
                          <w:rPr>
                            <w:rStyle w:val="Hyperlink"/>
                            <w:rFonts w:asciiTheme="majorBidi" w:hAnsiTheme="majorBidi" w:cstheme="majorBid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Creative Commons Attribution-NonCommercial License</w:t>
                        </w:r>
                      </w:hyperlink>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which permits use, distribution and reproduction in any medium, provided the original work is properly cited and is not used for commercial purposes. </w:t>
                      </w:r>
                    </w:p>
                    <w:p w14:paraId="467749BD"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2024 The Author(s). Journal of Codicology and manuscript research published by Torath pub</w:t>
                      </w:r>
                      <w:r>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w:t>
                      </w:r>
                      <w:proofErr w:type="gramEnd"/>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behalf of  the Scientific Association of Manuscript Research and Codicology of IRAN.</w:t>
                      </w:r>
                    </w:p>
                    <w:p w14:paraId="6954AC1A" w14:textId="77777777" w:rsidR="00A94D6A" w:rsidRDefault="00A94D6A" w:rsidP="00A94D6A">
                      <w:pPr>
                        <w:jc w:val="center"/>
                        <w:rPr>
                          <w:rtl/>
                        </w:rPr>
                      </w:pPr>
                      <w:r>
                        <w:rPr>
                          <w:rFonts w:ascii="IRNazanin" w:hAnsi="IRNazanin" w:cs="IRNazanin"/>
                          <w:noProof/>
                          <w:sz w:val="28"/>
                          <w:rtl/>
                        </w:rPr>
                        <w:drawing>
                          <wp:inline distT="0" distB="0" distL="0" distR="0" wp14:anchorId="6E8A2493" wp14:editId="44AA0593">
                            <wp:extent cx="731520" cy="255702"/>
                            <wp:effectExtent l="0" t="0" r="0" b="0"/>
                            <wp:docPr id="2" name="Picture 2">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22">
                                      <a:extLst>
                                        <a:ext uri="{28A0092B-C50C-407E-A947-70E740481C1C}">
                                          <a14:useLocalDpi xmlns:a14="http://schemas.microsoft.com/office/drawing/2010/main" val="0"/>
                                        </a:ext>
                                      </a:extLst>
                                    </a:blip>
                                    <a:stretch>
                                      <a:fillRect/>
                                    </a:stretch>
                                  </pic:blipFill>
                                  <pic:spPr>
                                    <a:xfrm>
                                      <a:off x="0" y="0"/>
                                      <a:ext cx="746187" cy="260829"/>
                                    </a:xfrm>
                                    <a:prstGeom prst="rect">
                                      <a:avLst/>
                                    </a:prstGeom>
                                  </pic:spPr>
                                </pic:pic>
                              </a:graphicData>
                            </a:graphic>
                          </wp:inline>
                        </w:drawing>
                      </w:r>
                      <w:r>
                        <w:rPr>
                          <w:rFonts w:ascii="IRNazanin" w:hAnsi="IRNazanin" w:cs="IRNazanin"/>
                          <w:noProof/>
                          <w:sz w:val="28"/>
                          <w:rtl/>
                        </w:rPr>
                        <w:drawing>
                          <wp:inline distT="0" distB="0" distL="0" distR="0" wp14:anchorId="49A4C114" wp14:editId="508FEC97">
                            <wp:extent cx="671277" cy="253092"/>
                            <wp:effectExtent l="0" t="0" r="0" b="0"/>
                            <wp:docPr id="6" name="Picture 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pen_Access.png"/>
                                    <pic:cNvPicPr/>
                                  </pic:nvPicPr>
                                  <pic:blipFill>
                                    <a:blip r:embed="rId24">
                                      <a:extLst>
                                        <a:ext uri="{28A0092B-C50C-407E-A947-70E740481C1C}">
                                          <a14:useLocalDpi xmlns:a14="http://schemas.microsoft.com/office/drawing/2010/main" val="0"/>
                                        </a:ext>
                                      </a:extLst>
                                    </a:blip>
                                    <a:stretch>
                                      <a:fillRect/>
                                    </a:stretch>
                                  </pic:blipFill>
                                  <pic:spPr>
                                    <a:xfrm>
                                      <a:off x="0" y="0"/>
                                      <a:ext cx="700938" cy="264275"/>
                                    </a:xfrm>
                                    <a:prstGeom prst="rect">
                                      <a:avLst/>
                                    </a:prstGeom>
                                  </pic:spPr>
                                </pic:pic>
                              </a:graphicData>
                            </a:graphic>
                          </wp:inline>
                        </w:drawing>
                      </w:r>
                    </w:p>
                    <w:p w14:paraId="705B567B" w14:textId="77777777" w:rsidR="00A94D6A" w:rsidRDefault="00A94D6A" w:rsidP="00A94D6A"/>
                    <w:p w14:paraId="7B11A23E" w14:textId="77777777" w:rsidR="00A94D6A" w:rsidRDefault="00A94D6A" w:rsidP="00A94D6A">
                      <w:pPr>
                        <w:jc w:val="center"/>
                      </w:pPr>
                    </w:p>
                  </w:txbxContent>
                </v:textbox>
                <w10:wrap type="topAndBottom" anchorx="margin"/>
              </v:roundrect>
            </w:pict>
          </mc:Fallback>
        </mc:AlternateContent>
      </w:r>
    </w:p>
    <w:p w14:paraId="26952E24" w14:textId="77777777" w:rsidR="00BB0C19" w:rsidRDefault="00BB0C19">
      <w:pPr>
        <w:widowControl/>
        <w:bidi w:val="0"/>
        <w:spacing w:after="0"/>
        <w:ind w:firstLine="0"/>
        <w:jc w:val="left"/>
        <w:rPr>
          <w:rFonts w:asciiTheme="majorBidi" w:eastAsia="Times New Roman" w:hAnsiTheme="majorBidi" w:cstheme="majorBidi"/>
          <w:b/>
          <w:bCs/>
          <w:color w:val="212529"/>
          <w:szCs w:val="24"/>
        </w:rPr>
      </w:pPr>
      <w:r>
        <w:rPr>
          <w:rFonts w:asciiTheme="majorBidi" w:eastAsia="Times New Roman" w:hAnsiTheme="majorBidi" w:cstheme="majorBidi"/>
          <w:b/>
          <w:bCs/>
          <w:color w:val="212529"/>
          <w:szCs w:val="24"/>
        </w:rPr>
        <w:br w:type="page"/>
      </w:r>
    </w:p>
    <w:p w14:paraId="0C9111FE" w14:textId="77777777" w:rsidR="00517168" w:rsidRDefault="00B70AD8" w:rsidP="00517168">
      <w:pPr>
        <w:shd w:val="clear" w:color="auto" w:fill="FFFFFF"/>
        <w:bidi w:val="0"/>
        <w:spacing w:after="0" w:line="360" w:lineRule="auto"/>
        <w:ind w:firstLine="0"/>
        <w:rPr>
          <w:rFonts w:asciiTheme="majorBidi" w:eastAsia="Times New Roman" w:hAnsiTheme="majorBidi" w:cstheme="majorBidi"/>
          <w:color w:val="212529"/>
          <w:szCs w:val="24"/>
        </w:rPr>
      </w:pPr>
      <w:r w:rsidRPr="0018763C">
        <w:rPr>
          <w:rFonts w:asciiTheme="majorBidi" w:eastAsia="Times New Roman" w:hAnsiTheme="majorBidi" w:cstheme="majorBidi"/>
          <w:b/>
          <w:bCs/>
          <w:color w:val="212529"/>
          <w:szCs w:val="24"/>
        </w:rPr>
        <w:lastRenderedPageBreak/>
        <w:t>References:</w:t>
      </w:r>
      <w:r w:rsidR="00BB0C19">
        <w:rPr>
          <w:rFonts w:asciiTheme="majorBidi" w:eastAsia="Times New Roman" w:hAnsiTheme="majorBidi" w:cstheme="majorBidi"/>
          <w:b/>
          <w:bCs/>
          <w:color w:val="212529"/>
          <w:szCs w:val="24"/>
        </w:rPr>
        <w:t xml:space="preserve"> </w:t>
      </w:r>
    </w:p>
    <w:p w14:paraId="679555CC" w14:textId="10B1B59D" w:rsidR="00517168" w:rsidRPr="00517168" w:rsidRDefault="00517168" w:rsidP="00517168">
      <w:pPr>
        <w:shd w:val="clear" w:color="auto" w:fill="FFFFFF"/>
        <w:bidi w:val="0"/>
        <w:spacing w:after="0" w:line="360" w:lineRule="auto"/>
        <w:ind w:firstLine="0"/>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Examples:</w:t>
      </w:r>
    </w:p>
    <w:p w14:paraId="6BDC8C4F" w14:textId="77777777" w:rsidR="00517168" w:rsidRPr="0051716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Author(s) surname and first name (or the name of the institution acting as the author), full book title, translator(s) surname and first name (preceded by the term "translated by"), volume number, edition number, place of publication, publisher, and date of publication.</w:t>
      </w:r>
    </w:p>
    <w:p w14:paraId="1696C6AC" w14:textId="77777777" w:rsidR="00517168" w:rsidRPr="0051716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Author(s) surname and first name, thesis title, degree for which the thesis was submitted, name of the university, location of the university, page numbers, and date of publication.</w:t>
      </w:r>
    </w:p>
    <w:p w14:paraId="77DE9570" w14:textId="77777777" w:rsidR="00517168" w:rsidRPr="0051716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Surname and first name of the principal investigator, title of the research project, registration number, full name of the commissioning entity, location where the project was conducted, and date of the project.</w:t>
      </w:r>
    </w:p>
    <w:p w14:paraId="5EBCA34F" w14:textId="77777777" w:rsidR="0035373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Author(s) surname and first name, "article title," name of the journal or conference, volume or issue number, page numbers, location of publication (for journals) or venue (for conferences), and date of publication.</w:t>
      </w:r>
    </w:p>
    <w:p w14:paraId="5F9183F9" w14:textId="77777777" w:rsidR="00353738" w:rsidRDefault="00353738" w:rsidP="00353738">
      <w:pPr>
        <w:shd w:val="clear" w:color="auto" w:fill="FFFFFF"/>
        <w:bidi w:val="0"/>
        <w:spacing w:after="0" w:line="360" w:lineRule="auto"/>
        <w:rPr>
          <w:rFonts w:asciiTheme="majorBidi" w:eastAsia="Times New Roman" w:hAnsiTheme="majorBidi" w:cstheme="majorBidi"/>
          <w:color w:val="212529"/>
          <w:szCs w:val="24"/>
        </w:rPr>
        <w:sectPr w:rsidR="00353738" w:rsidSect="00FC418E">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2240" w:h="15840"/>
          <w:pgMar w:top="1440" w:right="1440" w:bottom="1440" w:left="1440" w:header="720" w:footer="720" w:gutter="0"/>
          <w:pgNumType w:start="314"/>
          <w:cols w:space="720"/>
          <w:docGrid w:linePitch="360"/>
        </w:sectPr>
      </w:pPr>
    </w:p>
    <w:p w14:paraId="37271694" w14:textId="77777777" w:rsidR="002738FE" w:rsidRPr="002738FE" w:rsidRDefault="002738FE" w:rsidP="002738FE">
      <w:pPr>
        <w:pStyle w:val="ListParagraph"/>
        <w:shd w:val="clear" w:color="auto" w:fill="FFFFFF"/>
        <w:spacing w:after="0"/>
        <w:rPr>
          <w:rFonts w:asciiTheme="majorBidi" w:eastAsia="Times New Roman" w:hAnsiTheme="majorBidi" w:cstheme="majorBidi"/>
          <w:color w:val="212529"/>
          <w:sz w:val="24"/>
          <w:szCs w:val="24"/>
          <w:lang w:bidi="fa-IR"/>
        </w:rPr>
      </w:pPr>
    </w:p>
    <w:p w14:paraId="4271A22B" w14:textId="70CC1282" w:rsidR="00B2373D" w:rsidRPr="00470AF2" w:rsidRDefault="00775F93" w:rsidP="00BB0C19">
      <w:pPr>
        <w:ind w:left="360" w:firstLine="0"/>
        <w:jc w:val="center"/>
        <w:rPr>
          <w:rFonts w:ascii="IRNazanin" w:hAnsi="IRNazanin" w:cs="IRNazanin"/>
          <w:b/>
          <w:bCs/>
          <w:sz w:val="28"/>
          <w:vertAlign w:val="superscript"/>
          <w:rtl/>
        </w:rPr>
      </w:pPr>
      <w:r w:rsidRPr="00775F93">
        <w:rPr>
          <w:rFonts w:ascii="IRNazanin" w:hAnsi="IRNazanin" w:cs="IRNazanin"/>
          <w:noProof/>
          <w:sz w:val="26"/>
          <w:szCs w:val="26"/>
          <w:rtl/>
        </w:rPr>
        <w:drawing>
          <wp:anchor distT="0" distB="0" distL="114300" distR="114300" simplePos="0" relativeHeight="251805696" behindDoc="0" locked="0" layoutInCell="1" allowOverlap="1" wp14:anchorId="0D48B104" wp14:editId="6073B82E">
            <wp:simplePos x="0" y="0"/>
            <wp:positionH relativeFrom="column">
              <wp:posOffset>4906645</wp:posOffset>
            </wp:positionH>
            <wp:positionV relativeFrom="paragraph">
              <wp:posOffset>22860</wp:posOffset>
            </wp:positionV>
            <wp:extent cx="222250" cy="223110"/>
            <wp:effectExtent l="0" t="0" r="6350" b="5715"/>
            <wp:wrapNone/>
            <wp:docPr id="10" name="Picture 1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48858" name="Picture 936648858">
                      <a:hlinkClick r:id="rId11"/>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250" cy="223110"/>
                    </a:xfrm>
                    <a:prstGeom prst="rect">
                      <a:avLst/>
                    </a:prstGeom>
                  </pic:spPr>
                </pic:pic>
              </a:graphicData>
            </a:graphic>
            <wp14:sizeRelH relativeFrom="margin">
              <wp14:pctWidth>0</wp14:pctWidth>
            </wp14:sizeRelH>
            <wp14:sizeRelV relativeFrom="margin">
              <wp14:pctHeight>0</wp14:pctHeight>
            </wp14:sizeRelV>
          </wp:anchor>
        </w:drawing>
      </w:r>
      <w:r w:rsidR="00BB0C19">
        <w:rPr>
          <w:rFonts w:ascii="IRNazanin" w:hAnsi="IRNazanin" w:cs="IRNazanin" w:hint="cs"/>
          <w:b/>
          <w:bCs/>
          <w:sz w:val="28"/>
          <w:rtl/>
        </w:rPr>
        <w:t>عنوان مقاله</w:t>
      </w:r>
    </w:p>
    <w:p w14:paraId="530FD566" w14:textId="716788D8" w:rsidR="000E719C" w:rsidRPr="00545613" w:rsidRDefault="00BB0C19" w:rsidP="00BB0C19">
      <w:pPr>
        <w:jc w:val="center"/>
        <w:rPr>
          <w:rFonts w:ascii="IRNazanin" w:hAnsi="IRNazanin" w:cs="IRNazanin"/>
          <w:sz w:val="26"/>
          <w:szCs w:val="26"/>
          <w:rtl/>
        </w:rPr>
      </w:pPr>
      <w:r w:rsidRPr="00775F93">
        <w:rPr>
          <w:rFonts w:ascii="IRNazanin" w:hAnsi="IRNazanin" w:cs="IRNazanin"/>
          <w:noProof/>
          <w:sz w:val="26"/>
          <w:szCs w:val="26"/>
          <w:rtl/>
        </w:rPr>
        <w:drawing>
          <wp:anchor distT="0" distB="0" distL="114300" distR="114300" simplePos="0" relativeHeight="251807744" behindDoc="0" locked="0" layoutInCell="1" allowOverlap="1" wp14:anchorId="64304A72" wp14:editId="60E70697">
            <wp:simplePos x="0" y="0"/>
            <wp:positionH relativeFrom="column">
              <wp:posOffset>2487048</wp:posOffset>
            </wp:positionH>
            <wp:positionV relativeFrom="paragraph">
              <wp:posOffset>33844</wp:posOffset>
            </wp:positionV>
            <wp:extent cx="162560" cy="162560"/>
            <wp:effectExtent l="0" t="0" r="8890" b="8890"/>
            <wp:wrapNone/>
            <wp:docPr id="12" name="Picture 1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Pr="00775F93">
        <w:rPr>
          <w:rFonts w:ascii="IRNazanin" w:hAnsi="IRNazanin" w:cs="IRNazanin"/>
          <w:noProof/>
          <w:sz w:val="26"/>
          <w:szCs w:val="26"/>
          <w:rtl/>
        </w:rPr>
        <w:drawing>
          <wp:anchor distT="0" distB="0" distL="114300" distR="114300" simplePos="0" relativeHeight="251806720" behindDoc="0" locked="0" layoutInCell="1" allowOverlap="1" wp14:anchorId="11AAFE83" wp14:editId="32121FCF">
            <wp:simplePos x="0" y="0"/>
            <wp:positionH relativeFrom="column">
              <wp:posOffset>5026660</wp:posOffset>
            </wp:positionH>
            <wp:positionV relativeFrom="paragraph">
              <wp:posOffset>41910</wp:posOffset>
            </wp:positionV>
            <wp:extent cx="162560" cy="162560"/>
            <wp:effectExtent l="0" t="0" r="8890" b="8890"/>
            <wp:wrapNone/>
            <wp:docPr id="11" name="Picture 1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Pr="00775F93">
        <w:rPr>
          <w:rFonts w:ascii="IRNazanin" w:hAnsi="IRNazanin" w:cs="IRNazanin"/>
          <w:noProof/>
          <w:sz w:val="26"/>
          <w:szCs w:val="26"/>
          <w:rtl/>
        </w:rPr>
        <w:drawing>
          <wp:anchor distT="0" distB="0" distL="114300" distR="114300" simplePos="0" relativeHeight="251804672" behindDoc="0" locked="0" layoutInCell="1" allowOverlap="1" wp14:anchorId="0BA6042E" wp14:editId="2BD289D3">
            <wp:simplePos x="0" y="0"/>
            <wp:positionH relativeFrom="column">
              <wp:posOffset>5217320</wp:posOffset>
            </wp:positionH>
            <wp:positionV relativeFrom="paragraph">
              <wp:posOffset>61261</wp:posOffset>
            </wp:positionV>
            <wp:extent cx="161290" cy="135890"/>
            <wp:effectExtent l="0" t="0" r="0" b="0"/>
            <wp:wrapNone/>
            <wp:docPr id="9" name="Picture 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290" cy="135890"/>
                    </a:xfrm>
                    <a:prstGeom prst="rect">
                      <a:avLst/>
                    </a:prstGeom>
                  </pic:spPr>
                </pic:pic>
              </a:graphicData>
            </a:graphic>
            <wp14:sizeRelH relativeFrom="margin">
              <wp14:pctWidth>0</wp14:pctWidth>
            </wp14:sizeRelH>
            <wp14:sizeRelV relativeFrom="margin">
              <wp14:pctHeight>0</wp14:pctHeight>
            </wp14:sizeRelV>
          </wp:anchor>
        </w:drawing>
      </w:r>
      <w:r>
        <w:rPr>
          <w:rFonts w:ascii="IRNazanin" w:hAnsi="IRNazanin" w:cs="IRNazanin" w:hint="cs"/>
          <w:sz w:val="26"/>
          <w:szCs w:val="26"/>
          <w:rtl/>
        </w:rPr>
        <w:t>نام و نام خانوادگی نویسنده مسوول</w:t>
      </w:r>
      <w:r w:rsidR="00BE3FE1">
        <w:rPr>
          <w:rStyle w:val="FootnoteReference"/>
          <w:rFonts w:ascii="IRNazanin" w:hAnsi="IRNazanin" w:cs="IRNazanin"/>
          <w:sz w:val="26"/>
          <w:szCs w:val="26"/>
          <w:rtl/>
        </w:rPr>
        <w:footnoteReference w:id="3"/>
      </w:r>
      <w:r w:rsidR="002601D7">
        <w:rPr>
          <w:rFonts w:ascii="IRNazanin" w:hAnsi="IRNazanin" w:cs="IRNazanin" w:hint="cs"/>
          <w:sz w:val="26"/>
          <w:szCs w:val="26"/>
          <w:rtl/>
        </w:rPr>
        <w:tab/>
      </w:r>
      <w:r w:rsidR="002601D7">
        <w:rPr>
          <w:rFonts w:ascii="IRNazanin" w:hAnsi="IRNazanin" w:cs="IRNazanin" w:hint="cs"/>
          <w:sz w:val="26"/>
          <w:szCs w:val="26"/>
          <w:rtl/>
        </w:rPr>
        <w:tab/>
      </w:r>
      <w:r>
        <w:rPr>
          <w:rFonts w:ascii="IRNazanin" w:hAnsi="IRNazanin" w:cs="IRNazanin" w:hint="cs"/>
          <w:sz w:val="26"/>
          <w:szCs w:val="26"/>
          <w:rtl/>
        </w:rPr>
        <w:t>نام و نام خانوادگی نویسنده بعدی</w:t>
      </w:r>
      <w:r w:rsidR="00BE3FE1">
        <w:rPr>
          <w:rStyle w:val="FootnoteReference"/>
          <w:rFonts w:ascii="IRNazanin" w:hAnsi="IRNazanin" w:cs="IRNazanin"/>
          <w:sz w:val="26"/>
          <w:szCs w:val="26"/>
          <w:rtl/>
        </w:rPr>
        <w:footnoteReference w:id="4"/>
      </w:r>
    </w:p>
    <w:p w14:paraId="46B1647F" w14:textId="55B73AED" w:rsidR="00056C40" w:rsidRPr="007C2B42" w:rsidRDefault="00056C40" w:rsidP="00BB0C19">
      <w:pPr>
        <w:spacing w:after="0" w:line="360" w:lineRule="auto"/>
        <w:ind w:firstLine="0"/>
        <w:jc w:val="center"/>
        <w:rPr>
          <w:rFonts w:ascii="IRNazanin" w:hAnsi="IRNazanin" w:cs="IRNazanin"/>
          <w:b/>
          <w:bCs/>
          <w:color w:val="FF0000"/>
          <w:sz w:val="18"/>
          <w:szCs w:val="18"/>
          <w:rtl/>
        </w:rPr>
      </w:pPr>
      <w:r w:rsidRPr="00F06652">
        <w:rPr>
          <w:rFonts w:ascii="IRMitra" w:hAnsi="IRMitra" w:cs="IRMitra"/>
          <w:b/>
          <w:bCs/>
          <w:noProof/>
          <w:sz w:val="32"/>
          <w:szCs w:val="32"/>
          <w:rtl/>
        </w:rPr>
        <w:drawing>
          <wp:anchor distT="0" distB="0" distL="114300" distR="114300" simplePos="0" relativeHeight="251667456" behindDoc="0" locked="0" layoutInCell="1" allowOverlap="1" wp14:anchorId="1E6932FB" wp14:editId="1A4190E2">
            <wp:simplePos x="0" y="0"/>
            <wp:positionH relativeFrom="column">
              <wp:posOffset>11422380</wp:posOffset>
            </wp:positionH>
            <wp:positionV relativeFrom="paragraph">
              <wp:posOffset>1307465</wp:posOffset>
            </wp:positionV>
            <wp:extent cx="250825" cy="250825"/>
            <wp:effectExtent l="0" t="0" r="0" b="0"/>
            <wp:wrapNone/>
            <wp:docPr id="70" name="Picture 7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i.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0825" cy="250825"/>
                    </a:xfrm>
                    <a:prstGeom prst="rect">
                      <a:avLst/>
                    </a:prstGeom>
                  </pic:spPr>
                </pic:pic>
              </a:graphicData>
            </a:graphic>
            <wp14:sizeRelH relativeFrom="margin">
              <wp14:pctWidth>0</wp14:pctWidth>
            </wp14:sizeRelH>
            <wp14:sizeRelV relativeFrom="margin">
              <wp14:pctHeight>0</wp14:pctHeight>
            </wp14:sizeRelV>
          </wp:anchor>
        </w:drawing>
      </w:r>
      <w:r w:rsidRPr="00F06652">
        <w:rPr>
          <w:rFonts w:ascii="IRNazanin" w:hAnsi="IRNazanin" w:cs="IRNazanin" w:hint="cs"/>
          <w:b/>
          <w:bCs/>
          <w:color w:val="FF0000"/>
          <w:sz w:val="18"/>
          <w:szCs w:val="18"/>
          <w:rtl/>
        </w:rPr>
        <w:t xml:space="preserve">از صفحه </w:t>
      </w:r>
      <w:r w:rsidR="00BB0C19">
        <w:rPr>
          <w:rFonts w:ascii="IRNazanin" w:hAnsi="IRNazanin" w:cs="IRNazanin" w:hint="cs"/>
          <w:b/>
          <w:bCs/>
          <w:color w:val="FF0000"/>
          <w:sz w:val="18"/>
          <w:szCs w:val="18"/>
          <w:rtl/>
        </w:rPr>
        <w:t>......</w:t>
      </w:r>
      <w:r w:rsidR="00E858AC" w:rsidRPr="00F06652">
        <w:rPr>
          <w:rFonts w:ascii="IRNazanin" w:hAnsi="IRNazanin" w:cs="IRNazanin" w:hint="cs"/>
          <w:b/>
          <w:bCs/>
          <w:color w:val="FF0000"/>
          <w:sz w:val="18"/>
          <w:szCs w:val="18"/>
          <w:rtl/>
        </w:rPr>
        <w:t xml:space="preserve"> </w:t>
      </w:r>
      <w:r w:rsidRPr="00F06652">
        <w:rPr>
          <w:rFonts w:ascii="IRNazanin" w:hAnsi="IRNazanin" w:cs="IRNazanin" w:hint="cs"/>
          <w:b/>
          <w:bCs/>
          <w:color w:val="FF0000"/>
          <w:sz w:val="18"/>
          <w:szCs w:val="18"/>
          <w:rtl/>
        </w:rPr>
        <w:t xml:space="preserve">  تا صفحه </w:t>
      </w:r>
      <w:r w:rsidR="00BB0C19">
        <w:rPr>
          <w:rFonts w:ascii="IRNazanin" w:hAnsi="IRNazanin" w:cs="IRNazanin" w:hint="cs"/>
          <w:b/>
          <w:bCs/>
          <w:color w:val="FF0000"/>
          <w:sz w:val="18"/>
          <w:szCs w:val="18"/>
          <w:rtl/>
        </w:rPr>
        <w:t>........</w:t>
      </w:r>
      <w:r w:rsidRPr="00F06652">
        <w:rPr>
          <w:rFonts w:ascii="IRNazanin" w:hAnsi="IRNazanin" w:cs="IRNazanin" w:hint="cs"/>
          <w:b/>
          <w:bCs/>
          <w:color w:val="FF0000"/>
          <w:sz w:val="18"/>
          <w:szCs w:val="18"/>
          <w:rtl/>
        </w:rPr>
        <w:t xml:space="preserve">  ت</w:t>
      </w:r>
      <w:r w:rsidRPr="00952BFE">
        <w:rPr>
          <w:rFonts w:ascii="IRNazanin" w:hAnsi="IRNazanin" w:cs="IRNazanin" w:hint="cs"/>
          <w:b/>
          <w:bCs/>
          <w:color w:val="FF0000"/>
          <w:sz w:val="18"/>
          <w:szCs w:val="18"/>
          <w:rtl/>
        </w:rPr>
        <w:t xml:space="preserve">اریخ دریافت: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Pr="00952BFE">
        <w:rPr>
          <w:rFonts w:ascii="IRNazanin" w:hAnsi="IRNazanin" w:cs="IRNazanin" w:hint="cs"/>
          <w:b/>
          <w:bCs/>
          <w:color w:val="FF0000"/>
          <w:sz w:val="18"/>
          <w:szCs w:val="18"/>
          <w:rtl/>
        </w:rPr>
        <w:t xml:space="preserve"> تاریخ بازنگری: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Pr="00952BFE">
        <w:rPr>
          <w:rFonts w:ascii="IRNazanin" w:hAnsi="IRNazanin" w:cs="IRNazanin" w:hint="cs"/>
          <w:b/>
          <w:bCs/>
          <w:color w:val="FF0000"/>
          <w:sz w:val="18"/>
          <w:szCs w:val="18"/>
          <w:rtl/>
        </w:rPr>
        <w:t xml:space="preserve"> تاریخ پذیرش: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Pr="00952BFE">
        <w:rPr>
          <w:rFonts w:ascii="IRNazanin" w:hAnsi="IRNazanin" w:cs="IRNazanin" w:hint="cs"/>
          <w:b/>
          <w:bCs/>
          <w:color w:val="FF0000"/>
          <w:sz w:val="18"/>
          <w:szCs w:val="18"/>
          <w:rtl/>
        </w:rPr>
        <w:t xml:space="preserve"> تاریخ انتشار: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004B36C6" w:rsidRPr="004B36C6">
        <w:rPr>
          <w:rFonts w:ascii="IRMitra" w:hAnsi="IRMitra" w:cs="IRMitra"/>
          <w:b/>
          <w:bCs/>
          <w:noProof/>
          <w:sz w:val="32"/>
          <w:szCs w:val="32"/>
          <w:rtl/>
        </w:rPr>
        <w:t xml:space="preserve"> </w:t>
      </w:r>
    </w:p>
    <w:p w14:paraId="7D580DF6" w14:textId="77777777" w:rsidR="008843CC" w:rsidRDefault="008843CC" w:rsidP="00551D9A">
      <w:pPr>
        <w:spacing w:after="60"/>
        <w:ind w:firstLine="0"/>
        <w:rPr>
          <w:rFonts w:ascii="IRNazanin" w:hAnsi="IRNazanin" w:cs="IRNazanin"/>
          <w:b/>
          <w:bCs/>
          <w:sz w:val="26"/>
          <w:szCs w:val="26"/>
          <w:rtl/>
        </w:rPr>
      </w:pPr>
    </w:p>
    <w:p w14:paraId="132F1173" w14:textId="49D28143" w:rsidR="008A67C3" w:rsidRPr="00A51EA0" w:rsidRDefault="00E4720B" w:rsidP="00BB0C19">
      <w:pPr>
        <w:spacing w:after="60" w:line="276" w:lineRule="auto"/>
        <w:ind w:firstLine="0"/>
        <w:rPr>
          <w:rFonts w:ascii="IRNazanin" w:hAnsi="IRNazanin" w:cs="IRNazanin"/>
          <w:sz w:val="26"/>
          <w:szCs w:val="26"/>
        </w:rPr>
      </w:pPr>
      <w:r w:rsidRPr="005E4D2F">
        <w:rPr>
          <w:rFonts w:ascii="IRNazanin" w:hAnsi="IRNazanin" w:cs="IRNazanin"/>
          <w:b/>
          <w:bCs/>
          <w:sz w:val="26"/>
          <w:szCs w:val="26"/>
          <w:rtl/>
        </w:rPr>
        <w:t>چکیده</w:t>
      </w:r>
      <w:r w:rsidRPr="005E4D2F">
        <w:rPr>
          <w:rFonts w:ascii="IRNazanin" w:hAnsi="IRNazanin" w:cs="IRNazanin"/>
          <w:sz w:val="26"/>
          <w:szCs w:val="26"/>
        </w:rPr>
        <w:br/>
      </w:r>
      <w:r w:rsidR="008A67C3">
        <w:rPr>
          <w:rFonts w:ascii="IRNazanin" w:eastAsia="IRNazanin" w:hAnsi="IRNazanin" w:cs="IRNazanin" w:hint="cs"/>
          <w:sz w:val="26"/>
          <w:szCs w:val="26"/>
          <w:rtl/>
        </w:rPr>
        <w:t xml:space="preserve"> </w:t>
      </w:r>
      <w:r w:rsidR="008A67C3">
        <w:rPr>
          <w:rFonts w:ascii="IRNazanin" w:eastAsia="IRNazanin" w:hAnsi="IRNazanin" w:cs="IRNazanin" w:hint="cs"/>
          <w:sz w:val="26"/>
          <w:szCs w:val="26"/>
          <w:rtl/>
        </w:rPr>
        <w:tab/>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551D9A" w:rsidRPr="00551D9A">
        <w:rPr>
          <w:rFonts w:ascii="IRNazanin" w:eastAsia="IRNazanin" w:hAnsi="IRNazanin" w:cs="IRNazanin"/>
          <w:sz w:val="26"/>
          <w:szCs w:val="26"/>
          <w:rtl/>
        </w:rPr>
        <w:t>.</w:t>
      </w:r>
    </w:p>
    <w:p w14:paraId="7642A7E2" w14:textId="0114B9F8" w:rsidR="00E4720B" w:rsidRPr="005E4D2F" w:rsidRDefault="00E4720B" w:rsidP="008A67C3">
      <w:pPr>
        <w:rPr>
          <w:rFonts w:ascii="IRNazanin" w:hAnsi="IRNazanin" w:cs="IRNazanin"/>
          <w:sz w:val="26"/>
          <w:szCs w:val="26"/>
          <w:rtl/>
        </w:rPr>
      </w:pPr>
    </w:p>
    <w:p w14:paraId="676B6DD2" w14:textId="207AFD2D" w:rsidR="002A7EA8" w:rsidRPr="005E4D2F" w:rsidRDefault="009B67F3" w:rsidP="00BB0C19">
      <w:pPr>
        <w:rPr>
          <w:rFonts w:ascii="IRNazanin" w:hAnsi="IRNazanin" w:cs="IRNazanin"/>
          <w:sz w:val="26"/>
          <w:szCs w:val="26"/>
          <w:rtl/>
        </w:rPr>
      </w:pPr>
      <w:r w:rsidRPr="005E4D2F">
        <w:rPr>
          <w:rFonts w:cs="B Zar"/>
          <w:b/>
          <w:bCs/>
          <w:noProof/>
          <w:sz w:val="26"/>
          <w:szCs w:val="26"/>
        </w:rPr>
        <mc:AlternateContent>
          <mc:Choice Requires="wps">
            <w:drawing>
              <wp:anchor distT="45720" distB="45720" distL="114300" distR="114300" simplePos="0" relativeHeight="251777024" behindDoc="0" locked="0" layoutInCell="1" allowOverlap="1" wp14:anchorId="5CA3D183" wp14:editId="4A6CEC3E">
                <wp:simplePos x="0" y="0"/>
                <wp:positionH relativeFrom="margin">
                  <wp:align>center</wp:align>
                </wp:positionH>
                <wp:positionV relativeFrom="paragraph">
                  <wp:posOffset>610235</wp:posOffset>
                </wp:positionV>
                <wp:extent cx="4429125" cy="842645"/>
                <wp:effectExtent l="0" t="0" r="28575" b="1460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42645"/>
                        </a:xfrm>
                        <a:prstGeom prst="rect">
                          <a:avLst/>
                        </a:prstGeom>
                        <a:solidFill>
                          <a:srgbClr val="FFFFFF"/>
                        </a:solidFill>
                        <a:ln w="9525">
                          <a:solidFill>
                            <a:srgbClr val="000000"/>
                          </a:solidFill>
                          <a:miter lim="800000"/>
                          <a:headEnd/>
                          <a:tailEnd/>
                        </a:ln>
                      </wps:spPr>
                      <wps:txbx>
                        <w:txbxContent>
                          <w:p w14:paraId="68206F42" w14:textId="474C6211" w:rsidR="00E4720B" w:rsidRPr="00BD403F" w:rsidRDefault="00E4720B" w:rsidP="00BB0C19">
                            <w:pPr>
                              <w:bidi w:val="0"/>
                              <w:ind w:firstLine="0"/>
                              <w:rPr>
                                <w:szCs w:val="24"/>
                              </w:rPr>
                            </w:pPr>
                            <w:r w:rsidRPr="00BD403F">
                              <w:rPr>
                                <w:rFonts w:cs="Calibri"/>
                                <w:b/>
                                <w:bCs/>
                                <w:szCs w:val="24"/>
                              </w:rPr>
                              <w:t xml:space="preserve">Cite this </w:t>
                            </w:r>
                            <w:r w:rsidR="00F87F2E">
                              <w:rPr>
                                <w:rFonts w:cs="Calibri"/>
                                <w:b/>
                                <w:bCs/>
                                <w:szCs w:val="24"/>
                              </w:rPr>
                              <w:t xml:space="preserve">article: </w:t>
                            </w:r>
                            <w:r w:rsidR="00BB0C19" w:rsidRPr="00BB0C19">
                              <w:rPr>
                                <w:rFonts w:ascii="rtl-font" w:hAnsi="rtl-font"/>
                                <w:color w:val="000000"/>
                                <w:szCs w:val="24"/>
                                <w:shd w:val="clear" w:color="auto" w:fill="FFFFFF"/>
                              </w:rPr>
                              <w:t>Name Surname,</w:t>
                            </w:r>
                            <w:r w:rsidR="00BB0C19" w:rsidRPr="00BB0C19">
                              <w:t xml:space="preserve"> </w:t>
                            </w:r>
                            <w:r w:rsidR="00BB0C19" w:rsidRPr="00BB0C19">
                              <w:rPr>
                                <w:rFonts w:ascii="rtl-font" w:hAnsi="rtl-font"/>
                                <w:color w:val="000000"/>
                                <w:szCs w:val="24"/>
                                <w:shd w:val="clear" w:color="auto" w:fill="FFFFFF"/>
                              </w:rPr>
                              <w:t>Name Surname</w:t>
                            </w:r>
                            <w:r w:rsidR="00BB0C19">
                              <w:rPr>
                                <w:rFonts w:cs="Calibri"/>
                                <w:szCs w:val="24"/>
                              </w:rPr>
                              <w:t xml:space="preserve"> </w:t>
                            </w:r>
                            <w:r w:rsidRPr="00BD403F">
                              <w:rPr>
                                <w:rFonts w:cs="Calibri"/>
                                <w:szCs w:val="24"/>
                              </w:rPr>
                              <w:t xml:space="preserve">(2026). </w:t>
                            </w:r>
                            <w:r w:rsidR="00BB0C19">
                              <w:rPr>
                                <w:szCs w:val="24"/>
                              </w:rPr>
                              <w:t>Title</w:t>
                            </w:r>
                            <w:r w:rsidR="00551D9A">
                              <w:rPr>
                                <w:szCs w:val="24"/>
                              </w:rPr>
                              <w:t xml:space="preserve">. </w:t>
                            </w:r>
                            <w:r w:rsidRPr="00BD403F">
                              <w:rPr>
                                <w:rFonts w:cs="Calibri"/>
                                <w:szCs w:val="24"/>
                              </w:rPr>
                              <w:t>Journal of Diplomatics Studies and Research (DPR) Vol-</w:t>
                            </w:r>
                            <w:proofErr w:type="gramStart"/>
                            <w:r w:rsidR="00BB0C19">
                              <w:rPr>
                                <w:rFonts w:cs="Calibri"/>
                                <w:szCs w:val="24"/>
                              </w:rPr>
                              <w:t>?</w:t>
                            </w:r>
                            <w:r w:rsidRPr="00BD403F">
                              <w:rPr>
                                <w:rFonts w:cs="Calibri"/>
                                <w:szCs w:val="24"/>
                              </w:rPr>
                              <w:t>,</w:t>
                            </w:r>
                            <w:proofErr w:type="gramEnd"/>
                            <w:r w:rsidRPr="00BD403F">
                              <w:rPr>
                                <w:rFonts w:cs="Calibri"/>
                                <w:szCs w:val="24"/>
                              </w:rPr>
                              <w:t xml:space="preserve"> Issue-</w:t>
                            </w:r>
                            <w:r w:rsidR="00BB0C19">
                              <w:rPr>
                                <w:rFonts w:cs="Calibri"/>
                                <w:szCs w:val="24"/>
                              </w:rPr>
                              <w:t>?</w:t>
                            </w:r>
                            <w:r w:rsidRPr="00FF14A7">
                              <w:rPr>
                                <w:rFonts w:cs="Calibri"/>
                                <w:szCs w:val="24"/>
                              </w:rPr>
                              <w:t>,</w:t>
                            </w:r>
                            <w:r w:rsidRPr="00FF14A7">
                              <w:rPr>
                                <w:szCs w:val="24"/>
                              </w:rPr>
                              <w:t xml:space="preserve"> </w:t>
                            </w:r>
                            <w:r w:rsidR="00BB0C19">
                              <w:rPr>
                                <w:szCs w:val="24"/>
                              </w:rPr>
                              <w:t>111</w:t>
                            </w:r>
                            <w:r w:rsidRPr="00FF14A7">
                              <w:rPr>
                                <w:szCs w:val="24"/>
                              </w:rPr>
                              <w:t>-</w:t>
                            </w:r>
                            <w:r w:rsidR="00BB0C19">
                              <w:rPr>
                                <w:szCs w:val="24"/>
                              </w:rPr>
                              <w:t>111</w:t>
                            </w:r>
                            <w:r w:rsidRPr="00BD403F">
                              <w:rPr>
                                <w:szCs w:val="24"/>
                              </w:rPr>
                              <w:t xml:space="preserve">. </w:t>
                            </w:r>
                            <w:r w:rsidR="00775F93" w:rsidRPr="00BB0C19">
                              <w:rPr>
                                <w:color w:val="70AD47" w:themeColor="accent6"/>
                                <w:szCs w:val="24"/>
                              </w:rPr>
                              <w:t>https://doi.org/10.22034/dpr.2026.604152.</w:t>
                            </w:r>
                            <w:r w:rsidR="00BB0C19" w:rsidRPr="00BB0C19">
                              <w:rPr>
                                <w:color w:val="70AD47" w:themeColor="accent6"/>
                                <w:szCs w:val="24"/>
                              </w:rPr>
                              <w:t>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3D183" id="_x0000_t202" coordsize="21600,21600" o:spt="202" path="m,l,21600r21600,l21600,xe">
                <v:stroke joinstyle="miter"/>
                <v:path gradientshapeok="t" o:connecttype="rect"/>
              </v:shapetype>
              <v:shape id="Text Box 2" o:spid="_x0000_s1027" type="#_x0000_t202" style="position:absolute;left:0;text-align:left;margin-left:0;margin-top:48.05pt;width:348.75pt;height:66.35pt;z-index:2517770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">
                <v:textbox>
                  <w:txbxContent>
                    <w:p w14:paraId="68206F42" w14:textId="474C6211" w:rsidR="00E4720B" w:rsidRPr="00BD403F" w:rsidRDefault="00E4720B" w:rsidP="00BB0C19">
                      <w:pPr>
                        <w:bidi w:val="0"/>
                        <w:ind w:firstLine="0"/>
                        <w:rPr>
                          <w:szCs w:val="24"/>
                        </w:rPr>
                      </w:pPr>
                      <w:r w:rsidRPr="00BD403F">
                        <w:rPr>
                          <w:rFonts w:cs="Calibri"/>
                          <w:b/>
                          <w:bCs/>
                          <w:szCs w:val="24"/>
                        </w:rPr>
                        <w:t xml:space="preserve">Cite this </w:t>
                      </w:r>
                      <w:r w:rsidR="00F87F2E">
                        <w:rPr>
                          <w:rFonts w:cs="Calibri"/>
                          <w:b/>
                          <w:bCs/>
                          <w:szCs w:val="24"/>
                        </w:rPr>
                        <w:t xml:space="preserve">article: </w:t>
                      </w:r>
                      <w:r w:rsidR="00BB0C19" w:rsidRPr="00BB0C19">
                        <w:rPr>
                          <w:rFonts w:ascii="rtl-font" w:hAnsi="rtl-font"/>
                          <w:color w:val="000000"/>
                          <w:szCs w:val="24"/>
                          <w:shd w:val="clear" w:color="auto" w:fill="FFFFFF"/>
                        </w:rPr>
                        <w:t>Name Surname,</w:t>
                      </w:r>
                      <w:r w:rsidR="00BB0C19" w:rsidRPr="00BB0C19">
                        <w:t xml:space="preserve"> </w:t>
                      </w:r>
                      <w:r w:rsidR="00BB0C19" w:rsidRPr="00BB0C19">
                        <w:rPr>
                          <w:rFonts w:ascii="rtl-font" w:hAnsi="rtl-font"/>
                          <w:color w:val="000000"/>
                          <w:szCs w:val="24"/>
                          <w:shd w:val="clear" w:color="auto" w:fill="FFFFFF"/>
                        </w:rPr>
                        <w:t>Name Surname</w:t>
                      </w:r>
                      <w:r w:rsidR="00BB0C19">
                        <w:rPr>
                          <w:rFonts w:cs="Calibri"/>
                          <w:szCs w:val="24"/>
                        </w:rPr>
                        <w:t xml:space="preserve"> </w:t>
                      </w:r>
                      <w:r w:rsidRPr="00BD403F">
                        <w:rPr>
                          <w:rFonts w:cs="Calibri"/>
                          <w:szCs w:val="24"/>
                        </w:rPr>
                        <w:t xml:space="preserve">(2026). </w:t>
                      </w:r>
                      <w:r w:rsidR="00BB0C19">
                        <w:rPr>
                          <w:szCs w:val="24"/>
                        </w:rPr>
                        <w:t>Title</w:t>
                      </w:r>
                      <w:r w:rsidR="00551D9A">
                        <w:rPr>
                          <w:szCs w:val="24"/>
                        </w:rPr>
                        <w:t xml:space="preserve">. </w:t>
                      </w:r>
                      <w:r w:rsidRPr="00BD403F">
                        <w:rPr>
                          <w:rFonts w:cs="Calibri"/>
                          <w:szCs w:val="24"/>
                        </w:rPr>
                        <w:t>Journal of Diplomatics Studies and Research (DPR) Vol-</w:t>
                      </w:r>
                      <w:proofErr w:type="gramStart"/>
                      <w:r w:rsidR="00BB0C19">
                        <w:rPr>
                          <w:rFonts w:cs="Calibri"/>
                          <w:szCs w:val="24"/>
                        </w:rPr>
                        <w:t>?</w:t>
                      </w:r>
                      <w:r w:rsidRPr="00BD403F">
                        <w:rPr>
                          <w:rFonts w:cs="Calibri"/>
                          <w:szCs w:val="24"/>
                        </w:rPr>
                        <w:t>,</w:t>
                      </w:r>
                      <w:proofErr w:type="gramEnd"/>
                      <w:r w:rsidRPr="00BD403F">
                        <w:rPr>
                          <w:rFonts w:cs="Calibri"/>
                          <w:szCs w:val="24"/>
                        </w:rPr>
                        <w:t xml:space="preserve"> Issue-</w:t>
                      </w:r>
                      <w:r w:rsidR="00BB0C19">
                        <w:rPr>
                          <w:rFonts w:cs="Calibri"/>
                          <w:szCs w:val="24"/>
                        </w:rPr>
                        <w:t>?</w:t>
                      </w:r>
                      <w:r w:rsidRPr="00FF14A7">
                        <w:rPr>
                          <w:rFonts w:cs="Calibri"/>
                          <w:szCs w:val="24"/>
                        </w:rPr>
                        <w:t>,</w:t>
                      </w:r>
                      <w:r w:rsidRPr="00FF14A7">
                        <w:rPr>
                          <w:szCs w:val="24"/>
                        </w:rPr>
                        <w:t xml:space="preserve"> </w:t>
                      </w:r>
                      <w:r w:rsidR="00BB0C19">
                        <w:rPr>
                          <w:szCs w:val="24"/>
                        </w:rPr>
                        <w:t>111</w:t>
                      </w:r>
                      <w:r w:rsidRPr="00FF14A7">
                        <w:rPr>
                          <w:szCs w:val="24"/>
                        </w:rPr>
                        <w:t>-</w:t>
                      </w:r>
                      <w:r w:rsidR="00BB0C19">
                        <w:rPr>
                          <w:szCs w:val="24"/>
                        </w:rPr>
                        <w:t>111</w:t>
                      </w:r>
                      <w:r w:rsidRPr="00BD403F">
                        <w:rPr>
                          <w:szCs w:val="24"/>
                        </w:rPr>
                        <w:t xml:space="preserve">. </w:t>
                      </w:r>
                      <w:r w:rsidR="00775F93" w:rsidRPr="00BB0C19">
                        <w:rPr>
                          <w:color w:val="70AD47" w:themeColor="accent6"/>
                          <w:szCs w:val="24"/>
                        </w:rPr>
                        <w:t>https://doi.org/10.22034/dpr.2026.604152.</w:t>
                      </w:r>
                      <w:r w:rsidR="00BB0C19" w:rsidRPr="00BB0C19">
                        <w:rPr>
                          <w:color w:val="70AD47" w:themeColor="accent6"/>
                          <w:szCs w:val="24"/>
                        </w:rPr>
                        <w:t>0000</w:t>
                      </w:r>
                    </w:p>
                  </w:txbxContent>
                </v:textbox>
                <w10:wrap type="topAndBottom" anchorx="margin"/>
              </v:shape>
            </w:pict>
          </mc:Fallback>
        </mc:AlternateContent>
      </w:r>
      <w:r w:rsidR="00E4720B" w:rsidRPr="005E4D2F">
        <w:rPr>
          <w:rFonts w:ascii="IRNazanin" w:hAnsi="IRNazanin" w:cs="IRNazanin"/>
          <w:b/>
          <w:bCs/>
          <w:sz w:val="26"/>
          <w:szCs w:val="26"/>
          <w:rtl/>
        </w:rPr>
        <w:t>کلمات کلیدی:</w:t>
      </w:r>
      <w:r w:rsidR="00E4720B" w:rsidRPr="005E4D2F">
        <w:rPr>
          <w:rFonts w:ascii="IRNazanin" w:hAnsi="IRNazanin" w:cs="IRNazanin" w:hint="cs"/>
          <w:sz w:val="26"/>
          <w:szCs w:val="26"/>
          <w:rtl/>
        </w:rPr>
        <w:t xml:space="preserve"> </w:t>
      </w:r>
      <w:r w:rsidR="00BB0C19">
        <w:rPr>
          <w:rFonts w:ascii="IRNazanin" w:eastAsia="IRNazanin" w:hAnsi="IRNazanin" w:cs="IRNazanin" w:hint="cs"/>
          <w:sz w:val="26"/>
          <w:szCs w:val="26"/>
          <w:rtl/>
        </w:rPr>
        <w:t>کلمه، کلمه، کلمه ..............................</w:t>
      </w:r>
      <w:r w:rsidR="00551D9A" w:rsidRPr="00551D9A">
        <w:rPr>
          <w:rFonts w:ascii="IRNazanin" w:eastAsia="IRNazanin" w:hAnsi="IRNazanin" w:cs="IRNazanin"/>
          <w:sz w:val="26"/>
          <w:szCs w:val="26"/>
          <w:rtl/>
        </w:rPr>
        <w:t>.</w:t>
      </w:r>
    </w:p>
    <w:p w14:paraId="51EE280C" w14:textId="0D911200" w:rsidR="002A7EA8" w:rsidRDefault="002A7EA8">
      <w:pPr>
        <w:widowControl/>
        <w:bidi w:val="0"/>
        <w:spacing w:after="0"/>
        <w:ind w:firstLine="0"/>
        <w:jc w:val="left"/>
        <w:rPr>
          <w:rFonts w:ascii="IRNazanin" w:hAnsi="IRNazanin" w:cs="IRNazanin"/>
          <w:sz w:val="26"/>
          <w:szCs w:val="26"/>
        </w:rPr>
      </w:pPr>
      <w:r>
        <w:rPr>
          <w:rFonts w:ascii="IRNazanin" w:hAnsi="IRNazanin" w:cs="IRNazanin"/>
          <w:sz w:val="26"/>
          <w:szCs w:val="26"/>
        </w:rPr>
        <w:br w:type="page"/>
      </w:r>
    </w:p>
    <w:p w14:paraId="30A3FBFD" w14:textId="5AA12EB6" w:rsidR="00574E2E" w:rsidRPr="00574E2E" w:rsidRDefault="00574E2E" w:rsidP="00D05FB8">
      <w:pPr>
        <w:rPr>
          <w:rFonts w:ascii="IRNazanin" w:hAnsi="IRNazanin" w:cs="IRNazanin"/>
          <w:b/>
          <w:bCs/>
          <w:sz w:val="28"/>
          <w:rtl/>
        </w:rPr>
      </w:pPr>
      <w:r w:rsidRPr="00574E2E">
        <w:rPr>
          <w:rFonts w:ascii="IRNazanin" w:hAnsi="IRNazanin" w:cs="IRNazanin"/>
          <w:b/>
          <w:bCs/>
          <w:sz w:val="28"/>
          <w:rtl/>
        </w:rPr>
        <w:lastRenderedPageBreak/>
        <w:t>مقدمه</w:t>
      </w:r>
    </w:p>
    <w:p w14:paraId="6A799B6D" w14:textId="77777777" w:rsidR="0062794E" w:rsidRDefault="0062794E" w:rsidP="00574E2E">
      <w:pPr>
        <w:rPr>
          <w:rFonts w:ascii="IRNazanin" w:hAnsi="IRNazanin" w:cs="IRNazanin"/>
          <w:b/>
          <w:bCs/>
          <w:sz w:val="28"/>
          <w:rtl/>
        </w:rPr>
      </w:pPr>
      <w:r w:rsidRPr="0062794E">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54136CE3" w14:textId="77777777" w:rsidR="0062794E" w:rsidRDefault="0062794E" w:rsidP="00574E2E">
      <w:pPr>
        <w:rPr>
          <w:rFonts w:ascii="IRNazanin" w:hAnsi="IRNazanin" w:cs="IRNazanin"/>
          <w:b/>
          <w:bCs/>
          <w:sz w:val="28"/>
          <w:rtl/>
        </w:rPr>
      </w:pPr>
    </w:p>
    <w:p w14:paraId="4E6B80BD" w14:textId="5441A090" w:rsidR="00574E2E" w:rsidRPr="00574E2E" w:rsidRDefault="00BB0C19" w:rsidP="00BB0C19">
      <w:pPr>
        <w:rPr>
          <w:rFonts w:ascii="IRNazanin" w:hAnsi="IRNazanin" w:cs="IRNazanin"/>
          <w:sz w:val="28"/>
          <w:rtl/>
        </w:rPr>
      </w:pPr>
      <w:r>
        <w:rPr>
          <w:rFonts w:ascii="IRNazanin" w:hAnsi="IRNazanin" w:cs="IRNazanin" w:hint="cs"/>
          <w:b/>
          <w:bCs/>
          <w:sz w:val="28"/>
          <w:rtl/>
        </w:rPr>
        <w:t xml:space="preserve">(اختیاری) </w:t>
      </w:r>
      <w:r w:rsidR="00574E2E" w:rsidRPr="00574E2E">
        <w:rPr>
          <w:rFonts w:ascii="IRNazanin" w:hAnsi="IRNazanin" w:cs="IRNazanin"/>
          <w:b/>
          <w:bCs/>
          <w:sz w:val="28"/>
          <w:rtl/>
        </w:rPr>
        <w:t>چارچوب نظری</w:t>
      </w:r>
    </w:p>
    <w:p w14:paraId="0D36AF5A" w14:textId="0A1A9DCB" w:rsidR="00BB0C19" w:rsidRPr="00574E2E" w:rsidRDefault="00BB0C19" w:rsidP="0062794E">
      <w:pPr>
        <w:rPr>
          <w:rFonts w:ascii="IRNazanin" w:hAnsi="IRNazanin" w:cs="IRNazanin"/>
          <w:sz w:val="28"/>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05F1B743" w14:textId="1A151D17" w:rsidR="00574E2E" w:rsidRPr="00574E2E" w:rsidRDefault="00574E2E" w:rsidP="00574E2E">
      <w:pPr>
        <w:rPr>
          <w:rFonts w:ascii="IRNazanin" w:hAnsi="IRNazanin" w:cs="IRNazanin"/>
          <w:sz w:val="28"/>
          <w:rtl/>
        </w:rPr>
      </w:pPr>
    </w:p>
    <w:p w14:paraId="25103539" w14:textId="4C91F3D1" w:rsidR="00574E2E" w:rsidRPr="00574E2E" w:rsidRDefault="00BB0C19" w:rsidP="00574E2E">
      <w:pPr>
        <w:rPr>
          <w:rFonts w:ascii="IRNazanin" w:hAnsi="IRNazanin" w:cs="IRNazanin"/>
          <w:b/>
          <w:bCs/>
          <w:sz w:val="28"/>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w:t>
      </w:r>
      <w:r w:rsidR="00574E2E" w:rsidRPr="00574E2E">
        <w:rPr>
          <w:rFonts w:ascii="IRNazanin" w:hAnsi="IRNazanin" w:cs="IRNazanin"/>
          <w:b/>
          <w:bCs/>
          <w:sz w:val="28"/>
          <w:rtl/>
        </w:rPr>
        <w:t>پیشینۀ تحقیق</w:t>
      </w:r>
    </w:p>
    <w:p w14:paraId="788FAD71" w14:textId="3A243ABB" w:rsidR="00574E2E"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BB0C19">
        <w:rPr>
          <w:rFonts w:ascii="IRNazanin" w:hAnsi="IRNazanin" w:cs="IRNazanin" w:hint="cs"/>
          <w:color w:val="FF0000"/>
          <w:sz w:val="28"/>
          <w:rtl/>
        </w:rPr>
        <w:t xml:space="preserve">(در </w:t>
      </w:r>
      <w:r>
        <w:rPr>
          <w:rFonts w:ascii="IRNazanin" w:hAnsi="IRNazanin" w:cs="IRNazanin" w:hint="cs"/>
          <w:color w:val="FF0000"/>
          <w:sz w:val="28"/>
          <w:rtl/>
        </w:rPr>
        <w:t>پایان پیشینه پژوهش</w:t>
      </w:r>
      <w:r w:rsidRPr="00BB0C19">
        <w:rPr>
          <w:rFonts w:ascii="IRNazanin" w:hAnsi="IRNazanin" w:cs="IRNazanin" w:hint="cs"/>
          <w:color w:val="FF0000"/>
          <w:sz w:val="28"/>
          <w:rtl/>
        </w:rPr>
        <w:t xml:space="preserve"> مشخص شود که این پژوهش چه کاستی‌هایی را در تحقیقات پیشین تکمیل می‌کند.)</w:t>
      </w:r>
    </w:p>
    <w:p w14:paraId="123B5AE4" w14:textId="77777777" w:rsidR="0062794E" w:rsidRDefault="0062794E" w:rsidP="00BB0C19">
      <w:pPr>
        <w:rPr>
          <w:rFonts w:ascii="IRNazanin" w:hAnsi="IRNazanin" w:cs="IRNazanin"/>
          <w:sz w:val="28"/>
          <w:rtl/>
        </w:rPr>
      </w:pPr>
    </w:p>
    <w:p w14:paraId="2935B7EB" w14:textId="4D4F2637" w:rsidR="0062794E" w:rsidRPr="00574E2E" w:rsidRDefault="0062794E" w:rsidP="0062794E">
      <w:pPr>
        <w:rPr>
          <w:rFonts w:ascii="IRNazanin" w:hAnsi="IRNazanin" w:cs="IRNazanin"/>
          <w:b/>
          <w:bCs/>
          <w:sz w:val="28"/>
          <w:rtl/>
        </w:rPr>
      </w:pPr>
      <w:r>
        <w:rPr>
          <w:rFonts w:ascii="IRNazanin" w:hAnsi="IRNazanin" w:cs="IRNazanin" w:hint="cs"/>
          <w:b/>
          <w:bCs/>
          <w:sz w:val="28"/>
          <w:rtl/>
        </w:rPr>
        <w:t xml:space="preserve">(اختیاری) روش شناسی </w:t>
      </w:r>
    </w:p>
    <w:p w14:paraId="03F182C4" w14:textId="3361619F" w:rsidR="0062794E" w:rsidRDefault="0062794E"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9EAEECC" w14:textId="77777777" w:rsidR="0062794E" w:rsidRPr="00574E2E" w:rsidRDefault="0062794E" w:rsidP="0062794E">
      <w:pPr>
        <w:rPr>
          <w:rFonts w:ascii="IRNazanin" w:hAnsi="IRNazanin" w:cs="IRNazanin"/>
          <w:sz w:val="28"/>
          <w:rtl/>
        </w:rPr>
      </w:pPr>
    </w:p>
    <w:p w14:paraId="3AFDC09C" w14:textId="4AD57610" w:rsidR="00574E2E" w:rsidRPr="00574E2E" w:rsidRDefault="00BB0C19" w:rsidP="00BB0C19">
      <w:pPr>
        <w:rPr>
          <w:rFonts w:ascii="IRNazanin" w:hAnsi="IRNazanin" w:cs="IRNazanin"/>
          <w:sz w:val="28"/>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یافته های پژوهش </w:t>
      </w:r>
    </w:p>
    <w:p w14:paraId="67B9B725" w14:textId="4CABABF6" w:rsidR="00574E2E"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w:t>
      </w:r>
      <w:r w:rsidRPr="00BB0C19">
        <w:rPr>
          <w:rFonts w:ascii="IRNazanin" w:hAnsi="IRNazanin" w:cs="IRNazanin"/>
          <w:sz w:val="28"/>
          <w:rtl/>
        </w:rPr>
        <w:lastRenderedPageBreak/>
        <w:t xml:space="preserve">متن متن متن متن متن متن متن متن متن متن متن متن متن متن متن متن متن متن متن متن متن متن متن متن متن متن متن متن متن متن متن متن </w:t>
      </w:r>
    </w:p>
    <w:p w14:paraId="70F0E916" w14:textId="77777777" w:rsidR="0062794E" w:rsidRDefault="0062794E" w:rsidP="0062794E">
      <w:pPr>
        <w:rPr>
          <w:rFonts w:ascii="IRNazanin" w:hAnsi="IRNazanin" w:cs="IRNazanin"/>
          <w:sz w:val="28"/>
          <w:rtl/>
        </w:rPr>
      </w:pPr>
    </w:p>
    <w:p w14:paraId="0AA9F17E" w14:textId="12A28037" w:rsidR="00BB0C19" w:rsidRDefault="00BB0C19" w:rsidP="0062794E">
      <w:pPr>
        <w:rPr>
          <w:rFonts w:ascii="IRNazanin" w:hAnsi="IRNazanin" w:cs="IRNazanin"/>
          <w:b/>
          <w:bCs/>
          <w:sz w:val="28"/>
          <w:rtl/>
        </w:rPr>
      </w:pPr>
      <w:r>
        <w:rPr>
          <w:rFonts w:ascii="IRNazanin" w:hAnsi="IRNazanin" w:cs="IRNazanin" w:hint="cs"/>
          <w:b/>
          <w:bCs/>
          <w:sz w:val="28"/>
          <w:rtl/>
        </w:rPr>
        <w:t>(</w:t>
      </w:r>
      <w:r w:rsidR="0062794E">
        <w:rPr>
          <w:rFonts w:ascii="IRNazanin" w:hAnsi="IRNazanin" w:cs="IRNazanin" w:hint="cs"/>
          <w:b/>
          <w:bCs/>
          <w:sz w:val="28"/>
          <w:rtl/>
        </w:rPr>
        <w:t>ضروری</w:t>
      </w:r>
      <w:r>
        <w:rPr>
          <w:rFonts w:ascii="IRNazanin" w:hAnsi="IRNazanin" w:cs="IRNazanin" w:hint="cs"/>
          <w:b/>
          <w:bCs/>
          <w:sz w:val="28"/>
          <w:rtl/>
        </w:rPr>
        <w:t xml:space="preserve">) </w:t>
      </w:r>
      <w:r w:rsidR="0062794E">
        <w:rPr>
          <w:rFonts w:ascii="IRNazanin" w:hAnsi="IRNazanin" w:cs="IRNazanin" w:hint="cs"/>
          <w:b/>
          <w:bCs/>
          <w:sz w:val="28"/>
          <w:rtl/>
        </w:rPr>
        <w:t xml:space="preserve">بحث / </w:t>
      </w:r>
      <w:r w:rsidRPr="00BB0C19">
        <w:rPr>
          <w:rFonts w:ascii="IRNazanin" w:hAnsi="IRNazanin" w:cs="IRNazanin" w:hint="cs"/>
          <w:b/>
          <w:bCs/>
          <w:sz w:val="28"/>
          <w:rtl/>
        </w:rPr>
        <w:t>تحلیل و بررسی یافته</w:t>
      </w:r>
      <w:r>
        <w:rPr>
          <w:rFonts w:ascii="IRNazanin" w:hAnsi="IRNazanin" w:cs="IRNazanin" w:hint="cs"/>
          <w:b/>
          <w:bCs/>
          <w:sz w:val="28"/>
          <w:rtl/>
        </w:rPr>
        <w:t>‌</w:t>
      </w:r>
      <w:r w:rsidRPr="00BB0C19">
        <w:rPr>
          <w:rFonts w:ascii="IRNazanin" w:hAnsi="IRNazanin" w:cs="IRNazanin" w:hint="cs"/>
          <w:b/>
          <w:bCs/>
          <w:sz w:val="28"/>
          <w:rtl/>
        </w:rPr>
        <w:t>ها</w:t>
      </w:r>
    </w:p>
    <w:p w14:paraId="70D387ED" w14:textId="1E9EDFAB" w:rsidR="00BB0C19"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4FF76B6D" w14:textId="77777777" w:rsidR="0062794E" w:rsidRPr="00BB0C19" w:rsidRDefault="0062794E" w:rsidP="0062794E">
      <w:pPr>
        <w:rPr>
          <w:rFonts w:ascii="IRNazanin" w:hAnsi="IRNazanin" w:cs="IRNazanin"/>
          <w:sz w:val="28"/>
          <w:rtl/>
        </w:rPr>
      </w:pPr>
    </w:p>
    <w:p w14:paraId="5AB3F5C9" w14:textId="02477B26" w:rsidR="00574E2E" w:rsidRPr="00574E2E" w:rsidRDefault="00BB0C19" w:rsidP="00574E2E">
      <w:pPr>
        <w:rPr>
          <w:rFonts w:ascii="IRNazanin" w:hAnsi="IRNazanin" w:cs="IRNazanin"/>
          <w:b/>
          <w:bCs/>
          <w:sz w:val="28"/>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w:t>
      </w:r>
      <w:r w:rsidR="00574E2E" w:rsidRPr="00574E2E">
        <w:rPr>
          <w:rFonts w:ascii="IRNazanin" w:hAnsi="IRNazanin" w:cs="IRNazanin"/>
          <w:b/>
          <w:bCs/>
          <w:sz w:val="28"/>
          <w:rtl/>
        </w:rPr>
        <w:t>نتیجه</w:t>
      </w:r>
      <w:r w:rsidR="00D05FB8">
        <w:rPr>
          <w:rFonts w:ascii="IRNazanin" w:hAnsi="IRNazanin" w:cs="IRNazanin"/>
          <w:b/>
          <w:bCs/>
          <w:sz w:val="28"/>
          <w:rtl/>
        </w:rPr>
        <w:t>‌گیری</w:t>
      </w:r>
    </w:p>
    <w:p w14:paraId="10CEC734" w14:textId="29A0F334" w:rsidR="00574E2E" w:rsidRPr="00574E2E"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67BCD461" w14:textId="77777777" w:rsidR="00574E2E" w:rsidRPr="00574E2E" w:rsidRDefault="00574E2E" w:rsidP="00574E2E">
      <w:pPr>
        <w:rPr>
          <w:rFonts w:ascii="IRNazanin" w:hAnsi="IRNazanin" w:cs="IRNazanin"/>
          <w:b/>
          <w:bCs/>
          <w:sz w:val="28"/>
          <w:rtl/>
        </w:rPr>
      </w:pPr>
    </w:p>
    <w:p w14:paraId="522C79CF" w14:textId="144CBD27" w:rsidR="00574E2E" w:rsidRPr="00FC418E" w:rsidRDefault="0062794E" w:rsidP="00574E2E">
      <w:pPr>
        <w:rPr>
          <w:rFonts w:ascii="IRNazanin" w:hAnsi="IRNazanin" w:cs="IRNazanin"/>
          <w:b/>
          <w:bCs/>
          <w:sz w:val="26"/>
          <w:szCs w:val="26"/>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w:t>
      </w:r>
      <w:r w:rsidR="00574E2E" w:rsidRPr="00FC418E">
        <w:rPr>
          <w:rFonts w:ascii="IRNazanin" w:hAnsi="IRNazanin" w:cs="IRNazanin"/>
          <w:b/>
          <w:bCs/>
          <w:sz w:val="26"/>
          <w:szCs w:val="26"/>
          <w:rtl/>
        </w:rPr>
        <w:t>منابع و مآخذ</w:t>
      </w:r>
    </w:p>
    <w:p w14:paraId="5B13260E" w14:textId="77777777" w:rsidR="00BB0C19" w:rsidRPr="00BB0C19" w:rsidRDefault="00BB0C19" w:rsidP="00BB0C19">
      <w:pPr>
        <w:rPr>
          <w:rFonts w:ascii="IRNazanin" w:hAnsi="IRNazanin" w:cs="IRNazanin"/>
          <w:sz w:val="26"/>
          <w:szCs w:val="26"/>
          <w:rtl/>
        </w:rPr>
      </w:pPr>
      <w:r w:rsidRPr="00BB0C19">
        <w:rPr>
          <w:rFonts w:ascii="IRNazanin" w:hAnsi="IRNazanin" w:cs="IRNazanin"/>
          <w:sz w:val="26"/>
          <w:szCs w:val="26"/>
          <w:rtl/>
        </w:rPr>
        <w:t xml:space="preserve">نمونه ها: </w:t>
      </w:r>
    </w:p>
    <w:p w14:paraId="2A332CA5"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sz w:val="26"/>
          <w:szCs w:val="26"/>
          <w:rtl/>
        </w:rPr>
        <w:t>نام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نو</w:t>
      </w:r>
      <w:r w:rsidRPr="00517168">
        <w:rPr>
          <w:rFonts w:ascii="IRNazanin" w:hAnsi="IRNazanin" w:cs="IRNazanin" w:hint="cs"/>
          <w:sz w:val="26"/>
          <w:szCs w:val="26"/>
          <w:rtl/>
        </w:rPr>
        <w:t>ی</w:t>
      </w:r>
      <w:r w:rsidRPr="00517168">
        <w:rPr>
          <w:rFonts w:ascii="IRNazanin" w:hAnsi="IRNazanin" w:cs="IRNazanin" w:hint="eastAsia"/>
          <w:sz w:val="26"/>
          <w:szCs w:val="26"/>
          <w:rtl/>
        </w:rPr>
        <w:t>سندگان</w:t>
      </w:r>
      <w:r w:rsidRPr="00517168">
        <w:rPr>
          <w:rFonts w:ascii="IRNazanin" w:hAnsi="IRNazanin" w:cs="IRNazanin"/>
          <w:sz w:val="26"/>
          <w:szCs w:val="26"/>
          <w:rtl/>
        </w:rPr>
        <w:t xml:space="preserve">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نام موسسه‌ا</w:t>
      </w:r>
      <w:r w:rsidRPr="00517168">
        <w:rPr>
          <w:rFonts w:ascii="IRNazanin" w:hAnsi="IRNazanin" w:cs="IRNazanin" w:hint="cs"/>
          <w:sz w:val="26"/>
          <w:szCs w:val="26"/>
          <w:rtl/>
        </w:rPr>
        <w:t>ی</w:t>
      </w:r>
      <w:r w:rsidRPr="00517168">
        <w:rPr>
          <w:rFonts w:ascii="IRNazanin" w:hAnsi="IRNazanin" w:cs="IRNazanin"/>
          <w:sz w:val="26"/>
          <w:szCs w:val="26"/>
          <w:rtl/>
        </w:rPr>
        <w:t xml:space="preserve"> که نقش نو</w:t>
      </w:r>
      <w:r w:rsidRPr="00517168">
        <w:rPr>
          <w:rFonts w:ascii="IRNazanin" w:hAnsi="IRNazanin" w:cs="IRNazanin" w:hint="cs"/>
          <w:sz w:val="26"/>
          <w:szCs w:val="26"/>
          <w:rtl/>
        </w:rPr>
        <w:t>ی</w:t>
      </w:r>
      <w:r w:rsidRPr="00517168">
        <w:rPr>
          <w:rFonts w:ascii="IRNazanin" w:hAnsi="IRNazanin" w:cs="IRNazanin" w:hint="eastAsia"/>
          <w:sz w:val="26"/>
          <w:szCs w:val="26"/>
          <w:rtl/>
        </w:rPr>
        <w:t>سنده</w:t>
      </w:r>
      <w:r w:rsidRPr="00517168">
        <w:rPr>
          <w:rFonts w:ascii="IRNazanin" w:hAnsi="IRNazanin" w:cs="IRNazanin"/>
          <w:sz w:val="26"/>
          <w:szCs w:val="26"/>
          <w:rtl/>
        </w:rPr>
        <w:t xml:space="preserve"> را دارد، عنوان کامل کتاب، نام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مترجمان با ق</w:t>
      </w:r>
      <w:r w:rsidRPr="00517168">
        <w:rPr>
          <w:rFonts w:ascii="IRNazanin" w:hAnsi="IRNazanin" w:cs="IRNazanin" w:hint="cs"/>
          <w:sz w:val="26"/>
          <w:szCs w:val="26"/>
          <w:rtl/>
        </w:rPr>
        <w:t>ی</w:t>
      </w:r>
      <w:r w:rsidRPr="00517168">
        <w:rPr>
          <w:rFonts w:ascii="IRNazanin" w:hAnsi="IRNazanin" w:cs="IRNazanin" w:hint="eastAsia"/>
          <w:sz w:val="26"/>
          <w:szCs w:val="26"/>
          <w:rtl/>
        </w:rPr>
        <w:t>د</w:t>
      </w:r>
      <w:r w:rsidRPr="00517168">
        <w:rPr>
          <w:rFonts w:ascii="IRNazanin" w:hAnsi="IRNazanin" w:cs="IRNazanin"/>
          <w:sz w:val="26"/>
          <w:szCs w:val="26"/>
          <w:rtl/>
        </w:rPr>
        <w:t xml:space="preserve"> کلمه ترجمة، نام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شماره جلد، شماره و</w:t>
      </w:r>
      <w:r w:rsidRPr="00517168">
        <w:rPr>
          <w:rFonts w:ascii="IRNazanin" w:hAnsi="IRNazanin" w:cs="IRNazanin" w:hint="cs"/>
          <w:sz w:val="26"/>
          <w:szCs w:val="26"/>
          <w:rtl/>
        </w:rPr>
        <w:t>ی</w:t>
      </w:r>
      <w:r w:rsidRPr="00517168">
        <w:rPr>
          <w:rFonts w:ascii="IRNazanin" w:hAnsi="IRNazanin" w:cs="IRNazanin" w:hint="eastAsia"/>
          <w:sz w:val="26"/>
          <w:szCs w:val="26"/>
          <w:rtl/>
        </w:rPr>
        <w:t>را</w:t>
      </w:r>
      <w:r w:rsidRPr="00517168">
        <w:rPr>
          <w:rFonts w:ascii="IRNazanin" w:hAnsi="IRNazanin" w:cs="IRNazanin" w:hint="cs"/>
          <w:sz w:val="26"/>
          <w:szCs w:val="26"/>
          <w:rtl/>
        </w:rPr>
        <w:t>ی</w:t>
      </w:r>
      <w:r w:rsidRPr="00517168">
        <w:rPr>
          <w:rFonts w:ascii="IRNazanin" w:hAnsi="IRNazanin" w:cs="IRNazanin" w:hint="eastAsia"/>
          <w:sz w:val="26"/>
          <w:szCs w:val="26"/>
          <w:rtl/>
        </w:rPr>
        <w:t>ش،</w:t>
      </w:r>
      <w:r w:rsidRPr="00517168">
        <w:rPr>
          <w:rFonts w:ascii="IRNazanin" w:hAnsi="IRNazanin" w:cs="IRNazanin"/>
          <w:sz w:val="26"/>
          <w:szCs w:val="26"/>
          <w:rtl/>
        </w:rPr>
        <w:t xml:space="preserve"> محل نشر، نام ناشر،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انتشار.</w:t>
      </w:r>
    </w:p>
    <w:p w14:paraId="484FC8B5"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hint="eastAsia"/>
          <w:sz w:val="26"/>
          <w:szCs w:val="26"/>
          <w:rtl/>
        </w:rPr>
        <w:t>نام</w:t>
      </w:r>
      <w:r w:rsidRPr="00517168">
        <w:rPr>
          <w:rFonts w:ascii="IRNazanin" w:hAnsi="IRNazanin" w:cs="IRNazanin"/>
          <w:sz w:val="26"/>
          <w:szCs w:val="26"/>
          <w:rtl/>
        </w:rPr>
        <w:t xml:space="preserve">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نو</w:t>
      </w:r>
      <w:r w:rsidRPr="00517168">
        <w:rPr>
          <w:rFonts w:ascii="IRNazanin" w:hAnsi="IRNazanin" w:cs="IRNazanin" w:hint="cs"/>
          <w:sz w:val="26"/>
          <w:szCs w:val="26"/>
          <w:rtl/>
        </w:rPr>
        <w:t>ی</w:t>
      </w:r>
      <w:r w:rsidRPr="00517168">
        <w:rPr>
          <w:rFonts w:ascii="IRNazanin" w:hAnsi="IRNazanin" w:cs="IRNazanin" w:hint="eastAsia"/>
          <w:sz w:val="26"/>
          <w:szCs w:val="26"/>
          <w:rtl/>
        </w:rPr>
        <w:t>سندگان،</w:t>
      </w:r>
      <w:r w:rsidRPr="00517168">
        <w:rPr>
          <w:rFonts w:ascii="IRNazanin" w:hAnsi="IRNazanin" w:cs="IRNazanin"/>
          <w:sz w:val="26"/>
          <w:szCs w:val="26"/>
          <w:rtl/>
        </w:rPr>
        <w:t xml:space="preserve"> عنوان پا</w:t>
      </w:r>
      <w:r w:rsidRPr="00517168">
        <w:rPr>
          <w:rFonts w:ascii="IRNazanin" w:hAnsi="IRNazanin" w:cs="IRNazanin" w:hint="cs"/>
          <w:sz w:val="26"/>
          <w:szCs w:val="26"/>
          <w:rtl/>
        </w:rPr>
        <w:t>ی</w:t>
      </w:r>
      <w:r w:rsidRPr="00517168">
        <w:rPr>
          <w:rFonts w:ascii="IRNazanin" w:hAnsi="IRNazanin" w:cs="IRNazanin" w:hint="eastAsia"/>
          <w:sz w:val="26"/>
          <w:szCs w:val="26"/>
          <w:rtl/>
        </w:rPr>
        <w:t>ان‌نامه،</w:t>
      </w:r>
      <w:r w:rsidRPr="00517168">
        <w:rPr>
          <w:rFonts w:ascii="IRNazanin" w:hAnsi="IRNazanin" w:cs="IRNazanin"/>
          <w:sz w:val="26"/>
          <w:szCs w:val="26"/>
          <w:rtl/>
        </w:rPr>
        <w:t xml:space="preserve"> درجه‌ا</w:t>
      </w:r>
      <w:r w:rsidRPr="00517168">
        <w:rPr>
          <w:rFonts w:ascii="IRNazanin" w:hAnsi="IRNazanin" w:cs="IRNazanin" w:hint="cs"/>
          <w:sz w:val="26"/>
          <w:szCs w:val="26"/>
          <w:rtl/>
        </w:rPr>
        <w:t>ی</w:t>
      </w:r>
      <w:r w:rsidRPr="00517168">
        <w:rPr>
          <w:rFonts w:ascii="IRNazanin" w:hAnsi="IRNazanin" w:cs="IRNazanin"/>
          <w:sz w:val="26"/>
          <w:szCs w:val="26"/>
          <w:rtl/>
        </w:rPr>
        <w:t xml:space="preserve"> که پا</w:t>
      </w:r>
      <w:r w:rsidRPr="00517168">
        <w:rPr>
          <w:rFonts w:ascii="IRNazanin" w:hAnsi="IRNazanin" w:cs="IRNazanin" w:hint="cs"/>
          <w:sz w:val="26"/>
          <w:szCs w:val="26"/>
          <w:rtl/>
        </w:rPr>
        <w:t>ی</w:t>
      </w:r>
      <w:r w:rsidRPr="00517168">
        <w:rPr>
          <w:rFonts w:ascii="IRNazanin" w:hAnsi="IRNazanin" w:cs="IRNazanin" w:hint="eastAsia"/>
          <w:sz w:val="26"/>
          <w:szCs w:val="26"/>
          <w:rtl/>
        </w:rPr>
        <w:t>ان‌نامه</w:t>
      </w:r>
      <w:r w:rsidRPr="00517168">
        <w:rPr>
          <w:rFonts w:ascii="IRNazanin" w:hAnsi="IRNazanin" w:cs="IRNazanin"/>
          <w:sz w:val="26"/>
          <w:szCs w:val="26"/>
          <w:rtl/>
        </w:rPr>
        <w:t xml:space="preserve"> برا</w:t>
      </w:r>
      <w:r w:rsidRPr="00517168">
        <w:rPr>
          <w:rFonts w:ascii="IRNazanin" w:hAnsi="IRNazanin" w:cs="IRNazanin" w:hint="cs"/>
          <w:sz w:val="26"/>
          <w:szCs w:val="26"/>
          <w:rtl/>
        </w:rPr>
        <w:t>ی</w:t>
      </w:r>
      <w:r w:rsidRPr="00517168">
        <w:rPr>
          <w:rFonts w:ascii="IRNazanin" w:hAnsi="IRNazanin" w:cs="IRNazanin"/>
          <w:sz w:val="26"/>
          <w:szCs w:val="26"/>
          <w:rtl/>
        </w:rPr>
        <w:t xml:space="preserve"> در</w:t>
      </w:r>
      <w:r w:rsidRPr="00517168">
        <w:rPr>
          <w:rFonts w:ascii="IRNazanin" w:hAnsi="IRNazanin" w:cs="IRNazanin" w:hint="cs"/>
          <w:sz w:val="26"/>
          <w:szCs w:val="26"/>
          <w:rtl/>
        </w:rPr>
        <w:t>ی</w:t>
      </w:r>
      <w:r w:rsidRPr="00517168">
        <w:rPr>
          <w:rFonts w:ascii="IRNazanin" w:hAnsi="IRNazanin" w:cs="IRNazanin" w:hint="eastAsia"/>
          <w:sz w:val="26"/>
          <w:szCs w:val="26"/>
          <w:rtl/>
        </w:rPr>
        <w:t>افت</w:t>
      </w:r>
      <w:r w:rsidRPr="00517168">
        <w:rPr>
          <w:rFonts w:ascii="IRNazanin" w:hAnsi="IRNazanin" w:cs="IRNazanin"/>
          <w:sz w:val="26"/>
          <w:szCs w:val="26"/>
          <w:rtl/>
        </w:rPr>
        <w:t xml:space="preserve"> آن نوشته شده است، نام دانشگاه، محل دانشگاه، شماره صفحه‌ها،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انتشار.</w:t>
      </w:r>
    </w:p>
    <w:p w14:paraId="4F74B8AA"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hint="eastAsia"/>
          <w:sz w:val="26"/>
          <w:szCs w:val="26"/>
          <w:rtl/>
        </w:rPr>
        <w:t>نام</w:t>
      </w:r>
      <w:r w:rsidRPr="00517168">
        <w:rPr>
          <w:rFonts w:ascii="IRNazanin" w:hAnsi="IRNazanin" w:cs="IRNazanin"/>
          <w:sz w:val="26"/>
          <w:szCs w:val="26"/>
          <w:rtl/>
        </w:rPr>
        <w:t xml:space="preserve">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مجر</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عنوان طرح پژوهش</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شماره ثبت، نام کامل سفارش دهنده، محل انجام طرح،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انجام طرح.</w:t>
      </w:r>
    </w:p>
    <w:p w14:paraId="7D34F164"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hint="eastAsia"/>
          <w:sz w:val="26"/>
          <w:szCs w:val="26"/>
          <w:rtl/>
        </w:rPr>
        <w:t>نام</w:t>
      </w:r>
      <w:r w:rsidRPr="00517168">
        <w:rPr>
          <w:rFonts w:ascii="IRNazanin" w:hAnsi="IRNazanin" w:cs="IRNazanin"/>
          <w:sz w:val="26"/>
          <w:szCs w:val="26"/>
          <w:rtl/>
        </w:rPr>
        <w:t xml:space="preserve">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نو</w:t>
      </w:r>
      <w:r w:rsidRPr="00517168">
        <w:rPr>
          <w:rFonts w:ascii="IRNazanin" w:hAnsi="IRNazanin" w:cs="IRNazanin" w:hint="cs"/>
          <w:sz w:val="26"/>
          <w:szCs w:val="26"/>
          <w:rtl/>
        </w:rPr>
        <w:t>ی</w:t>
      </w:r>
      <w:r w:rsidRPr="00517168">
        <w:rPr>
          <w:rFonts w:ascii="IRNazanin" w:hAnsi="IRNazanin" w:cs="IRNazanin" w:hint="eastAsia"/>
          <w:sz w:val="26"/>
          <w:szCs w:val="26"/>
          <w:rtl/>
        </w:rPr>
        <w:t>سندگان،</w:t>
      </w:r>
      <w:r w:rsidRPr="00517168">
        <w:rPr>
          <w:rFonts w:ascii="IRNazanin" w:hAnsi="IRNazanin" w:cs="IRNazanin"/>
          <w:sz w:val="26"/>
          <w:szCs w:val="26"/>
          <w:rtl/>
        </w:rPr>
        <w:t xml:space="preserve"> "عنوان مقاله"، نام مجله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کنفرانس، شماره دوره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مجله، شماره صفحه‌ها، محل چاپ مجله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برگزار</w:t>
      </w:r>
      <w:r w:rsidRPr="00517168">
        <w:rPr>
          <w:rFonts w:ascii="IRNazanin" w:hAnsi="IRNazanin" w:cs="IRNazanin" w:hint="cs"/>
          <w:sz w:val="26"/>
          <w:szCs w:val="26"/>
          <w:rtl/>
        </w:rPr>
        <w:t>ی</w:t>
      </w:r>
      <w:r w:rsidRPr="00517168">
        <w:rPr>
          <w:rFonts w:ascii="IRNazanin" w:hAnsi="IRNazanin" w:cs="IRNazanin"/>
          <w:sz w:val="26"/>
          <w:szCs w:val="26"/>
          <w:rtl/>
        </w:rPr>
        <w:t xml:space="preserve"> کنفرانس،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انتشار.</w:t>
      </w:r>
    </w:p>
    <w:p w14:paraId="21BB2A6F" w14:textId="5F01499F" w:rsidR="00F37292" w:rsidRDefault="00F37292" w:rsidP="00BB0C19">
      <w:pPr>
        <w:rPr>
          <w:rFonts w:ascii="IRNazanin" w:hAnsi="IRNazanin" w:cs="IRNazanin"/>
          <w:sz w:val="26"/>
          <w:szCs w:val="26"/>
          <w:rtl/>
        </w:rPr>
      </w:pPr>
    </w:p>
    <w:p w14:paraId="4F724B67" w14:textId="44807CFE" w:rsidR="0062794E" w:rsidRDefault="0062794E" w:rsidP="00BB0C19">
      <w:pPr>
        <w:rPr>
          <w:rFonts w:ascii="IRNazanin" w:hAnsi="IRNazanin" w:cs="IRNazanin"/>
          <w:b/>
          <w:bCs/>
          <w:sz w:val="26"/>
          <w:szCs w:val="26"/>
          <w:rtl/>
        </w:rPr>
      </w:pPr>
      <w:r w:rsidRPr="0062794E">
        <w:rPr>
          <w:rFonts w:ascii="IRNazanin" w:hAnsi="IRNazanin" w:cs="IRNazanin" w:hint="cs"/>
          <w:b/>
          <w:bCs/>
          <w:color w:val="FF0000"/>
          <w:sz w:val="26"/>
          <w:szCs w:val="26"/>
          <w:rtl/>
        </w:rPr>
        <w:t>(ضروری)</w:t>
      </w:r>
      <w:r w:rsidRPr="0062794E">
        <w:rPr>
          <w:rFonts w:ascii="IRNazanin" w:hAnsi="IRNazanin" w:cs="IRNazanin" w:hint="cs"/>
          <w:color w:val="FF0000"/>
          <w:sz w:val="26"/>
          <w:szCs w:val="26"/>
          <w:rtl/>
        </w:rPr>
        <w:t xml:space="preserve"> </w:t>
      </w:r>
      <w:r w:rsidRPr="0062794E">
        <w:rPr>
          <w:rFonts w:ascii="IRNazanin" w:hAnsi="IRNazanin" w:cs="IRNazanin" w:hint="cs"/>
          <w:b/>
          <w:bCs/>
          <w:sz w:val="26"/>
          <w:szCs w:val="26"/>
          <w:rtl/>
        </w:rPr>
        <w:t>پیوست‌ها</w:t>
      </w:r>
    </w:p>
    <w:p w14:paraId="1047ED20" w14:textId="09FD19D7" w:rsidR="0062794E" w:rsidRDefault="0062794E" w:rsidP="00BB0C19">
      <w:pPr>
        <w:rPr>
          <w:rFonts w:ascii="IRNazanin" w:hAnsi="IRNazanin" w:cs="IRNazanin"/>
          <w:b/>
          <w:bCs/>
          <w:sz w:val="26"/>
          <w:szCs w:val="26"/>
          <w:rtl/>
        </w:rPr>
      </w:pPr>
    </w:p>
    <w:p w14:paraId="4DD4F318" w14:textId="102AA107" w:rsidR="0062794E" w:rsidRDefault="0062794E" w:rsidP="0062794E">
      <w:pPr>
        <w:jc w:val="center"/>
        <w:rPr>
          <w:rFonts w:ascii="IRNazanin" w:hAnsi="IRNazanin" w:cs="IRNazanin"/>
          <w:sz w:val="26"/>
          <w:szCs w:val="26"/>
          <w:rtl/>
        </w:rPr>
      </w:pPr>
      <w:r>
        <w:rPr>
          <w:rFonts w:ascii="IRNazanin" w:hAnsi="IRNazanin" w:cs="IRNazanin" w:hint="cs"/>
          <w:b/>
          <w:bCs/>
          <w:sz w:val="26"/>
          <w:szCs w:val="26"/>
          <w:rtl/>
        </w:rPr>
        <w:t xml:space="preserve">تصویر </w:t>
      </w:r>
      <w:r w:rsidRPr="0062794E">
        <w:rPr>
          <w:rFonts w:ascii="IRNazanin" w:hAnsi="IRNazanin" w:cs="IRNazanin" w:hint="cs"/>
          <w:sz w:val="26"/>
          <w:szCs w:val="26"/>
          <w:rtl/>
        </w:rPr>
        <w:t>(با ذکر شماره در مقاله)</w:t>
      </w:r>
    </w:p>
    <w:p w14:paraId="4E7048EF" w14:textId="77777777" w:rsidR="0062794E" w:rsidRDefault="0062794E" w:rsidP="0062794E">
      <w:pPr>
        <w:jc w:val="center"/>
        <w:rPr>
          <w:rFonts w:ascii="IRNazanin" w:hAnsi="IRNazanin" w:cs="IRNazanin"/>
          <w:b/>
          <w:bCs/>
          <w:sz w:val="26"/>
          <w:szCs w:val="26"/>
          <w:rtl/>
        </w:rPr>
      </w:pPr>
    </w:p>
    <w:p w14:paraId="1D237246" w14:textId="3ECBB2D0" w:rsidR="0062794E" w:rsidRPr="0062794E" w:rsidRDefault="0062794E" w:rsidP="00DB034D">
      <w:pPr>
        <w:jc w:val="center"/>
        <w:rPr>
          <w:rFonts w:ascii="IRNazanin" w:hAnsi="IRNazanin" w:cs="IRNazanin" w:hint="cs"/>
          <w:sz w:val="26"/>
          <w:szCs w:val="26"/>
          <w:rtl/>
        </w:rPr>
      </w:pPr>
      <w:r>
        <w:rPr>
          <w:rFonts w:ascii="IRNazanin" w:hAnsi="IRNazanin" w:cs="IRNazanin" w:hint="cs"/>
          <w:b/>
          <w:bCs/>
          <w:sz w:val="26"/>
          <w:szCs w:val="26"/>
          <w:rtl/>
        </w:rPr>
        <w:t xml:space="preserve">شرح </w:t>
      </w:r>
      <w:r w:rsidRPr="0062794E">
        <w:rPr>
          <w:rFonts w:ascii="IRNazanin" w:hAnsi="IRNazanin" w:cs="IRNazanin" w:hint="cs"/>
          <w:sz w:val="26"/>
          <w:szCs w:val="26"/>
          <w:rtl/>
        </w:rPr>
        <w:t xml:space="preserve">(سند به شماره .... آرشیو </w:t>
      </w:r>
      <w:r w:rsidR="00DB034D">
        <w:rPr>
          <w:rFonts w:ascii="IRNazanin" w:hAnsi="IRNazanin" w:cs="IRNazanin" w:hint="cs"/>
          <w:sz w:val="26"/>
          <w:szCs w:val="26"/>
          <w:rtl/>
        </w:rPr>
        <w:t>.....</w:t>
      </w:r>
      <w:r w:rsidRPr="0062794E">
        <w:rPr>
          <w:rFonts w:ascii="IRNazanin" w:hAnsi="IRNazanin" w:cs="IRNazanin" w:hint="cs"/>
          <w:sz w:val="26"/>
          <w:szCs w:val="26"/>
          <w:rtl/>
        </w:rPr>
        <w:t xml:space="preserve"> / بر</w:t>
      </w:r>
      <w:bookmarkStart w:id="0" w:name="_GoBack"/>
      <w:bookmarkEnd w:id="0"/>
      <w:r w:rsidRPr="0062794E">
        <w:rPr>
          <w:rFonts w:ascii="IRNazanin" w:hAnsi="IRNazanin" w:cs="IRNazanin" w:hint="cs"/>
          <w:sz w:val="26"/>
          <w:szCs w:val="26"/>
          <w:rtl/>
        </w:rPr>
        <w:t>گ ... )</w:t>
      </w:r>
    </w:p>
    <w:sectPr w:rsidR="0062794E" w:rsidRPr="0062794E" w:rsidSect="00FC418E">
      <w:headerReference w:type="default" r:id="rId33"/>
      <w:footnotePr>
        <w:numRestart w:val="eachPage"/>
      </w:footnotePr>
      <w:pgSz w:w="12240" w:h="15840"/>
      <w:pgMar w:top="1440" w:right="1440" w:bottom="1440" w:left="1440" w:header="720" w:footer="720" w:gutter="0"/>
      <w:pgNumType w:start="3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6B542" w14:textId="77777777" w:rsidR="00FA7135" w:rsidRDefault="00FA7135">
      <w:pPr>
        <w:spacing w:after="0"/>
      </w:pPr>
      <w:r>
        <w:separator/>
      </w:r>
    </w:p>
  </w:endnote>
  <w:endnote w:type="continuationSeparator" w:id="0">
    <w:p w14:paraId="5D752F37" w14:textId="77777777" w:rsidR="00FA7135" w:rsidRDefault="00FA71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tr-fon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RNazanin">
    <w:panose1 w:val="02000506000000020002"/>
    <w:charset w:val="00"/>
    <w:family w:val="auto"/>
    <w:pitch w:val="variable"/>
    <w:sig w:usb0="21002A87" w:usb1="00000000" w:usb2="00000000"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IRANSans">
    <w:altName w:val="Times New Roman"/>
    <w:panose1 w:val="020B0506030804020204"/>
    <w:charset w:val="00"/>
    <w:family w:val="roman"/>
    <w:pitch w:val="variable"/>
    <w:sig w:usb0="80002063" w:usb1="80002040" w:usb2="00000008" w:usb3="00000000" w:csb0="00000041" w:csb1="00000000"/>
  </w:font>
  <w:font w:name="Times New Roman Bold">
    <w:panose1 w:val="00000000000000000000"/>
    <w:charset w:val="00"/>
    <w:family w:val="roman"/>
    <w:notTrueType/>
    <w:pitch w:val="default"/>
  </w:font>
  <w:font w:name="2  Lotus">
    <w:altName w:val="Courier New"/>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ookAntiqua">
    <w:altName w:val="Times New Roman"/>
    <w:panose1 w:val="00000000000000000000"/>
    <w:charset w:val="00"/>
    <w:family w:val="roman"/>
    <w:notTrueType/>
    <w:pitch w:val="default"/>
  </w:font>
  <w:font w:name="BookAntiqua-Italic">
    <w:altName w:val="Times New Roman"/>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Helvetica Neue">
    <w:altName w:val="Arial"/>
    <w:charset w:val="00"/>
    <w:family w:val="roman"/>
    <w:pitch w:val="default"/>
  </w:font>
  <w:font w:name="Traditional Arabic">
    <w:altName w:val="Times New Roman"/>
    <w:panose1 w:val="02020603050405020304"/>
    <w:charset w:val="00"/>
    <w:family w:val="roman"/>
    <w:pitch w:val="variable"/>
    <w:sig w:usb0="00002003" w:usb1="80000000" w:usb2="00000008" w:usb3="00000000" w:csb0="00000041" w:csb1="00000000"/>
  </w:font>
  <w:font w:name="Adobe Hebrew">
    <w:panose1 w:val="00000000000000000000"/>
    <w:charset w:val="00"/>
    <w:family w:val="roman"/>
    <w:notTrueType/>
    <w:pitch w:val="variable"/>
    <w:sig w:usb0="8000086F" w:usb1="4000204A" w:usb2="00000000" w:usb3="00000000" w:csb0="00000021" w:csb1="00000000"/>
  </w:font>
  <w:font w:name="w_Lotus">
    <w:altName w:val="Times New Roman"/>
    <w:charset w:val="00"/>
    <w:family w:val="auto"/>
    <w:pitch w:val="variable"/>
    <w:sig w:usb0="00002001" w:usb1="00000000" w:usb2="0800000F" w:usb3="00000000" w:csb0="00000041" w:csb1="00000000"/>
  </w:font>
  <w:font w:name="0Badr">
    <w:altName w:val="Segoe UI Semilight"/>
    <w:charset w:val="00"/>
    <w:family w:val="auto"/>
    <w:pitch w:val="variable"/>
    <w:sig w:usb0="80002007" w:usb1="80002000" w:usb2="00000008" w:usb3="00000000" w:csb0="00000043" w:csb1="00000000"/>
  </w:font>
  <w:font w:name="w_Lotus Italic">
    <w:altName w:val="Times New Roman"/>
    <w:panose1 w:val="00000000000000000000"/>
    <w:charset w:val="B2"/>
    <w:family w:val="auto"/>
    <w:notTrueType/>
    <w:pitch w:val="default"/>
    <w:sig w:usb0="00002000" w:usb1="00000000" w:usb2="00000000" w:usb3="00000000" w:csb0="00000040" w:csb1="00000000"/>
  </w:font>
  <w:font w:name="XB Zar">
    <w:panose1 w:val="02000506090000020003"/>
    <w:charset w:val="00"/>
    <w:family w:val="auto"/>
    <w:pitch w:val="variable"/>
    <w:sig w:usb0="00002007" w:usb1="80000000" w:usb2="00000008" w:usb3="00000000" w:csb0="00000051" w:csb1="00000000"/>
  </w:font>
  <w:font w:name="Courier">
    <w:panose1 w:val="02070409020205020404"/>
    <w:charset w:val="00"/>
    <w:family w:val="modern"/>
    <w:notTrueType/>
    <w:pitch w:val="fixed"/>
    <w:sig w:usb0="00000003" w:usb1="00000000" w:usb2="00000000" w:usb3="00000000" w:csb0="00000001" w:csb1="00000000"/>
  </w:font>
  <w:font w:name="rtl-font">
    <w:altName w:val="Times New Roman"/>
    <w:panose1 w:val="00000000000000000000"/>
    <w:charset w:val="00"/>
    <w:family w:val="roman"/>
    <w:notTrueType/>
    <w:pitch w:val="default"/>
  </w:font>
  <w:font w:name="IRMitra">
    <w:panose1 w:val="02000506000000020002"/>
    <w:charset w:val="00"/>
    <w:family w:val="auto"/>
    <w:pitch w:val="variable"/>
    <w:sig w:usb0="21002A87" w:usb1="00000000" w:usb2="00000000" w:usb3="00000000" w:csb0="000101F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496ED" w14:textId="77777777" w:rsidR="00D01156" w:rsidRDefault="00D01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4655" w14:textId="29351665" w:rsidR="00E4720B" w:rsidRPr="0062794E" w:rsidRDefault="0062794E" w:rsidP="0062794E">
    <w:pPr>
      <w:pStyle w:val="Footer"/>
    </w:pPr>
    <w:r>
      <w:rPr>
        <w:noProof/>
        <w:lang w:bidi="fa-IR"/>
      </w:rPr>
      <w:drawing>
        <wp:anchor distT="0" distB="0" distL="114300" distR="114300" simplePos="0" relativeHeight="251662336" behindDoc="0" locked="0" layoutInCell="1" allowOverlap="1" wp14:anchorId="5892EA53" wp14:editId="350ACEEC">
          <wp:simplePos x="0" y="0"/>
          <wp:positionH relativeFrom="column">
            <wp:posOffset>-74428</wp:posOffset>
          </wp:positionH>
          <wp:positionV relativeFrom="paragraph">
            <wp:posOffset>61935</wp:posOffset>
          </wp:positionV>
          <wp:extent cx="5935980" cy="467995"/>
          <wp:effectExtent l="0" t="0" r="762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4679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1B086" w14:textId="77777777" w:rsidR="00D01156" w:rsidRDefault="00D01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880E2" w14:textId="77777777" w:rsidR="00FA7135" w:rsidRDefault="00FA7135">
      <w:pPr>
        <w:spacing w:after="0"/>
      </w:pPr>
      <w:r>
        <w:separator/>
      </w:r>
    </w:p>
  </w:footnote>
  <w:footnote w:type="continuationSeparator" w:id="0">
    <w:p w14:paraId="2CEFD9AC" w14:textId="77777777" w:rsidR="00FA7135" w:rsidRDefault="00FA7135">
      <w:pPr>
        <w:spacing w:after="0"/>
      </w:pPr>
      <w:r>
        <w:continuationSeparator/>
      </w:r>
    </w:p>
  </w:footnote>
  <w:footnote w:id="1">
    <w:p w14:paraId="7BA041C0" w14:textId="1EEBDFF5" w:rsidR="008B5D92" w:rsidRPr="008B5D92" w:rsidRDefault="008B5D92" w:rsidP="00CA42A8">
      <w:pPr>
        <w:pStyle w:val="FootnoteText"/>
        <w:bidi w:val="0"/>
        <w:jc w:val="both"/>
        <w:rPr>
          <w:rFonts w:asciiTheme="majorBidi" w:hAnsiTheme="majorBidi" w:cstheme="majorBidi"/>
        </w:rPr>
      </w:pPr>
      <w:r w:rsidRPr="008B5D92">
        <w:rPr>
          <w:rStyle w:val="FootnoteReference"/>
          <w:rFonts w:asciiTheme="majorBidi" w:hAnsiTheme="majorBidi" w:cstheme="majorBidi"/>
          <w:vertAlign w:val="baseline"/>
        </w:rPr>
        <w:footnoteRef/>
      </w:r>
      <w:r w:rsidRPr="008B5D92">
        <w:rPr>
          <w:rFonts w:asciiTheme="majorBidi" w:hAnsiTheme="majorBidi" w:cstheme="majorBidi"/>
          <w:rtl/>
        </w:rPr>
        <w:t xml:space="preserve"> </w:t>
      </w:r>
      <w:r w:rsidRPr="008B5D92">
        <w:rPr>
          <w:rFonts w:asciiTheme="majorBidi" w:hAnsiTheme="majorBidi" w:cstheme="majorBidi"/>
        </w:rPr>
        <w:t xml:space="preserve">. </w:t>
      </w:r>
      <w:r w:rsidR="00CA42A8" w:rsidRPr="00CA42A8">
        <w:rPr>
          <w:rFonts w:asciiTheme="majorBidi" w:hAnsiTheme="majorBidi" w:cstheme="majorBidi"/>
        </w:rPr>
        <w:t xml:space="preserve">(Corresponding Author) Faculty Member / Alumnus/Alumna / Student. Academic Department. Faculty. University / Branch. Higher Education Institution. City. Province. Country. </w:t>
      </w:r>
      <w:r w:rsidR="00CA42A8" w:rsidRPr="00CA42A8">
        <w:rPr>
          <w:rFonts w:asciiTheme="majorBidi" w:hAnsiTheme="majorBidi" w:cstheme="majorBidi"/>
          <w:color w:val="FF0000"/>
        </w:rPr>
        <w:t>Email</w:t>
      </w:r>
    </w:p>
  </w:footnote>
  <w:footnote w:id="2">
    <w:p w14:paraId="375A33A2" w14:textId="33D6D4FB" w:rsidR="008B5D92" w:rsidRDefault="008B5D92" w:rsidP="00CA42A8">
      <w:pPr>
        <w:pStyle w:val="FootnoteText"/>
        <w:bidi w:val="0"/>
        <w:jc w:val="both"/>
      </w:pPr>
      <w:r w:rsidRPr="008B5D92">
        <w:rPr>
          <w:rStyle w:val="FootnoteReference"/>
          <w:rFonts w:asciiTheme="majorBidi" w:hAnsiTheme="majorBidi" w:cstheme="majorBidi"/>
          <w:vertAlign w:val="baseline"/>
        </w:rPr>
        <w:footnoteRef/>
      </w:r>
      <w:r w:rsidRPr="008B5D92">
        <w:rPr>
          <w:rFonts w:asciiTheme="majorBidi" w:hAnsiTheme="majorBidi" w:cstheme="majorBidi"/>
          <w:rtl/>
        </w:rPr>
        <w:t xml:space="preserve"> </w:t>
      </w:r>
      <w:r w:rsidRPr="008B5D92">
        <w:rPr>
          <w:rFonts w:asciiTheme="majorBidi" w:hAnsiTheme="majorBidi" w:cstheme="majorBidi"/>
        </w:rPr>
        <w:t xml:space="preserve">. </w:t>
      </w:r>
      <w:r w:rsidR="00CA42A8" w:rsidRPr="00CA42A8">
        <w:rPr>
          <w:rFonts w:asciiTheme="majorBidi" w:hAnsiTheme="majorBidi" w:cstheme="majorBidi"/>
          <w:color w:val="000000"/>
          <w:shd w:val="clear" w:color="auto" w:fill="FFFFFF"/>
        </w:rPr>
        <w:t xml:space="preserve">. Faculty Member / Alumnus/Alumna / Student. Academic Department. Faculty. University / Branch. Higher Education Institution. City. Province. Country. </w:t>
      </w:r>
      <w:r w:rsidR="00CA42A8" w:rsidRPr="00CA42A8">
        <w:rPr>
          <w:rFonts w:asciiTheme="majorBidi" w:hAnsiTheme="majorBidi" w:cstheme="majorBidi"/>
          <w:color w:val="FF0000"/>
          <w:shd w:val="clear" w:color="auto" w:fill="FFFFFF"/>
        </w:rPr>
        <w:t>Email</w:t>
      </w:r>
    </w:p>
  </w:footnote>
  <w:footnote w:id="3">
    <w:p w14:paraId="29A148C1" w14:textId="5B17F8DA" w:rsidR="00BE3FE1" w:rsidRPr="00BE3FE1" w:rsidRDefault="00BE3FE1" w:rsidP="00BB0C19">
      <w:pPr>
        <w:pStyle w:val="FootnoteText"/>
        <w:rPr>
          <w:rFonts w:ascii="IRNazanin" w:hAnsi="IRNazanin" w:cs="IRNazanin"/>
          <w:lang w:bidi="fa-IR"/>
        </w:rPr>
      </w:pPr>
      <w:r w:rsidRPr="00BE3FE1">
        <w:rPr>
          <w:rStyle w:val="FootnoteReference"/>
          <w:rFonts w:ascii="IRNazanin" w:hAnsi="IRNazanin" w:cs="IRNazanin"/>
          <w:vertAlign w:val="baseline"/>
        </w:rPr>
        <w:footnoteRef/>
      </w:r>
      <w:r>
        <w:rPr>
          <w:rFonts w:ascii="IRNazanin" w:hAnsi="IRNazanin" w:cs="IRNazanin" w:hint="cs"/>
          <w:rtl/>
        </w:rPr>
        <w:t>.</w:t>
      </w:r>
      <w:r w:rsidRPr="00BE3FE1">
        <w:rPr>
          <w:rFonts w:ascii="IRNazanin" w:hAnsi="IRNazanin" w:cs="IRNazanin"/>
          <w:rtl/>
        </w:rPr>
        <w:t xml:space="preserve"> </w:t>
      </w:r>
      <w:r w:rsidR="00CA42A8">
        <w:rPr>
          <w:rFonts w:ascii="IRNazanin" w:hAnsi="IRNazanin" w:cs="IRNazanin" w:hint="cs"/>
          <w:color w:val="000000"/>
          <w:sz w:val="21"/>
          <w:szCs w:val="21"/>
          <w:shd w:val="clear" w:color="auto" w:fill="FFFFFF"/>
          <w:rtl/>
        </w:rPr>
        <w:t xml:space="preserve">(نویسندۀ مسؤول) </w:t>
      </w:r>
      <w:r w:rsidR="00BB0C19">
        <w:rPr>
          <w:rFonts w:ascii="IRNazanin" w:hAnsi="IRNazanin" w:cs="IRNazanin" w:hint="cs"/>
          <w:color w:val="000000"/>
          <w:sz w:val="21"/>
          <w:szCs w:val="21"/>
          <w:shd w:val="clear" w:color="auto" w:fill="FFFFFF"/>
          <w:rtl/>
        </w:rPr>
        <w:t xml:space="preserve">عضو هیات علمی / دانش آموخته / دانشجو. گروه علمی. دانشکده. دانشگاه / واحد. موسسه آموزش عالی. </w:t>
      </w:r>
      <w:r w:rsidR="00BB0C19" w:rsidRPr="00BB0C19">
        <w:rPr>
          <w:rFonts w:ascii="IRNazanin" w:hAnsi="IRNazanin" w:cs="IRNazanin"/>
          <w:color w:val="000000"/>
          <w:sz w:val="21"/>
          <w:szCs w:val="21"/>
          <w:shd w:val="clear" w:color="auto" w:fill="FFFFFF"/>
          <w:rtl/>
        </w:rPr>
        <w:t>شهرستان</w:t>
      </w:r>
      <w:r w:rsidR="00BB0C19">
        <w:rPr>
          <w:rFonts w:ascii="IRNazanin" w:hAnsi="IRNazanin" w:cs="IRNazanin" w:hint="cs"/>
          <w:color w:val="000000"/>
          <w:sz w:val="21"/>
          <w:szCs w:val="21"/>
          <w:shd w:val="clear" w:color="auto" w:fill="FFFFFF"/>
          <w:rtl/>
        </w:rPr>
        <w:t>.</w:t>
      </w:r>
      <w:r w:rsidR="00BB0C19" w:rsidRPr="00BB0C19">
        <w:rPr>
          <w:rFonts w:ascii="IRNazanin" w:hAnsi="IRNazanin" w:cs="IRNazanin" w:hint="cs"/>
          <w:color w:val="000000"/>
          <w:sz w:val="21"/>
          <w:szCs w:val="21"/>
          <w:shd w:val="clear" w:color="auto" w:fill="FFFFFF"/>
          <w:rtl/>
        </w:rPr>
        <w:t xml:space="preserve"> </w:t>
      </w:r>
      <w:r w:rsidR="00BB0C19">
        <w:rPr>
          <w:rFonts w:ascii="IRNazanin" w:hAnsi="IRNazanin" w:cs="IRNazanin" w:hint="cs"/>
          <w:color w:val="000000"/>
          <w:sz w:val="21"/>
          <w:szCs w:val="21"/>
          <w:shd w:val="clear" w:color="auto" w:fill="FFFFFF"/>
          <w:rtl/>
        </w:rPr>
        <w:t>استان. کشور</w:t>
      </w:r>
      <w:r w:rsidRPr="00BE3FE1">
        <w:rPr>
          <w:rFonts w:ascii="IRNazanin" w:hAnsi="IRNazanin" w:cs="IRNazanin"/>
          <w:color w:val="000000"/>
          <w:sz w:val="21"/>
          <w:szCs w:val="21"/>
          <w:shd w:val="clear" w:color="auto" w:fill="FFFFFF"/>
          <w:rtl/>
        </w:rPr>
        <w:t>.</w:t>
      </w:r>
      <w:r w:rsidR="00BB0C19">
        <w:rPr>
          <w:rFonts w:ascii="IRNazanin" w:hAnsi="IRNazanin" w:cs="IRNazanin" w:hint="cs"/>
          <w:color w:val="000000"/>
          <w:sz w:val="21"/>
          <w:szCs w:val="21"/>
          <w:shd w:val="clear" w:color="auto" w:fill="FFFFFF"/>
          <w:rtl/>
        </w:rPr>
        <w:t xml:space="preserve"> </w:t>
      </w:r>
      <w:r w:rsidR="00BB0C19" w:rsidRPr="00CA42A8">
        <w:rPr>
          <w:rFonts w:ascii="IRNazanin" w:hAnsi="IRNazanin" w:cs="IRNazanin" w:hint="cs"/>
          <w:color w:val="FF0000"/>
          <w:sz w:val="21"/>
          <w:szCs w:val="21"/>
          <w:shd w:val="clear" w:color="auto" w:fill="FFFFFF"/>
          <w:rtl/>
        </w:rPr>
        <w:t>ایمیل</w:t>
      </w:r>
      <w:r w:rsidR="00BB0C19" w:rsidRPr="00BE3FE1">
        <w:rPr>
          <w:rFonts w:ascii="IRNazanin" w:hAnsi="IRNazanin" w:cs="IRNazanin"/>
          <w:lang w:bidi="fa-IR"/>
        </w:rPr>
        <w:t xml:space="preserve"> </w:t>
      </w:r>
    </w:p>
  </w:footnote>
  <w:footnote w:id="4">
    <w:p w14:paraId="4A09807F" w14:textId="2A649714" w:rsidR="00BE3FE1" w:rsidRPr="00BE3FE1" w:rsidRDefault="00BE3FE1" w:rsidP="00BB0C19">
      <w:pPr>
        <w:pStyle w:val="FootnoteText"/>
        <w:rPr>
          <w:rFonts w:ascii="IRNazanin" w:hAnsi="IRNazanin" w:cs="IRNazanin"/>
          <w:lang w:bidi="fa-IR"/>
        </w:rPr>
      </w:pPr>
      <w:r w:rsidRPr="00BE3FE1">
        <w:rPr>
          <w:rStyle w:val="FootnoteReference"/>
          <w:rFonts w:ascii="IRNazanin" w:hAnsi="IRNazanin" w:cs="IRNazanin"/>
          <w:vertAlign w:val="baseline"/>
        </w:rPr>
        <w:footnoteRef/>
      </w:r>
      <w:r w:rsidRPr="00BE3FE1">
        <w:rPr>
          <w:rFonts w:ascii="IRNazanin" w:hAnsi="IRNazanin" w:cs="IRNazanin"/>
          <w:rtl/>
        </w:rPr>
        <w:t xml:space="preserve">. </w:t>
      </w:r>
      <w:r w:rsidR="00BB0C19" w:rsidRPr="00BB0C19">
        <w:rPr>
          <w:rFonts w:ascii="IRNazanin" w:hAnsi="IRNazanin" w:cs="IRNazanin"/>
          <w:rtl/>
        </w:rPr>
        <w:t>عضو ه</w:t>
      </w:r>
      <w:r w:rsidR="00BB0C19" w:rsidRPr="00BB0C19">
        <w:rPr>
          <w:rFonts w:ascii="IRNazanin" w:hAnsi="IRNazanin" w:cs="IRNazanin" w:hint="cs"/>
          <w:rtl/>
        </w:rPr>
        <w:t>ی</w:t>
      </w:r>
      <w:r w:rsidR="00BB0C19" w:rsidRPr="00BB0C19">
        <w:rPr>
          <w:rFonts w:ascii="IRNazanin" w:hAnsi="IRNazanin" w:cs="IRNazanin" w:hint="eastAsia"/>
          <w:rtl/>
        </w:rPr>
        <w:t>ات</w:t>
      </w:r>
      <w:r w:rsidR="00BB0C19" w:rsidRPr="00BB0C19">
        <w:rPr>
          <w:rFonts w:ascii="IRNazanin" w:hAnsi="IRNazanin" w:cs="IRNazanin"/>
          <w:rtl/>
        </w:rPr>
        <w:t xml:space="preserve"> علم</w:t>
      </w:r>
      <w:r w:rsidR="00BB0C19" w:rsidRPr="00BB0C19">
        <w:rPr>
          <w:rFonts w:ascii="IRNazanin" w:hAnsi="IRNazanin" w:cs="IRNazanin" w:hint="cs"/>
          <w:rtl/>
        </w:rPr>
        <w:t>ی</w:t>
      </w:r>
      <w:r w:rsidR="00BB0C19" w:rsidRPr="00BB0C19">
        <w:rPr>
          <w:rFonts w:ascii="IRNazanin" w:hAnsi="IRNazanin" w:cs="IRNazanin"/>
          <w:rtl/>
        </w:rPr>
        <w:t xml:space="preserve"> / دانش آموخته / دانشجو. گروه علم</w:t>
      </w:r>
      <w:r w:rsidR="00BB0C19" w:rsidRPr="00BB0C19">
        <w:rPr>
          <w:rFonts w:ascii="IRNazanin" w:hAnsi="IRNazanin" w:cs="IRNazanin" w:hint="cs"/>
          <w:rtl/>
        </w:rPr>
        <w:t>ی</w:t>
      </w:r>
      <w:r w:rsidR="00BB0C19" w:rsidRPr="00BB0C19">
        <w:rPr>
          <w:rFonts w:ascii="IRNazanin" w:hAnsi="IRNazanin" w:cs="IRNazanin"/>
          <w:rtl/>
        </w:rPr>
        <w:t>. دانشکده. دانشگاه / واحد. موسسه آموزش عال</w:t>
      </w:r>
      <w:r w:rsidR="00BB0C19" w:rsidRPr="00BB0C19">
        <w:rPr>
          <w:rFonts w:ascii="IRNazanin" w:hAnsi="IRNazanin" w:cs="IRNazanin" w:hint="cs"/>
          <w:rtl/>
        </w:rPr>
        <w:t>ی</w:t>
      </w:r>
      <w:r w:rsidR="00BB0C19" w:rsidRPr="00BB0C19">
        <w:rPr>
          <w:rFonts w:ascii="IRNazanin" w:hAnsi="IRNazanin" w:cs="IRNazanin"/>
          <w:rtl/>
        </w:rPr>
        <w:t xml:space="preserve">. شهرستان. استان. کشور. </w:t>
      </w:r>
      <w:r w:rsidR="00BB0C19" w:rsidRPr="00CA42A8">
        <w:rPr>
          <w:rFonts w:ascii="IRNazanin" w:hAnsi="IRNazanin" w:cs="IRNazanin"/>
          <w:color w:val="FF0000"/>
          <w:rtl/>
        </w:rPr>
        <w:t>ا</w:t>
      </w:r>
      <w:r w:rsidR="00BB0C19" w:rsidRPr="00CA42A8">
        <w:rPr>
          <w:rFonts w:ascii="IRNazanin" w:hAnsi="IRNazanin" w:cs="IRNazanin" w:hint="cs"/>
          <w:color w:val="FF0000"/>
          <w:rtl/>
        </w:rPr>
        <w:t>ی</w:t>
      </w:r>
      <w:r w:rsidR="00BB0C19" w:rsidRPr="00CA42A8">
        <w:rPr>
          <w:rFonts w:ascii="IRNazanin" w:hAnsi="IRNazanin" w:cs="IRNazanin" w:hint="eastAsia"/>
          <w:color w:val="FF0000"/>
          <w:rtl/>
        </w:rPr>
        <w:t>م</w:t>
      </w:r>
      <w:r w:rsidR="00BB0C19" w:rsidRPr="00CA42A8">
        <w:rPr>
          <w:rFonts w:ascii="IRNazanin" w:hAnsi="IRNazanin" w:cs="IRNazanin" w:hint="cs"/>
          <w:color w:val="FF0000"/>
          <w:rtl/>
        </w:rPr>
        <w:t>ی</w:t>
      </w:r>
      <w:r w:rsidR="00BB0C19" w:rsidRPr="00CA42A8">
        <w:rPr>
          <w:rFonts w:ascii="IRNazanin" w:hAnsi="IRNazanin" w:cs="IRNazanin" w:hint="eastAsia"/>
          <w:color w:val="FF0000"/>
          <w:rtl/>
        </w:rPr>
        <w:t>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9888B" w14:textId="77777777" w:rsidR="00D01156" w:rsidRDefault="00D011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022D6" w14:textId="542DFEDF" w:rsidR="00E4720B" w:rsidRDefault="00353738" w:rsidP="0062794E">
    <w:pPr>
      <w:pStyle w:val="Header"/>
    </w:pPr>
    <w:r>
      <w:rPr>
        <w:noProof/>
        <w:lang w:bidi="fa-IR"/>
      </w:rPr>
      <w:drawing>
        <wp:anchor distT="0" distB="0" distL="114300" distR="114300" simplePos="0" relativeHeight="251665408" behindDoc="0" locked="0" layoutInCell="1" allowOverlap="1" wp14:anchorId="221BB606" wp14:editId="60F3A649">
          <wp:simplePos x="0" y="0"/>
          <wp:positionH relativeFrom="column">
            <wp:posOffset>0</wp:posOffset>
          </wp:positionH>
          <wp:positionV relativeFrom="paragraph">
            <wp:posOffset>-230505</wp:posOffset>
          </wp:positionV>
          <wp:extent cx="5942965" cy="854075"/>
          <wp:effectExtent l="0" t="0" r="635" b="317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2965" cy="854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D24FF" w14:textId="77777777" w:rsidR="00D01156" w:rsidRDefault="00D011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AD75F" w14:textId="77777777" w:rsidR="00353738" w:rsidRDefault="00353738" w:rsidP="0062794E">
    <w:pPr>
      <w:pStyle w:val="Header"/>
    </w:pPr>
    <w:r>
      <w:rPr>
        <w:noProof/>
        <w:lang w:bidi="fa-IR"/>
      </w:rPr>
      <w:drawing>
        <wp:anchor distT="0" distB="0" distL="114300" distR="114300" simplePos="0" relativeHeight="251664384" behindDoc="0" locked="0" layoutInCell="1" allowOverlap="1" wp14:anchorId="6805491A" wp14:editId="2DD2525F">
          <wp:simplePos x="0" y="0"/>
          <wp:positionH relativeFrom="column">
            <wp:posOffset>0</wp:posOffset>
          </wp:positionH>
          <wp:positionV relativeFrom="paragraph">
            <wp:posOffset>-176530</wp:posOffset>
          </wp:positionV>
          <wp:extent cx="5941695" cy="911860"/>
          <wp:effectExtent l="0" t="0" r="1905"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695" cy="911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5B7954"/>
    <w:multiLevelType w:val="hybridMultilevel"/>
    <w:tmpl w:val="BB424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D90801"/>
    <w:multiLevelType w:val="hybridMultilevel"/>
    <w:tmpl w:val="227EAA8A"/>
    <w:lvl w:ilvl="0" w:tplc="C658C6A4">
      <w:numFmt w:val="bullet"/>
      <w:lvlText w:val="•"/>
      <w:lvlJc w:val="left"/>
      <w:pPr>
        <w:ind w:left="1080" w:hanging="720"/>
      </w:pPr>
      <w:rPr>
        <w:rFonts w:ascii="ltr-font" w:eastAsia="Times New Roman" w:hAnsi="ltr-fon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E82843"/>
    <w:multiLevelType w:val="hybridMultilevel"/>
    <w:tmpl w:val="B540D68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0890252A"/>
    <w:multiLevelType w:val="hybridMultilevel"/>
    <w:tmpl w:val="0408035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0C5A05EA"/>
    <w:multiLevelType w:val="hybridMultilevel"/>
    <w:tmpl w:val="01602D3C"/>
    <w:lvl w:ilvl="0" w:tplc="04090001">
      <w:start w:val="1"/>
      <w:numFmt w:val="bullet"/>
      <w:lvlText w:val=""/>
      <w:lvlJc w:val="left"/>
      <w:pPr>
        <w:ind w:left="924" w:hanging="360"/>
      </w:pPr>
      <w:rPr>
        <w:rFonts w:ascii="Symbol" w:hAnsi="Symbol"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14" w15:restartNumberingAfterBreak="0">
    <w:nsid w:val="0D356D49"/>
    <w:multiLevelType w:val="hybridMultilevel"/>
    <w:tmpl w:val="F42A9116"/>
    <w:lvl w:ilvl="0" w:tplc="AA4A6FF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395AFC"/>
    <w:multiLevelType w:val="hybridMultilevel"/>
    <w:tmpl w:val="925076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1440F78"/>
    <w:multiLevelType w:val="hybridMultilevel"/>
    <w:tmpl w:val="74FECE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62523A"/>
    <w:multiLevelType w:val="hybridMultilevel"/>
    <w:tmpl w:val="AF1A220E"/>
    <w:lvl w:ilvl="0" w:tplc="E474E2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91653D"/>
    <w:multiLevelType w:val="hybridMultilevel"/>
    <w:tmpl w:val="3544F68E"/>
    <w:lvl w:ilvl="0" w:tplc="6E7E3EB0">
      <w:start w:val="1"/>
      <w:numFmt w:val="decimal"/>
      <w:suff w:val="space"/>
      <w:lvlText w:val="%1."/>
      <w:lvlJc w:val="left"/>
      <w:pPr>
        <w:ind w:left="720" w:hanging="360"/>
      </w:pPr>
      <w:rPr>
        <w:rFonts w:hint="default"/>
      </w:rPr>
    </w:lvl>
    <w:lvl w:ilvl="1" w:tplc="28000019" w:tentative="1">
      <w:start w:val="1"/>
      <w:numFmt w:val="lowerLetter"/>
      <w:lvlText w:val="%2."/>
      <w:lvlJc w:val="left"/>
      <w:pPr>
        <w:ind w:left="1440" w:hanging="360"/>
      </w:pPr>
    </w:lvl>
    <w:lvl w:ilvl="2" w:tplc="2800001B" w:tentative="1">
      <w:start w:val="1"/>
      <w:numFmt w:val="lowerRoman"/>
      <w:lvlText w:val="%3."/>
      <w:lvlJc w:val="right"/>
      <w:pPr>
        <w:ind w:left="2160" w:hanging="180"/>
      </w:pPr>
    </w:lvl>
    <w:lvl w:ilvl="3" w:tplc="2800000F" w:tentative="1">
      <w:start w:val="1"/>
      <w:numFmt w:val="decimal"/>
      <w:lvlText w:val="%4."/>
      <w:lvlJc w:val="left"/>
      <w:pPr>
        <w:ind w:left="2880" w:hanging="360"/>
      </w:pPr>
    </w:lvl>
    <w:lvl w:ilvl="4" w:tplc="28000019" w:tentative="1">
      <w:start w:val="1"/>
      <w:numFmt w:val="lowerLetter"/>
      <w:lvlText w:val="%5."/>
      <w:lvlJc w:val="left"/>
      <w:pPr>
        <w:ind w:left="3600" w:hanging="360"/>
      </w:pPr>
    </w:lvl>
    <w:lvl w:ilvl="5" w:tplc="2800001B" w:tentative="1">
      <w:start w:val="1"/>
      <w:numFmt w:val="lowerRoman"/>
      <w:lvlText w:val="%6."/>
      <w:lvlJc w:val="right"/>
      <w:pPr>
        <w:ind w:left="4320" w:hanging="180"/>
      </w:pPr>
    </w:lvl>
    <w:lvl w:ilvl="6" w:tplc="2800000F" w:tentative="1">
      <w:start w:val="1"/>
      <w:numFmt w:val="decimal"/>
      <w:lvlText w:val="%7."/>
      <w:lvlJc w:val="left"/>
      <w:pPr>
        <w:ind w:left="5040" w:hanging="360"/>
      </w:pPr>
    </w:lvl>
    <w:lvl w:ilvl="7" w:tplc="28000019" w:tentative="1">
      <w:start w:val="1"/>
      <w:numFmt w:val="lowerLetter"/>
      <w:lvlText w:val="%8."/>
      <w:lvlJc w:val="left"/>
      <w:pPr>
        <w:ind w:left="5760" w:hanging="360"/>
      </w:pPr>
    </w:lvl>
    <w:lvl w:ilvl="8" w:tplc="2800001B" w:tentative="1">
      <w:start w:val="1"/>
      <w:numFmt w:val="lowerRoman"/>
      <w:lvlText w:val="%9."/>
      <w:lvlJc w:val="right"/>
      <w:pPr>
        <w:ind w:left="6480" w:hanging="180"/>
      </w:pPr>
    </w:lvl>
  </w:abstractNum>
  <w:abstractNum w:abstractNumId="19" w15:restartNumberingAfterBreak="0">
    <w:nsid w:val="16D7580A"/>
    <w:multiLevelType w:val="hybridMultilevel"/>
    <w:tmpl w:val="5D3635A0"/>
    <w:styleLink w:val="Lettered"/>
    <w:lvl w:ilvl="0" w:tplc="8E3AC3F8">
      <w:start w:val="1"/>
      <w:numFmt w:val="decimal"/>
      <w:lvlText w:val="%1)"/>
      <w:lvlJc w:val="left"/>
      <w:pPr>
        <w:tabs>
          <w:tab w:val="num" w:pos="818"/>
        </w:tabs>
        <w:ind w:left="45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7CDD6C">
      <w:start w:val="1"/>
      <w:numFmt w:val="decimal"/>
      <w:lvlText w:val="%2)"/>
      <w:lvlJc w:val="left"/>
      <w:pPr>
        <w:tabs>
          <w:tab w:val="num" w:pos="1178"/>
        </w:tabs>
        <w:ind w:left="81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584078">
      <w:start w:val="1"/>
      <w:numFmt w:val="decimal"/>
      <w:lvlText w:val="%3)"/>
      <w:lvlJc w:val="left"/>
      <w:pPr>
        <w:tabs>
          <w:tab w:val="num" w:pos="1538"/>
        </w:tabs>
        <w:ind w:left="117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7EB96C">
      <w:start w:val="1"/>
      <w:numFmt w:val="decimal"/>
      <w:lvlText w:val="%4)"/>
      <w:lvlJc w:val="left"/>
      <w:pPr>
        <w:tabs>
          <w:tab w:val="num" w:pos="1898"/>
        </w:tabs>
        <w:ind w:left="153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B4CF10">
      <w:start w:val="1"/>
      <w:numFmt w:val="decimal"/>
      <w:lvlText w:val="%5)"/>
      <w:lvlJc w:val="left"/>
      <w:pPr>
        <w:tabs>
          <w:tab w:val="num" w:pos="2258"/>
        </w:tabs>
        <w:ind w:left="189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32F740">
      <w:start w:val="1"/>
      <w:numFmt w:val="decimal"/>
      <w:lvlText w:val="%6)"/>
      <w:lvlJc w:val="left"/>
      <w:pPr>
        <w:tabs>
          <w:tab w:val="num" w:pos="2618"/>
        </w:tabs>
        <w:ind w:left="225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A2A31E">
      <w:start w:val="1"/>
      <w:numFmt w:val="decimal"/>
      <w:lvlText w:val="%7)"/>
      <w:lvlJc w:val="left"/>
      <w:pPr>
        <w:tabs>
          <w:tab w:val="num" w:pos="2978"/>
        </w:tabs>
        <w:ind w:left="261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30E6D2">
      <w:start w:val="1"/>
      <w:numFmt w:val="decimal"/>
      <w:lvlText w:val="%8)"/>
      <w:lvlJc w:val="left"/>
      <w:pPr>
        <w:tabs>
          <w:tab w:val="num" w:pos="3338"/>
        </w:tabs>
        <w:ind w:left="297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CA38D2">
      <w:start w:val="1"/>
      <w:numFmt w:val="decimal"/>
      <w:lvlText w:val="%9)"/>
      <w:lvlJc w:val="left"/>
      <w:pPr>
        <w:tabs>
          <w:tab w:val="num" w:pos="3698"/>
        </w:tabs>
        <w:ind w:left="333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17095D69"/>
    <w:multiLevelType w:val="hybridMultilevel"/>
    <w:tmpl w:val="1EC83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9B14E7"/>
    <w:multiLevelType w:val="hybridMultilevel"/>
    <w:tmpl w:val="4B58F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49415F"/>
    <w:multiLevelType w:val="hybridMultilevel"/>
    <w:tmpl w:val="F2A099B6"/>
    <w:lvl w:ilvl="0" w:tplc="FB5CC3BE">
      <w:numFmt w:val="bullet"/>
      <w:lvlText w:val="-"/>
      <w:lvlJc w:val="left"/>
      <w:pPr>
        <w:ind w:left="720" w:hanging="360"/>
      </w:pPr>
      <w:rPr>
        <w:rFonts w:ascii="IRNazanin" w:eastAsiaTheme="minorHAnsi" w:hAnsi="IRNazanin" w:cs="IR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074CE6"/>
    <w:multiLevelType w:val="hybridMultilevel"/>
    <w:tmpl w:val="FB488D90"/>
    <w:lvl w:ilvl="0" w:tplc="A96E6C16">
      <w:numFmt w:val="bullet"/>
      <w:suff w:val="space"/>
      <w:lvlText w:val="•"/>
      <w:lvlJc w:val="left"/>
      <w:pPr>
        <w:ind w:left="720" w:hanging="720"/>
      </w:pPr>
      <w:rPr>
        <w:rFonts w:ascii="ltr-font" w:eastAsia="Times New Roman" w:hAnsi="ltr-font"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F652285"/>
    <w:multiLevelType w:val="hybridMultilevel"/>
    <w:tmpl w:val="420E99AA"/>
    <w:lvl w:ilvl="0" w:tplc="D7102340">
      <w:start w:val="1"/>
      <w:numFmt w:val="decimal"/>
      <w:suff w:val="space"/>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1143101"/>
    <w:multiLevelType w:val="multilevel"/>
    <w:tmpl w:val="47F01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12547B"/>
    <w:multiLevelType w:val="hybridMultilevel"/>
    <w:tmpl w:val="2BDAD5E8"/>
    <w:lvl w:ilvl="0" w:tplc="3A229C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BD2B29"/>
    <w:multiLevelType w:val="hybridMultilevel"/>
    <w:tmpl w:val="5EDA549C"/>
    <w:lvl w:ilvl="0" w:tplc="479463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9C590D"/>
    <w:multiLevelType w:val="hybridMultilevel"/>
    <w:tmpl w:val="6B6C8636"/>
    <w:lvl w:ilvl="0" w:tplc="54802E6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312E1B"/>
    <w:multiLevelType w:val="hybridMultilevel"/>
    <w:tmpl w:val="D97AB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F2312FF"/>
    <w:multiLevelType w:val="hybridMultilevel"/>
    <w:tmpl w:val="FE48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6F3570"/>
    <w:multiLevelType w:val="multilevel"/>
    <w:tmpl w:val="9684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F92403"/>
    <w:multiLevelType w:val="hybridMultilevel"/>
    <w:tmpl w:val="6944EEC6"/>
    <w:styleLink w:val="Dash"/>
    <w:lvl w:ilvl="0" w:tplc="D69476D2">
      <w:start w:val="1"/>
      <w:numFmt w:val="bullet"/>
      <w:lvlText w:val="-"/>
      <w:lvlJc w:val="left"/>
      <w:pPr>
        <w:tabs>
          <w:tab w:val="num" w:pos="665"/>
        </w:tabs>
        <w:ind w:left="30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C894E4">
      <w:start w:val="1"/>
      <w:numFmt w:val="bullet"/>
      <w:lvlText w:val="-"/>
      <w:lvlJc w:val="left"/>
      <w:pPr>
        <w:tabs>
          <w:tab w:val="num" w:pos="905"/>
        </w:tabs>
        <w:ind w:left="54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1E0CB4">
      <w:start w:val="1"/>
      <w:numFmt w:val="bullet"/>
      <w:lvlText w:val="-"/>
      <w:lvlJc w:val="left"/>
      <w:pPr>
        <w:tabs>
          <w:tab w:val="num" w:pos="1145"/>
        </w:tabs>
        <w:ind w:left="78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CE82DE">
      <w:start w:val="1"/>
      <w:numFmt w:val="bullet"/>
      <w:lvlText w:val="-"/>
      <w:lvlJc w:val="left"/>
      <w:pPr>
        <w:tabs>
          <w:tab w:val="num" w:pos="1385"/>
        </w:tabs>
        <w:ind w:left="102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943406">
      <w:start w:val="1"/>
      <w:numFmt w:val="bullet"/>
      <w:lvlText w:val="-"/>
      <w:lvlJc w:val="left"/>
      <w:pPr>
        <w:tabs>
          <w:tab w:val="num" w:pos="1625"/>
        </w:tabs>
        <w:ind w:left="126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4A90E">
      <w:start w:val="1"/>
      <w:numFmt w:val="bullet"/>
      <w:lvlText w:val="-"/>
      <w:lvlJc w:val="left"/>
      <w:pPr>
        <w:tabs>
          <w:tab w:val="num" w:pos="1865"/>
        </w:tabs>
        <w:ind w:left="150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14739A">
      <w:start w:val="1"/>
      <w:numFmt w:val="bullet"/>
      <w:lvlText w:val="-"/>
      <w:lvlJc w:val="left"/>
      <w:pPr>
        <w:tabs>
          <w:tab w:val="num" w:pos="2105"/>
        </w:tabs>
        <w:ind w:left="174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54E5654">
      <w:start w:val="1"/>
      <w:numFmt w:val="bullet"/>
      <w:lvlText w:val="-"/>
      <w:lvlJc w:val="left"/>
      <w:pPr>
        <w:tabs>
          <w:tab w:val="num" w:pos="2345"/>
        </w:tabs>
        <w:ind w:left="198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BAB7DA">
      <w:start w:val="1"/>
      <w:numFmt w:val="bullet"/>
      <w:lvlText w:val="-"/>
      <w:lvlJc w:val="left"/>
      <w:pPr>
        <w:tabs>
          <w:tab w:val="num" w:pos="2585"/>
        </w:tabs>
        <w:ind w:left="222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4E51A4A"/>
    <w:multiLevelType w:val="hybridMultilevel"/>
    <w:tmpl w:val="6F7C732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5BA76B4"/>
    <w:multiLevelType w:val="hybridMultilevel"/>
    <w:tmpl w:val="469EA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FE7944"/>
    <w:multiLevelType w:val="hybridMultilevel"/>
    <w:tmpl w:val="B9AEE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A083B1B"/>
    <w:multiLevelType w:val="hybridMultilevel"/>
    <w:tmpl w:val="978E9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E095AB8"/>
    <w:multiLevelType w:val="hybridMultilevel"/>
    <w:tmpl w:val="0638D768"/>
    <w:lvl w:ilvl="0" w:tplc="761EC20E">
      <w:numFmt w:val="bullet"/>
      <w:lvlText w:val="-"/>
      <w:lvlJc w:val="left"/>
      <w:pPr>
        <w:ind w:left="720" w:hanging="360"/>
      </w:pPr>
      <w:rPr>
        <w:rFonts w:ascii="Arial" w:eastAsiaTheme="minorHAnsi" w:hAnsi="Arial" w:cs="Aria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A6269B"/>
    <w:multiLevelType w:val="hybridMultilevel"/>
    <w:tmpl w:val="B94C120A"/>
    <w:lvl w:ilvl="0" w:tplc="5CB4CD5C">
      <w:numFmt w:val="bullet"/>
      <w:lvlText w:val="-"/>
      <w:lvlJc w:val="left"/>
      <w:pPr>
        <w:ind w:left="1284" w:hanging="360"/>
      </w:pPr>
      <w:rPr>
        <w:rFonts w:ascii="Times New Roman" w:eastAsia="Times New Roman" w:hAnsi="Times New Roman" w:cs="B Lotus"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39" w15:restartNumberingAfterBreak="0">
    <w:nsid w:val="61316AD0"/>
    <w:multiLevelType w:val="hybridMultilevel"/>
    <w:tmpl w:val="0120924C"/>
    <w:lvl w:ilvl="0" w:tplc="BB3ECCD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1C3430F"/>
    <w:multiLevelType w:val="hybridMultilevel"/>
    <w:tmpl w:val="2C10AA20"/>
    <w:lvl w:ilvl="0" w:tplc="0D140CA4">
      <w:numFmt w:val="bullet"/>
      <w:lvlText w:val="-"/>
      <w:lvlJc w:val="left"/>
      <w:pPr>
        <w:ind w:left="564" w:hanging="360"/>
      </w:pPr>
      <w:rPr>
        <w:rFonts w:ascii="Times New Roman" w:eastAsia="Times New Roman" w:hAnsi="Times New Roman" w:cs="B Lotus" w:hint="default"/>
        <w:b/>
      </w:rPr>
    </w:lvl>
    <w:lvl w:ilvl="1" w:tplc="04090003" w:tentative="1">
      <w:start w:val="1"/>
      <w:numFmt w:val="bullet"/>
      <w:lvlText w:val="o"/>
      <w:lvlJc w:val="left"/>
      <w:pPr>
        <w:ind w:left="1284" w:hanging="360"/>
      </w:pPr>
      <w:rPr>
        <w:rFonts w:ascii="Courier New" w:hAnsi="Courier New" w:cs="Courier New" w:hint="default"/>
      </w:rPr>
    </w:lvl>
    <w:lvl w:ilvl="2" w:tplc="04090005" w:tentative="1">
      <w:start w:val="1"/>
      <w:numFmt w:val="bullet"/>
      <w:lvlText w:val=""/>
      <w:lvlJc w:val="left"/>
      <w:pPr>
        <w:ind w:left="2004" w:hanging="360"/>
      </w:pPr>
      <w:rPr>
        <w:rFonts w:ascii="Wingdings" w:hAnsi="Wingdings" w:hint="default"/>
      </w:rPr>
    </w:lvl>
    <w:lvl w:ilvl="3" w:tplc="04090001" w:tentative="1">
      <w:start w:val="1"/>
      <w:numFmt w:val="bullet"/>
      <w:lvlText w:val=""/>
      <w:lvlJc w:val="left"/>
      <w:pPr>
        <w:ind w:left="2724" w:hanging="360"/>
      </w:pPr>
      <w:rPr>
        <w:rFonts w:ascii="Symbol" w:hAnsi="Symbol" w:hint="default"/>
      </w:rPr>
    </w:lvl>
    <w:lvl w:ilvl="4" w:tplc="04090003" w:tentative="1">
      <w:start w:val="1"/>
      <w:numFmt w:val="bullet"/>
      <w:lvlText w:val="o"/>
      <w:lvlJc w:val="left"/>
      <w:pPr>
        <w:ind w:left="3444" w:hanging="360"/>
      </w:pPr>
      <w:rPr>
        <w:rFonts w:ascii="Courier New" w:hAnsi="Courier New" w:cs="Courier New" w:hint="default"/>
      </w:rPr>
    </w:lvl>
    <w:lvl w:ilvl="5" w:tplc="04090005" w:tentative="1">
      <w:start w:val="1"/>
      <w:numFmt w:val="bullet"/>
      <w:lvlText w:val=""/>
      <w:lvlJc w:val="left"/>
      <w:pPr>
        <w:ind w:left="4164" w:hanging="360"/>
      </w:pPr>
      <w:rPr>
        <w:rFonts w:ascii="Wingdings" w:hAnsi="Wingdings" w:hint="default"/>
      </w:rPr>
    </w:lvl>
    <w:lvl w:ilvl="6" w:tplc="04090001" w:tentative="1">
      <w:start w:val="1"/>
      <w:numFmt w:val="bullet"/>
      <w:lvlText w:val=""/>
      <w:lvlJc w:val="left"/>
      <w:pPr>
        <w:ind w:left="4884" w:hanging="360"/>
      </w:pPr>
      <w:rPr>
        <w:rFonts w:ascii="Symbol" w:hAnsi="Symbol" w:hint="default"/>
      </w:rPr>
    </w:lvl>
    <w:lvl w:ilvl="7" w:tplc="04090003" w:tentative="1">
      <w:start w:val="1"/>
      <w:numFmt w:val="bullet"/>
      <w:lvlText w:val="o"/>
      <w:lvlJc w:val="left"/>
      <w:pPr>
        <w:ind w:left="5604" w:hanging="360"/>
      </w:pPr>
      <w:rPr>
        <w:rFonts w:ascii="Courier New" w:hAnsi="Courier New" w:cs="Courier New" w:hint="default"/>
      </w:rPr>
    </w:lvl>
    <w:lvl w:ilvl="8" w:tplc="04090005" w:tentative="1">
      <w:start w:val="1"/>
      <w:numFmt w:val="bullet"/>
      <w:lvlText w:val=""/>
      <w:lvlJc w:val="left"/>
      <w:pPr>
        <w:ind w:left="6324" w:hanging="360"/>
      </w:pPr>
      <w:rPr>
        <w:rFonts w:ascii="Wingdings" w:hAnsi="Wingdings" w:hint="default"/>
      </w:rPr>
    </w:lvl>
  </w:abstractNum>
  <w:abstractNum w:abstractNumId="41" w15:restartNumberingAfterBreak="0">
    <w:nsid w:val="76416847"/>
    <w:multiLevelType w:val="multilevel"/>
    <w:tmpl w:val="4F6E9342"/>
    <w:lvl w:ilvl="0">
      <w:start w:val="1"/>
      <w:numFmt w:val="decimal"/>
      <w:pStyle w:val="Heading1"/>
      <w:lvlText w:val="%1"/>
      <w:lvlJc w:val="left"/>
      <w:pPr>
        <w:ind w:left="1425" w:hanging="432"/>
      </w:pPr>
    </w:lvl>
    <w:lvl w:ilvl="1">
      <w:start w:val="1"/>
      <w:numFmt w:val="decimal"/>
      <w:suff w:val="space"/>
      <w:lvlText w:val="%1-%2."/>
      <w:lvlJc w:val="left"/>
      <w:pPr>
        <w:ind w:left="-141" w:hanging="284"/>
      </w:pPr>
      <w:rPr>
        <w:rFonts w:cs="B Nazanin" w:hint="cs"/>
        <w:b w:val="0"/>
        <w:bCs/>
        <w:iCs w:val="0"/>
        <w:sz w:val="28"/>
        <w:szCs w:val="28"/>
      </w:rPr>
    </w:lvl>
    <w:lvl w:ilvl="2">
      <w:start w:val="1"/>
      <w:numFmt w:val="decimal"/>
      <w:suff w:val="space"/>
      <w:lvlText w:val="%1-%2-%3."/>
      <w:lvlJc w:val="left"/>
      <w:pPr>
        <w:ind w:left="-141" w:hanging="284"/>
      </w:pPr>
    </w:lvl>
    <w:lvl w:ilvl="3">
      <w:start w:val="1"/>
      <w:numFmt w:val="decimal"/>
      <w:suff w:val="space"/>
      <w:lvlText w:val="%1-%2-%3-%4."/>
      <w:lvlJc w:val="left"/>
      <w:pPr>
        <w:ind w:left="-141" w:hanging="284"/>
      </w:pPr>
      <w:rPr>
        <w:rFonts w:cs="B Nazanin"/>
      </w:rPr>
    </w:lvl>
    <w:lvl w:ilvl="4">
      <w:start w:val="1"/>
      <w:numFmt w:val="decimal"/>
      <w:suff w:val="space"/>
      <w:lvlText w:val="%1-%2-%3-%4-%5."/>
      <w:lvlJc w:val="left"/>
      <w:pPr>
        <w:ind w:left="-141" w:hanging="284"/>
      </w:pPr>
    </w:lvl>
    <w:lvl w:ilvl="5">
      <w:start w:val="1"/>
      <w:numFmt w:val="decimal"/>
      <w:pStyle w:val="Heading6"/>
      <w:suff w:val="space"/>
      <w:lvlText w:val="%1-%2-%3-%4-%5-%6."/>
      <w:lvlJc w:val="left"/>
      <w:pPr>
        <w:ind w:left="-141" w:hanging="284"/>
      </w:pPr>
      <w:rPr>
        <w:rFonts w:cs="B Nazanin"/>
      </w:rPr>
    </w:lvl>
    <w:lvl w:ilvl="6">
      <w:start w:val="1"/>
      <w:numFmt w:val="decimal"/>
      <w:pStyle w:val="Heading7"/>
      <w:suff w:val="space"/>
      <w:lvlText w:val="%1-%2-%3-%4-%5-%6-%7."/>
      <w:lvlJc w:val="left"/>
      <w:pPr>
        <w:ind w:left="-141" w:hanging="284"/>
      </w:pPr>
    </w:lvl>
    <w:lvl w:ilvl="7">
      <w:start w:val="1"/>
      <w:numFmt w:val="decimal"/>
      <w:pStyle w:val="Heading8"/>
      <w:suff w:val="space"/>
      <w:lvlText w:val="%1-%2-%3-%4-%5-%6-%7-%8."/>
      <w:lvlJc w:val="left"/>
      <w:pPr>
        <w:ind w:left="1015" w:hanging="1440"/>
      </w:pPr>
    </w:lvl>
    <w:lvl w:ilvl="8">
      <w:start w:val="1"/>
      <w:numFmt w:val="decimal"/>
      <w:pStyle w:val="Heading9"/>
      <w:suff w:val="space"/>
      <w:lvlText w:val="%7%1-%2-%3-%4-%5-%6--%8-%9-"/>
      <w:lvlJc w:val="left"/>
      <w:pPr>
        <w:ind w:left="1159" w:hanging="1584"/>
      </w:pPr>
    </w:lvl>
  </w:abstractNum>
  <w:abstractNum w:abstractNumId="42" w15:restartNumberingAfterBreak="0">
    <w:nsid w:val="769511FF"/>
    <w:multiLevelType w:val="hybridMultilevel"/>
    <w:tmpl w:val="111839F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3" w15:restartNumberingAfterBreak="0">
    <w:nsid w:val="77931837"/>
    <w:multiLevelType w:val="multilevel"/>
    <w:tmpl w:val="437C75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7B10B2D"/>
    <w:multiLevelType w:val="hybridMultilevel"/>
    <w:tmpl w:val="900476A4"/>
    <w:lvl w:ilvl="0" w:tplc="BB3ECC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A3662E"/>
    <w:multiLevelType w:val="hybridMultilevel"/>
    <w:tmpl w:val="713A4994"/>
    <w:lvl w:ilvl="0" w:tplc="B460391C">
      <w:numFmt w:val="bullet"/>
      <w:lvlText w:val="-"/>
      <w:lvlJc w:val="left"/>
      <w:pPr>
        <w:ind w:left="430" w:hanging="360"/>
      </w:pPr>
      <w:rPr>
        <w:rFonts w:ascii="Times New Roman" w:eastAsia="Times New Roman" w:hAnsi="Times New Roman" w:cs="Times New Roman" w:hint="default"/>
        <w:b/>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32"/>
  </w:num>
  <w:num w:numId="4">
    <w:abstractNumId w:val="37"/>
  </w:num>
  <w:num w:numId="5">
    <w:abstractNumId w:val="28"/>
  </w:num>
  <w:num w:numId="6">
    <w:abstractNumId w:val="27"/>
  </w:num>
  <w:num w:numId="7">
    <w:abstractNumId w:val="43"/>
  </w:num>
  <w:num w:numId="8">
    <w:abstractNumId w:val="16"/>
  </w:num>
  <w:num w:numId="9">
    <w:abstractNumId w:val="31"/>
  </w:num>
  <w:num w:numId="10">
    <w:abstractNumId w:val="30"/>
  </w:num>
  <w:num w:numId="11">
    <w:abstractNumId w:val="10"/>
  </w:num>
  <w:num w:numId="12">
    <w:abstractNumId w:val="23"/>
  </w:num>
  <w:num w:numId="13">
    <w:abstractNumId w:val="36"/>
  </w:num>
  <w:num w:numId="14">
    <w:abstractNumId w:val="17"/>
  </w:num>
  <w:num w:numId="15">
    <w:abstractNumId w:val="25"/>
  </w:num>
  <w:num w:numId="16">
    <w:abstractNumId w:val="18"/>
  </w:num>
  <w:num w:numId="17">
    <w:abstractNumId w:val="29"/>
  </w:num>
  <w:num w:numId="18">
    <w:abstractNumId w:val="33"/>
  </w:num>
  <w:num w:numId="19">
    <w:abstractNumId w:val="13"/>
  </w:num>
  <w:num w:numId="20">
    <w:abstractNumId w:val="38"/>
  </w:num>
  <w:num w:numId="21">
    <w:abstractNumId w:val="40"/>
  </w:num>
  <w:num w:numId="22">
    <w:abstractNumId w:val="45"/>
  </w:num>
  <w:num w:numId="23">
    <w:abstractNumId w:val="14"/>
  </w:num>
  <w:num w:numId="24">
    <w:abstractNumId w:val="8"/>
  </w:num>
  <w:num w:numId="25">
    <w:abstractNumId w:val="6"/>
  </w:num>
  <w:num w:numId="26">
    <w:abstractNumId w:val="5"/>
  </w:num>
  <w:num w:numId="27">
    <w:abstractNumId w:val="4"/>
  </w:num>
  <w:num w:numId="28">
    <w:abstractNumId w:val="7"/>
  </w:num>
  <w:num w:numId="29">
    <w:abstractNumId w:val="3"/>
  </w:num>
  <w:num w:numId="30">
    <w:abstractNumId w:val="2"/>
  </w:num>
  <w:num w:numId="31">
    <w:abstractNumId w:val="1"/>
  </w:num>
  <w:num w:numId="32">
    <w:abstractNumId w:val="0"/>
  </w:num>
  <w:num w:numId="33">
    <w:abstractNumId w:val="11"/>
  </w:num>
  <w:num w:numId="34">
    <w:abstractNumId w:val="12"/>
  </w:num>
  <w:num w:numId="35">
    <w:abstractNumId w:val="34"/>
  </w:num>
  <w:num w:numId="36">
    <w:abstractNumId w:val="24"/>
  </w:num>
  <w:num w:numId="37">
    <w:abstractNumId w:val="9"/>
  </w:num>
  <w:num w:numId="38">
    <w:abstractNumId w:val="20"/>
  </w:num>
  <w:num w:numId="39">
    <w:abstractNumId w:val="22"/>
  </w:num>
  <w:num w:numId="40">
    <w:abstractNumId w:val="15"/>
  </w:num>
  <w:num w:numId="41">
    <w:abstractNumId w:val="21"/>
  </w:num>
  <w:num w:numId="42">
    <w:abstractNumId w:val="44"/>
  </w:num>
  <w:num w:numId="43">
    <w:abstractNumId w:val="39"/>
  </w:num>
  <w:num w:numId="44">
    <w:abstractNumId w:val="35"/>
  </w:num>
  <w:num w:numId="45">
    <w:abstractNumId w:val="26"/>
  </w:num>
  <w:num w:numId="46">
    <w:abstractNumId w:val="4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hideSpellingErrors/>
  <w:hideGrammaticalErrors/>
  <w:proofState w:grammar="clean"/>
  <w:attachedTemplate r:id="rId1"/>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7F4"/>
    <w:rsid w:val="000019E4"/>
    <w:rsid w:val="00003419"/>
    <w:rsid w:val="00003CA8"/>
    <w:rsid w:val="00007B76"/>
    <w:rsid w:val="00007D63"/>
    <w:rsid w:val="000138B2"/>
    <w:rsid w:val="0001665A"/>
    <w:rsid w:val="00021392"/>
    <w:rsid w:val="0002348D"/>
    <w:rsid w:val="00035D9C"/>
    <w:rsid w:val="000424A9"/>
    <w:rsid w:val="00044241"/>
    <w:rsid w:val="00046F9A"/>
    <w:rsid w:val="00050B08"/>
    <w:rsid w:val="00052478"/>
    <w:rsid w:val="000551C8"/>
    <w:rsid w:val="00056882"/>
    <w:rsid w:val="00056C40"/>
    <w:rsid w:val="00060CC1"/>
    <w:rsid w:val="000651B8"/>
    <w:rsid w:val="000654DF"/>
    <w:rsid w:val="00070309"/>
    <w:rsid w:val="000704BC"/>
    <w:rsid w:val="000725B0"/>
    <w:rsid w:val="000728C5"/>
    <w:rsid w:val="000731D1"/>
    <w:rsid w:val="000807D3"/>
    <w:rsid w:val="0008226B"/>
    <w:rsid w:val="0008230D"/>
    <w:rsid w:val="00082EC0"/>
    <w:rsid w:val="00087068"/>
    <w:rsid w:val="00087AC4"/>
    <w:rsid w:val="00087C3F"/>
    <w:rsid w:val="00094789"/>
    <w:rsid w:val="0009597B"/>
    <w:rsid w:val="00097ABA"/>
    <w:rsid w:val="000A01BE"/>
    <w:rsid w:val="000A0DC4"/>
    <w:rsid w:val="000A1883"/>
    <w:rsid w:val="000A285C"/>
    <w:rsid w:val="000A4108"/>
    <w:rsid w:val="000B4686"/>
    <w:rsid w:val="000B6250"/>
    <w:rsid w:val="000B70B9"/>
    <w:rsid w:val="000C0531"/>
    <w:rsid w:val="000C1E3F"/>
    <w:rsid w:val="000C1E8A"/>
    <w:rsid w:val="000C62E4"/>
    <w:rsid w:val="000C7BDF"/>
    <w:rsid w:val="000D267F"/>
    <w:rsid w:val="000D3411"/>
    <w:rsid w:val="000D3D0E"/>
    <w:rsid w:val="000D53E5"/>
    <w:rsid w:val="000D54F0"/>
    <w:rsid w:val="000E19C1"/>
    <w:rsid w:val="000E2538"/>
    <w:rsid w:val="000E3D99"/>
    <w:rsid w:val="000E3FB0"/>
    <w:rsid w:val="000E436E"/>
    <w:rsid w:val="000E719C"/>
    <w:rsid w:val="000F0783"/>
    <w:rsid w:val="000F340C"/>
    <w:rsid w:val="000F5F3B"/>
    <w:rsid w:val="00100E61"/>
    <w:rsid w:val="00101AEB"/>
    <w:rsid w:val="00110511"/>
    <w:rsid w:val="001141DA"/>
    <w:rsid w:val="00115DBD"/>
    <w:rsid w:val="00115EE2"/>
    <w:rsid w:val="00126F3D"/>
    <w:rsid w:val="001302EC"/>
    <w:rsid w:val="001307B4"/>
    <w:rsid w:val="001377F7"/>
    <w:rsid w:val="00141555"/>
    <w:rsid w:val="001422CC"/>
    <w:rsid w:val="00144327"/>
    <w:rsid w:val="001451F0"/>
    <w:rsid w:val="001469D0"/>
    <w:rsid w:val="001504D0"/>
    <w:rsid w:val="001505F0"/>
    <w:rsid w:val="00150948"/>
    <w:rsid w:val="00153655"/>
    <w:rsid w:val="001610E7"/>
    <w:rsid w:val="001617A7"/>
    <w:rsid w:val="00163701"/>
    <w:rsid w:val="00163C39"/>
    <w:rsid w:val="00172DDD"/>
    <w:rsid w:val="001736F6"/>
    <w:rsid w:val="001736FF"/>
    <w:rsid w:val="00180D15"/>
    <w:rsid w:val="00185CDD"/>
    <w:rsid w:val="0018640F"/>
    <w:rsid w:val="0018763C"/>
    <w:rsid w:val="00190C30"/>
    <w:rsid w:val="001918EC"/>
    <w:rsid w:val="0019243B"/>
    <w:rsid w:val="00192A13"/>
    <w:rsid w:val="001A0A24"/>
    <w:rsid w:val="001A10EC"/>
    <w:rsid w:val="001A516A"/>
    <w:rsid w:val="001A7608"/>
    <w:rsid w:val="001B2B07"/>
    <w:rsid w:val="001B42E3"/>
    <w:rsid w:val="001B7727"/>
    <w:rsid w:val="001C13E4"/>
    <w:rsid w:val="001C42DF"/>
    <w:rsid w:val="001C4F51"/>
    <w:rsid w:val="001C5DC0"/>
    <w:rsid w:val="001C7A76"/>
    <w:rsid w:val="001D0C7E"/>
    <w:rsid w:val="001D4D97"/>
    <w:rsid w:val="001E167E"/>
    <w:rsid w:val="001E45C0"/>
    <w:rsid w:val="001F17B4"/>
    <w:rsid w:val="001F1CC7"/>
    <w:rsid w:val="001F2544"/>
    <w:rsid w:val="001F5F0B"/>
    <w:rsid w:val="001F6A01"/>
    <w:rsid w:val="001F6A75"/>
    <w:rsid w:val="00202554"/>
    <w:rsid w:val="00206032"/>
    <w:rsid w:val="00206E9A"/>
    <w:rsid w:val="002100DC"/>
    <w:rsid w:val="002122D7"/>
    <w:rsid w:val="00212A8C"/>
    <w:rsid w:val="00227D0A"/>
    <w:rsid w:val="0024205F"/>
    <w:rsid w:val="0024243A"/>
    <w:rsid w:val="00242D1A"/>
    <w:rsid w:val="00243044"/>
    <w:rsid w:val="0024484E"/>
    <w:rsid w:val="00252C5F"/>
    <w:rsid w:val="00254282"/>
    <w:rsid w:val="00256E0E"/>
    <w:rsid w:val="002601D7"/>
    <w:rsid w:val="0026055F"/>
    <w:rsid w:val="00261582"/>
    <w:rsid w:val="00265A23"/>
    <w:rsid w:val="00267535"/>
    <w:rsid w:val="0027115A"/>
    <w:rsid w:val="00271ADF"/>
    <w:rsid w:val="002723EF"/>
    <w:rsid w:val="002738FE"/>
    <w:rsid w:val="002743E6"/>
    <w:rsid w:val="002746FA"/>
    <w:rsid w:val="00276570"/>
    <w:rsid w:val="0027776A"/>
    <w:rsid w:val="00277A95"/>
    <w:rsid w:val="00280F78"/>
    <w:rsid w:val="0028493B"/>
    <w:rsid w:val="00284DDC"/>
    <w:rsid w:val="00286025"/>
    <w:rsid w:val="00291F93"/>
    <w:rsid w:val="00292471"/>
    <w:rsid w:val="00292A07"/>
    <w:rsid w:val="00296434"/>
    <w:rsid w:val="002A136F"/>
    <w:rsid w:val="002A7EA8"/>
    <w:rsid w:val="002B13F2"/>
    <w:rsid w:val="002B32FD"/>
    <w:rsid w:val="002B3815"/>
    <w:rsid w:val="002B5B9C"/>
    <w:rsid w:val="002B71F3"/>
    <w:rsid w:val="002D1A15"/>
    <w:rsid w:val="002D1B50"/>
    <w:rsid w:val="002D3FF5"/>
    <w:rsid w:val="002D494F"/>
    <w:rsid w:val="002D4AC6"/>
    <w:rsid w:val="002D545C"/>
    <w:rsid w:val="002E24B2"/>
    <w:rsid w:val="002E49C0"/>
    <w:rsid w:val="002F5900"/>
    <w:rsid w:val="002F700F"/>
    <w:rsid w:val="002F7F1A"/>
    <w:rsid w:val="003014D6"/>
    <w:rsid w:val="003106B0"/>
    <w:rsid w:val="00311D28"/>
    <w:rsid w:val="00312874"/>
    <w:rsid w:val="00314346"/>
    <w:rsid w:val="003176FC"/>
    <w:rsid w:val="00317A60"/>
    <w:rsid w:val="003253AC"/>
    <w:rsid w:val="00326EA6"/>
    <w:rsid w:val="00330C4B"/>
    <w:rsid w:val="00330DCD"/>
    <w:rsid w:val="0033173E"/>
    <w:rsid w:val="003322AD"/>
    <w:rsid w:val="003331B2"/>
    <w:rsid w:val="00333664"/>
    <w:rsid w:val="003359C5"/>
    <w:rsid w:val="00336561"/>
    <w:rsid w:val="00336E5F"/>
    <w:rsid w:val="003373F4"/>
    <w:rsid w:val="0034168D"/>
    <w:rsid w:val="00341826"/>
    <w:rsid w:val="00341871"/>
    <w:rsid w:val="003436FD"/>
    <w:rsid w:val="00347166"/>
    <w:rsid w:val="00347EE4"/>
    <w:rsid w:val="00350EDB"/>
    <w:rsid w:val="00353738"/>
    <w:rsid w:val="00354048"/>
    <w:rsid w:val="0035754B"/>
    <w:rsid w:val="003603CF"/>
    <w:rsid w:val="00362858"/>
    <w:rsid w:val="00362FB6"/>
    <w:rsid w:val="00366CC1"/>
    <w:rsid w:val="00384755"/>
    <w:rsid w:val="0038628A"/>
    <w:rsid w:val="003874F7"/>
    <w:rsid w:val="00390146"/>
    <w:rsid w:val="0039149B"/>
    <w:rsid w:val="003967CC"/>
    <w:rsid w:val="00396D99"/>
    <w:rsid w:val="00397F24"/>
    <w:rsid w:val="003A0CA0"/>
    <w:rsid w:val="003A6410"/>
    <w:rsid w:val="003B045C"/>
    <w:rsid w:val="003B07A6"/>
    <w:rsid w:val="003B212D"/>
    <w:rsid w:val="003B495E"/>
    <w:rsid w:val="003C26C2"/>
    <w:rsid w:val="003C5E68"/>
    <w:rsid w:val="003D0246"/>
    <w:rsid w:val="003D029B"/>
    <w:rsid w:val="003D139D"/>
    <w:rsid w:val="003D34E1"/>
    <w:rsid w:val="003D3A7A"/>
    <w:rsid w:val="003D7383"/>
    <w:rsid w:val="003D7BFA"/>
    <w:rsid w:val="003E150A"/>
    <w:rsid w:val="003E5545"/>
    <w:rsid w:val="003E5955"/>
    <w:rsid w:val="003E5DA6"/>
    <w:rsid w:val="003F03D4"/>
    <w:rsid w:val="003F1249"/>
    <w:rsid w:val="003F1710"/>
    <w:rsid w:val="003F211A"/>
    <w:rsid w:val="003F308D"/>
    <w:rsid w:val="003F370E"/>
    <w:rsid w:val="003F3E67"/>
    <w:rsid w:val="003F4283"/>
    <w:rsid w:val="003F761A"/>
    <w:rsid w:val="00403D8E"/>
    <w:rsid w:val="00411CA1"/>
    <w:rsid w:val="00420C77"/>
    <w:rsid w:val="00422502"/>
    <w:rsid w:val="004226DB"/>
    <w:rsid w:val="00425BC2"/>
    <w:rsid w:val="00426181"/>
    <w:rsid w:val="004337F5"/>
    <w:rsid w:val="004340BC"/>
    <w:rsid w:val="0043640C"/>
    <w:rsid w:val="00436B9B"/>
    <w:rsid w:val="0044048C"/>
    <w:rsid w:val="00442E00"/>
    <w:rsid w:val="00443180"/>
    <w:rsid w:val="0044493D"/>
    <w:rsid w:val="00444C97"/>
    <w:rsid w:val="00445CC3"/>
    <w:rsid w:val="00446C03"/>
    <w:rsid w:val="00446DF1"/>
    <w:rsid w:val="00447A07"/>
    <w:rsid w:val="00452532"/>
    <w:rsid w:val="004526D1"/>
    <w:rsid w:val="00457A38"/>
    <w:rsid w:val="004601A8"/>
    <w:rsid w:val="00461CA4"/>
    <w:rsid w:val="00461DC7"/>
    <w:rsid w:val="00467661"/>
    <w:rsid w:val="004871E5"/>
    <w:rsid w:val="004922CB"/>
    <w:rsid w:val="00497EDF"/>
    <w:rsid w:val="004A1EBA"/>
    <w:rsid w:val="004A2F92"/>
    <w:rsid w:val="004B038B"/>
    <w:rsid w:val="004B36C6"/>
    <w:rsid w:val="004B43BE"/>
    <w:rsid w:val="004B6DFF"/>
    <w:rsid w:val="004C36E9"/>
    <w:rsid w:val="004C401F"/>
    <w:rsid w:val="004C4420"/>
    <w:rsid w:val="004C65FC"/>
    <w:rsid w:val="004C78BD"/>
    <w:rsid w:val="004D173F"/>
    <w:rsid w:val="004D21CE"/>
    <w:rsid w:val="004D54FB"/>
    <w:rsid w:val="004D75ED"/>
    <w:rsid w:val="004E1A53"/>
    <w:rsid w:val="004E1A56"/>
    <w:rsid w:val="004E1C4A"/>
    <w:rsid w:val="004E23A8"/>
    <w:rsid w:val="004E3B97"/>
    <w:rsid w:val="004E4C1B"/>
    <w:rsid w:val="004E4F53"/>
    <w:rsid w:val="004F2658"/>
    <w:rsid w:val="004F328D"/>
    <w:rsid w:val="004F47FD"/>
    <w:rsid w:val="004F48C2"/>
    <w:rsid w:val="004F5123"/>
    <w:rsid w:val="004F69A2"/>
    <w:rsid w:val="004F792B"/>
    <w:rsid w:val="0050142A"/>
    <w:rsid w:val="00501B61"/>
    <w:rsid w:val="00503197"/>
    <w:rsid w:val="00510586"/>
    <w:rsid w:val="00510A3E"/>
    <w:rsid w:val="00517168"/>
    <w:rsid w:val="005201E5"/>
    <w:rsid w:val="00530E43"/>
    <w:rsid w:val="00533608"/>
    <w:rsid w:val="0053432B"/>
    <w:rsid w:val="00537655"/>
    <w:rsid w:val="00540980"/>
    <w:rsid w:val="0054523E"/>
    <w:rsid w:val="00545613"/>
    <w:rsid w:val="005472CB"/>
    <w:rsid w:val="005477D6"/>
    <w:rsid w:val="0055119F"/>
    <w:rsid w:val="005516B6"/>
    <w:rsid w:val="00551D9A"/>
    <w:rsid w:val="005545B3"/>
    <w:rsid w:val="00561810"/>
    <w:rsid w:val="005635F9"/>
    <w:rsid w:val="00564C11"/>
    <w:rsid w:val="00567D1E"/>
    <w:rsid w:val="00574E2E"/>
    <w:rsid w:val="00577BBC"/>
    <w:rsid w:val="00584800"/>
    <w:rsid w:val="0058517D"/>
    <w:rsid w:val="005863CF"/>
    <w:rsid w:val="005874FB"/>
    <w:rsid w:val="00592334"/>
    <w:rsid w:val="00592664"/>
    <w:rsid w:val="00592BD7"/>
    <w:rsid w:val="005947A4"/>
    <w:rsid w:val="00595795"/>
    <w:rsid w:val="00595ABE"/>
    <w:rsid w:val="005971AC"/>
    <w:rsid w:val="00597DC4"/>
    <w:rsid w:val="005B02D9"/>
    <w:rsid w:val="005C2115"/>
    <w:rsid w:val="005C2411"/>
    <w:rsid w:val="005C6048"/>
    <w:rsid w:val="005C7B30"/>
    <w:rsid w:val="005D0BE8"/>
    <w:rsid w:val="005E3D86"/>
    <w:rsid w:val="005E3F34"/>
    <w:rsid w:val="005E4D2F"/>
    <w:rsid w:val="005E70DA"/>
    <w:rsid w:val="005F07BC"/>
    <w:rsid w:val="005F092A"/>
    <w:rsid w:val="005F0954"/>
    <w:rsid w:val="005F2787"/>
    <w:rsid w:val="005F29BE"/>
    <w:rsid w:val="005F4D8B"/>
    <w:rsid w:val="005F57C1"/>
    <w:rsid w:val="005F792B"/>
    <w:rsid w:val="0060105B"/>
    <w:rsid w:val="006015B3"/>
    <w:rsid w:val="00606D60"/>
    <w:rsid w:val="00613266"/>
    <w:rsid w:val="00613D5E"/>
    <w:rsid w:val="00616B13"/>
    <w:rsid w:val="0061720E"/>
    <w:rsid w:val="006202CE"/>
    <w:rsid w:val="00625FD0"/>
    <w:rsid w:val="0062794E"/>
    <w:rsid w:val="0063297C"/>
    <w:rsid w:val="00632A01"/>
    <w:rsid w:val="0063422F"/>
    <w:rsid w:val="00636489"/>
    <w:rsid w:val="00640F6D"/>
    <w:rsid w:val="0064154A"/>
    <w:rsid w:val="00644FE1"/>
    <w:rsid w:val="00646778"/>
    <w:rsid w:val="00650706"/>
    <w:rsid w:val="00653464"/>
    <w:rsid w:val="00657CE5"/>
    <w:rsid w:val="00661078"/>
    <w:rsid w:val="00664853"/>
    <w:rsid w:val="006702A5"/>
    <w:rsid w:val="00674943"/>
    <w:rsid w:val="00675EC9"/>
    <w:rsid w:val="00676166"/>
    <w:rsid w:val="00681E56"/>
    <w:rsid w:val="006831DD"/>
    <w:rsid w:val="00687A3C"/>
    <w:rsid w:val="0069066E"/>
    <w:rsid w:val="0069176C"/>
    <w:rsid w:val="00692EE6"/>
    <w:rsid w:val="0069543D"/>
    <w:rsid w:val="006963FB"/>
    <w:rsid w:val="00697A43"/>
    <w:rsid w:val="006A0565"/>
    <w:rsid w:val="006A0633"/>
    <w:rsid w:val="006A2E5A"/>
    <w:rsid w:val="006A56A3"/>
    <w:rsid w:val="006A61E6"/>
    <w:rsid w:val="006A7114"/>
    <w:rsid w:val="006B4311"/>
    <w:rsid w:val="006B5C01"/>
    <w:rsid w:val="006B7D87"/>
    <w:rsid w:val="006C0887"/>
    <w:rsid w:val="006C1C2E"/>
    <w:rsid w:val="006C4229"/>
    <w:rsid w:val="006C7064"/>
    <w:rsid w:val="006C7473"/>
    <w:rsid w:val="006D175F"/>
    <w:rsid w:val="006D2951"/>
    <w:rsid w:val="006D3B69"/>
    <w:rsid w:val="006D74E0"/>
    <w:rsid w:val="006E2B39"/>
    <w:rsid w:val="006E3609"/>
    <w:rsid w:val="006F131E"/>
    <w:rsid w:val="006F62FE"/>
    <w:rsid w:val="006F7914"/>
    <w:rsid w:val="007034A7"/>
    <w:rsid w:val="00703CF6"/>
    <w:rsid w:val="00705060"/>
    <w:rsid w:val="00716EBE"/>
    <w:rsid w:val="007210B6"/>
    <w:rsid w:val="00721972"/>
    <w:rsid w:val="00723DB4"/>
    <w:rsid w:val="00726B61"/>
    <w:rsid w:val="007274D0"/>
    <w:rsid w:val="00727D03"/>
    <w:rsid w:val="00730144"/>
    <w:rsid w:val="00733202"/>
    <w:rsid w:val="00736BAC"/>
    <w:rsid w:val="0074042D"/>
    <w:rsid w:val="007422BC"/>
    <w:rsid w:val="0074352D"/>
    <w:rsid w:val="0074412C"/>
    <w:rsid w:val="00745B05"/>
    <w:rsid w:val="0075224A"/>
    <w:rsid w:val="007551BA"/>
    <w:rsid w:val="00755B58"/>
    <w:rsid w:val="00757CB7"/>
    <w:rsid w:val="00760C8C"/>
    <w:rsid w:val="00763111"/>
    <w:rsid w:val="00766668"/>
    <w:rsid w:val="00770AC8"/>
    <w:rsid w:val="00775F93"/>
    <w:rsid w:val="00777B05"/>
    <w:rsid w:val="00777B0A"/>
    <w:rsid w:val="007850C9"/>
    <w:rsid w:val="0078731A"/>
    <w:rsid w:val="007911CF"/>
    <w:rsid w:val="00791ACF"/>
    <w:rsid w:val="0079386D"/>
    <w:rsid w:val="00793B59"/>
    <w:rsid w:val="007959A0"/>
    <w:rsid w:val="007A1E39"/>
    <w:rsid w:val="007A547D"/>
    <w:rsid w:val="007B2097"/>
    <w:rsid w:val="007B3034"/>
    <w:rsid w:val="007B3232"/>
    <w:rsid w:val="007C269F"/>
    <w:rsid w:val="007C2E8A"/>
    <w:rsid w:val="007C5B3E"/>
    <w:rsid w:val="007C70FA"/>
    <w:rsid w:val="007D0F86"/>
    <w:rsid w:val="007D1419"/>
    <w:rsid w:val="007D35BD"/>
    <w:rsid w:val="007E1E28"/>
    <w:rsid w:val="007E3FCA"/>
    <w:rsid w:val="007E7E1D"/>
    <w:rsid w:val="007F046D"/>
    <w:rsid w:val="007F2AA5"/>
    <w:rsid w:val="007F36C0"/>
    <w:rsid w:val="007F38DC"/>
    <w:rsid w:val="007F5AC0"/>
    <w:rsid w:val="007F6AA1"/>
    <w:rsid w:val="007F6E3D"/>
    <w:rsid w:val="0081394A"/>
    <w:rsid w:val="008146D2"/>
    <w:rsid w:val="00817190"/>
    <w:rsid w:val="0082063D"/>
    <w:rsid w:val="00827443"/>
    <w:rsid w:val="008307C1"/>
    <w:rsid w:val="008328A9"/>
    <w:rsid w:val="00835193"/>
    <w:rsid w:val="00835A41"/>
    <w:rsid w:val="00840F67"/>
    <w:rsid w:val="008461B8"/>
    <w:rsid w:val="00847163"/>
    <w:rsid w:val="0084732C"/>
    <w:rsid w:val="008502C5"/>
    <w:rsid w:val="00852A4F"/>
    <w:rsid w:val="008531C2"/>
    <w:rsid w:val="00856B72"/>
    <w:rsid w:val="00857FC3"/>
    <w:rsid w:val="008605CC"/>
    <w:rsid w:val="00865A48"/>
    <w:rsid w:val="00871E0F"/>
    <w:rsid w:val="00873AF9"/>
    <w:rsid w:val="008747FC"/>
    <w:rsid w:val="00874FDF"/>
    <w:rsid w:val="008833EF"/>
    <w:rsid w:val="008843CC"/>
    <w:rsid w:val="008856AE"/>
    <w:rsid w:val="00886E5E"/>
    <w:rsid w:val="00886FAD"/>
    <w:rsid w:val="00887D3E"/>
    <w:rsid w:val="00887EC1"/>
    <w:rsid w:val="008A251B"/>
    <w:rsid w:val="008A33A7"/>
    <w:rsid w:val="008A67C3"/>
    <w:rsid w:val="008A7FF8"/>
    <w:rsid w:val="008B5D92"/>
    <w:rsid w:val="008B5DAC"/>
    <w:rsid w:val="008B6394"/>
    <w:rsid w:val="008B695D"/>
    <w:rsid w:val="008B6D40"/>
    <w:rsid w:val="008C0460"/>
    <w:rsid w:val="008C0624"/>
    <w:rsid w:val="008C2675"/>
    <w:rsid w:val="008D0F36"/>
    <w:rsid w:val="008D1CD7"/>
    <w:rsid w:val="008D2CC2"/>
    <w:rsid w:val="008D2D55"/>
    <w:rsid w:val="008D3774"/>
    <w:rsid w:val="008E0258"/>
    <w:rsid w:val="008E097A"/>
    <w:rsid w:val="008E0ACE"/>
    <w:rsid w:val="008E2669"/>
    <w:rsid w:val="008E3A93"/>
    <w:rsid w:val="008E49ED"/>
    <w:rsid w:val="008F0BA4"/>
    <w:rsid w:val="008F14EC"/>
    <w:rsid w:val="008F1DCB"/>
    <w:rsid w:val="008F39A4"/>
    <w:rsid w:val="008F59A1"/>
    <w:rsid w:val="009006E6"/>
    <w:rsid w:val="0090454A"/>
    <w:rsid w:val="00905006"/>
    <w:rsid w:val="00905100"/>
    <w:rsid w:val="00911041"/>
    <w:rsid w:val="00912CF8"/>
    <w:rsid w:val="009166F3"/>
    <w:rsid w:val="00920AF3"/>
    <w:rsid w:val="00924A1C"/>
    <w:rsid w:val="00927013"/>
    <w:rsid w:val="009273F3"/>
    <w:rsid w:val="00927AE1"/>
    <w:rsid w:val="00931175"/>
    <w:rsid w:val="009325A6"/>
    <w:rsid w:val="0093419E"/>
    <w:rsid w:val="00943963"/>
    <w:rsid w:val="00945635"/>
    <w:rsid w:val="009456B7"/>
    <w:rsid w:val="009502D4"/>
    <w:rsid w:val="00952BFE"/>
    <w:rsid w:val="00953CB3"/>
    <w:rsid w:val="00957CC9"/>
    <w:rsid w:val="0096049F"/>
    <w:rsid w:val="0096141A"/>
    <w:rsid w:val="00971724"/>
    <w:rsid w:val="0097216F"/>
    <w:rsid w:val="0097409C"/>
    <w:rsid w:val="00981E90"/>
    <w:rsid w:val="00990346"/>
    <w:rsid w:val="00995972"/>
    <w:rsid w:val="00995F7F"/>
    <w:rsid w:val="00997D31"/>
    <w:rsid w:val="009A5FF1"/>
    <w:rsid w:val="009A6360"/>
    <w:rsid w:val="009B08B2"/>
    <w:rsid w:val="009B242E"/>
    <w:rsid w:val="009B49EC"/>
    <w:rsid w:val="009B56B6"/>
    <w:rsid w:val="009B56BA"/>
    <w:rsid w:val="009B67F3"/>
    <w:rsid w:val="009C2F92"/>
    <w:rsid w:val="009C3B61"/>
    <w:rsid w:val="009C52CB"/>
    <w:rsid w:val="009C7E18"/>
    <w:rsid w:val="009D60C1"/>
    <w:rsid w:val="009D669E"/>
    <w:rsid w:val="009E105F"/>
    <w:rsid w:val="009E5A7E"/>
    <w:rsid w:val="009E6DDD"/>
    <w:rsid w:val="009E7C7C"/>
    <w:rsid w:val="009F2FE9"/>
    <w:rsid w:val="009F4D07"/>
    <w:rsid w:val="009F69A6"/>
    <w:rsid w:val="00A0082F"/>
    <w:rsid w:val="00A02BDA"/>
    <w:rsid w:val="00A04C4B"/>
    <w:rsid w:val="00A04F06"/>
    <w:rsid w:val="00A16516"/>
    <w:rsid w:val="00A17BC7"/>
    <w:rsid w:val="00A21ED9"/>
    <w:rsid w:val="00A23435"/>
    <w:rsid w:val="00A2473A"/>
    <w:rsid w:val="00A25D28"/>
    <w:rsid w:val="00A27F22"/>
    <w:rsid w:val="00A35829"/>
    <w:rsid w:val="00A4126E"/>
    <w:rsid w:val="00A47FFA"/>
    <w:rsid w:val="00A51376"/>
    <w:rsid w:val="00A534C7"/>
    <w:rsid w:val="00A53961"/>
    <w:rsid w:val="00A54DAB"/>
    <w:rsid w:val="00A62D75"/>
    <w:rsid w:val="00A63C7A"/>
    <w:rsid w:val="00A712D6"/>
    <w:rsid w:val="00A72717"/>
    <w:rsid w:val="00A75363"/>
    <w:rsid w:val="00A8699F"/>
    <w:rsid w:val="00A91AEA"/>
    <w:rsid w:val="00A93864"/>
    <w:rsid w:val="00A94D6A"/>
    <w:rsid w:val="00A97577"/>
    <w:rsid w:val="00AA0CEF"/>
    <w:rsid w:val="00AA42BC"/>
    <w:rsid w:val="00AA5891"/>
    <w:rsid w:val="00AA5BDF"/>
    <w:rsid w:val="00AA7650"/>
    <w:rsid w:val="00AB07A6"/>
    <w:rsid w:val="00AB09AC"/>
    <w:rsid w:val="00AB137E"/>
    <w:rsid w:val="00AB1DEB"/>
    <w:rsid w:val="00AB49EA"/>
    <w:rsid w:val="00AB72D7"/>
    <w:rsid w:val="00AC05A7"/>
    <w:rsid w:val="00AC0D9B"/>
    <w:rsid w:val="00AC5E94"/>
    <w:rsid w:val="00AC6361"/>
    <w:rsid w:val="00AC6D9F"/>
    <w:rsid w:val="00AD1657"/>
    <w:rsid w:val="00AD3134"/>
    <w:rsid w:val="00AD334C"/>
    <w:rsid w:val="00AD565F"/>
    <w:rsid w:val="00AE0F37"/>
    <w:rsid w:val="00AE45F0"/>
    <w:rsid w:val="00AE5002"/>
    <w:rsid w:val="00AE7E14"/>
    <w:rsid w:val="00AF19D1"/>
    <w:rsid w:val="00AF2C1A"/>
    <w:rsid w:val="00AF3F80"/>
    <w:rsid w:val="00B0032F"/>
    <w:rsid w:val="00B005D7"/>
    <w:rsid w:val="00B0144E"/>
    <w:rsid w:val="00B025C2"/>
    <w:rsid w:val="00B02879"/>
    <w:rsid w:val="00B02C97"/>
    <w:rsid w:val="00B07AB6"/>
    <w:rsid w:val="00B10F14"/>
    <w:rsid w:val="00B1162F"/>
    <w:rsid w:val="00B177F4"/>
    <w:rsid w:val="00B23379"/>
    <w:rsid w:val="00B2373D"/>
    <w:rsid w:val="00B246F6"/>
    <w:rsid w:val="00B25AE1"/>
    <w:rsid w:val="00B25D11"/>
    <w:rsid w:val="00B33718"/>
    <w:rsid w:val="00B33C81"/>
    <w:rsid w:val="00B34758"/>
    <w:rsid w:val="00B359C9"/>
    <w:rsid w:val="00B35CCD"/>
    <w:rsid w:val="00B369E6"/>
    <w:rsid w:val="00B43118"/>
    <w:rsid w:val="00B43A0D"/>
    <w:rsid w:val="00B441EF"/>
    <w:rsid w:val="00B53B4E"/>
    <w:rsid w:val="00B5677C"/>
    <w:rsid w:val="00B6099D"/>
    <w:rsid w:val="00B612F4"/>
    <w:rsid w:val="00B61339"/>
    <w:rsid w:val="00B64AAC"/>
    <w:rsid w:val="00B654FE"/>
    <w:rsid w:val="00B67E56"/>
    <w:rsid w:val="00B70AD8"/>
    <w:rsid w:val="00B7185F"/>
    <w:rsid w:val="00B72ED0"/>
    <w:rsid w:val="00B73A2B"/>
    <w:rsid w:val="00B7447A"/>
    <w:rsid w:val="00B83E3D"/>
    <w:rsid w:val="00B90A4D"/>
    <w:rsid w:val="00B90AA5"/>
    <w:rsid w:val="00B910C2"/>
    <w:rsid w:val="00B95B86"/>
    <w:rsid w:val="00B96C12"/>
    <w:rsid w:val="00B97939"/>
    <w:rsid w:val="00BA0AB0"/>
    <w:rsid w:val="00BA0E6C"/>
    <w:rsid w:val="00BA0FE0"/>
    <w:rsid w:val="00BA2A49"/>
    <w:rsid w:val="00BA2EF3"/>
    <w:rsid w:val="00BA4D60"/>
    <w:rsid w:val="00BA7A08"/>
    <w:rsid w:val="00BB0C19"/>
    <w:rsid w:val="00BB4A4B"/>
    <w:rsid w:val="00BB4F6F"/>
    <w:rsid w:val="00BB7B27"/>
    <w:rsid w:val="00BC0541"/>
    <w:rsid w:val="00BD2E4F"/>
    <w:rsid w:val="00BD3749"/>
    <w:rsid w:val="00BD3E4C"/>
    <w:rsid w:val="00BD403F"/>
    <w:rsid w:val="00BD540F"/>
    <w:rsid w:val="00BD7A8D"/>
    <w:rsid w:val="00BE015A"/>
    <w:rsid w:val="00BE1177"/>
    <w:rsid w:val="00BE24F1"/>
    <w:rsid w:val="00BE27E9"/>
    <w:rsid w:val="00BE3FE1"/>
    <w:rsid w:val="00BE6383"/>
    <w:rsid w:val="00BF1EBB"/>
    <w:rsid w:val="00BF7362"/>
    <w:rsid w:val="00C0637E"/>
    <w:rsid w:val="00C06C55"/>
    <w:rsid w:val="00C11F83"/>
    <w:rsid w:val="00C122AD"/>
    <w:rsid w:val="00C151B1"/>
    <w:rsid w:val="00C1648C"/>
    <w:rsid w:val="00C201EE"/>
    <w:rsid w:val="00C21107"/>
    <w:rsid w:val="00C237CF"/>
    <w:rsid w:val="00C25EC0"/>
    <w:rsid w:val="00C30294"/>
    <w:rsid w:val="00C35B59"/>
    <w:rsid w:val="00C43A6A"/>
    <w:rsid w:val="00C50A41"/>
    <w:rsid w:val="00C5139D"/>
    <w:rsid w:val="00C53352"/>
    <w:rsid w:val="00C53920"/>
    <w:rsid w:val="00C539B8"/>
    <w:rsid w:val="00C55E76"/>
    <w:rsid w:val="00C56A15"/>
    <w:rsid w:val="00C621C1"/>
    <w:rsid w:val="00C62262"/>
    <w:rsid w:val="00C627C5"/>
    <w:rsid w:val="00C64248"/>
    <w:rsid w:val="00C66EDB"/>
    <w:rsid w:val="00C67264"/>
    <w:rsid w:val="00C67FDA"/>
    <w:rsid w:val="00C710B0"/>
    <w:rsid w:val="00C729DA"/>
    <w:rsid w:val="00C73A91"/>
    <w:rsid w:val="00C7541C"/>
    <w:rsid w:val="00C812BC"/>
    <w:rsid w:val="00CA3320"/>
    <w:rsid w:val="00CA42A8"/>
    <w:rsid w:val="00CA466C"/>
    <w:rsid w:val="00CA7C0A"/>
    <w:rsid w:val="00CA7D2C"/>
    <w:rsid w:val="00CB0B27"/>
    <w:rsid w:val="00CB38C9"/>
    <w:rsid w:val="00CC2A80"/>
    <w:rsid w:val="00CC2FC3"/>
    <w:rsid w:val="00CC37E2"/>
    <w:rsid w:val="00CC4928"/>
    <w:rsid w:val="00CC6462"/>
    <w:rsid w:val="00CC6D45"/>
    <w:rsid w:val="00CD0B5B"/>
    <w:rsid w:val="00CD1A9D"/>
    <w:rsid w:val="00CD1EB2"/>
    <w:rsid w:val="00CD20E1"/>
    <w:rsid w:val="00CD2F72"/>
    <w:rsid w:val="00CD38CF"/>
    <w:rsid w:val="00CE0CD7"/>
    <w:rsid w:val="00CE1998"/>
    <w:rsid w:val="00CE49DA"/>
    <w:rsid w:val="00CE5B8D"/>
    <w:rsid w:val="00CE7A16"/>
    <w:rsid w:val="00D00E62"/>
    <w:rsid w:val="00D01156"/>
    <w:rsid w:val="00D0543A"/>
    <w:rsid w:val="00D05E18"/>
    <w:rsid w:val="00D05FB8"/>
    <w:rsid w:val="00D07DE7"/>
    <w:rsid w:val="00D1067D"/>
    <w:rsid w:val="00D1163B"/>
    <w:rsid w:val="00D14242"/>
    <w:rsid w:val="00D14F20"/>
    <w:rsid w:val="00D15EFB"/>
    <w:rsid w:val="00D17874"/>
    <w:rsid w:val="00D22524"/>
    <w:rsid w:val="00D23F9E"/>
    <w:rsid w:val="00D25E5B"/>
    <w:rsid w:val="00D32E96"/>
    <w:rsid w:val="00D36710"/>
    <w:rsid w:val="00D37B28"/>
    <w:rsid w:val="00D462BE"/>
    <w:rsid w:val="00D47A88"/>
    <w:rsid w:val="00D5161B"/>
    <w:rsid w:val="00D60A3C"/>
    <w:rsid w:val="00D62DDB"/>
    <w:rsid w:val="00D645D6"/>
    <w:rsid w:val="00D70676"/>
    <w:rsid w:val="00D728DF"/>
    <w:rsid w:val="00D73287"/>
    <w:rsid w:val="00D74741"/>
    <w:rsid w:val="00D779F1"/>
    <w:rsid w:val="00D83CDB"/>
    <w:rsid w:val="00D87D20"/>
    <w:rsid w:val="00D90485"/>
    <w:rsid w:val="00D91813"/>
    <w:rsid w:val="00D94E3E"/>
    <w:rsid w:val="00D97DD8"/>
    <w:rsid w:val="00DA1D17"/>
    <w:rsid w:val="00DA2B79"/>
    <w:rsid w:val="00DA66A8"/>
    <w:rsid w:val="00DA6C3F"/>
    <w:rsid w:val="00DA7A49"/>
    <w:rsid w:val="00DB00B4"/>
    <w:rsid w:val="00DB034D"/>
    <w:rsid w:val="00DB0D05"/>
    <w:rsid w:val="00DB278A"/>
    <w:rsid w:val="00DB3ECC"/>
    <w:rsid w:val="00DB4D61"/>
    <w:rsid w:val="00DB649A"/>
    <w:rsid w:val="00DC3276"/>
    <w:rsid w:val="00DC36FE"/>
    <w:rsid w:val="00DC4395"/>
    <w:rsid w:val="00DC5128"/>
    <w:rsid w:val="00DD00C9"/>
    <w:rsid w:val="00DD08CA"/>
    <w:rsid w:val="00DD22FC"/>
    <w:rsid w:val="00DF54F9"/>
    <w:rsid w:val="00DF6187"/>
    <w:rsid w:val="00E02A30"/>
    <w:rsid w:val="00E042A4"/>
    <w:rsid w:val="00E062F1"/>
    <w:rsid w:val="00E06402"/>
    <w:rsid w:val="00E12F2F"/>
    <w:rsid w:val="00E1612C"/>
    <w:rsid w:val="00E21ADB"/>
    <w:rsid w:val="00E26E4C"/>
    <w:rsid w:val="00E305C3"/>
    <w:rsid w:val="00E340F1"/>
    <w:rsid w:val="00E4323B"/>
    <w:rsid w:val="00E446BE"/>
    <w:rsid w:val="00E460AB"/>
    <w:rsid w:val="00E470CD"/>
    <w:rsid w:val="00E4720B"/>
    <w:rsid w:val="00E50197"/>
    <w:rsid w:val="00E505D4"/>
    <w:rsid w:val="00E50AD0"/>
    <w:rsid w:val="00E62AE6"/>
    <w:rsid w:val="00E719B0"/>
    <w:rsid w:val="00E755F9"/>
    <w:rsid w:val="00E76E51"/>
    <w:rsid w:val="00E77143"/>
    <w:rsid w:val="00E7717D"/>
    <w:rsid w:val="00E84B27"/>
    <w:rsid w:val="00E84E55"/>
    <w:rsid w:val="00E858AC"/>
    <w:rsid w:val="00E9014E"/>
    <w:rsid w:val="00E9448B"/>
    <w:rsid w:val="00EA02E8"/>
    <w:rsid w:val="00EA5B4F"/>
    <w:rsid w:val="00EB0BB6"/>
    <w:rsid w:val="00EB2F59"/>
    <w:rsid w:val="00EB4274"/>
    <w:rsid w:val="00EC2EE6"/>
    <w:rsid w:val="00EC7EAE"/>
    <w:rsid w:val="00ED16E4"/>
    <w:rsid w:val="00ED3255"/>
    <w:rsid w:val="00ED388F"/>
    <w:rsid w:val="00ED4955"/>
    <w:rsid w:val="00EE0A8C"/>
    <w:rsid w:val="00EE21A2"/>
    <w:rsid w:val="00EE4A58"/>
    <w:rsid w:val="00EE4D27"/>
    <w:rsid w:val="00EE565E"/>
    <w:rsid w:val="00EE7F73"/>
    <w:rsid w:val="00EF0187"/>
    <w:rsid w:val="00EF02DC"/>
    <w:rsid w:val="00EF2E48"/>
    <w:rsid w:val="00F011A6"/>
    <w:rsid w:val="00F04BF6"/>
    <w:rsid w:val="00F06652"/>
    <w:rsid w:val="00F066B5"/>
    <w:rsid w:val="00F12008"/>
    <w:rsid w:val="00F12C11"/>
    <w:rsid w:val="00F20820"/>
    <w:rsid w:val="00F232CB"/>
    <w:rsid w:val="00F3022F"/>
    <w:rsid w:val="00F316DE"/>
    <w:rsid w:val="00F32266"/>
    <w:rsid w:val="00F37292"/>
    <w:rsid w:val="00F37657"/>
    <w:rsid w:val="00F435B2"/>
    <w:rsid w:val="00F45197"/>
    <w:rsid w:val="00F57F51"/>
    <w:rsid w:val="00F6131F"/>
    <w:rsid w:val="00F638FC"/>
    <w:rsid w:val="00F63AE7"/>
    <w:rsid w:val="00F646B0"/>
    <w:rsid w:val="00F6580F"/>
    <w:rsid w:val="00F65940"/>
    <w:rsid w:val="00F6648A"/>
    <w:rsid w:val="00F7048D"/>
    <w:rsid w:val="00F7621F"/>
    <w:rsid w:val="00F823FE"/>
    <w:rsid w:val="00F849DF"/>
    <w:rsid w:val="00F86B6D"/>
    <w:rsid w:val="00F870AB"/>
    <w:rsid w:val="00F87F2E"/>
    <w:rsid w:val="00F90956"/>
    <w:rsid w:val="00F9582E"/>
    <w:rsid w:val="00FA2F40"/>
    <w:rsid w:val="00FA32E6"/>
    <w:rsid w:val="00FA4C79"/>
    <w:rsid w:val="00FA7135"/>
    <w:rsid w:val="00FB30BF"/>
    <w:rsid w:val="00FB39BA"/>
    <w:rsid w:val="00FB781A"/>
    <w:rsid w:val="00FB7B93"/>
    <w:rsid w:val="00FC0C0C"/>
    <w:rsid w:val="00FC3ED1"/>
    <w:rsid w:val="00FC418E"/>
    <w:rsid w:val="00FC4827"/>
    <w:rsid w:val="00FC5521"/>
    <w:rsid w:val="00FD5C9F"/>
    <w:rsid w:val="00FD6E1D"/>
    <w:rsid w:val="00FD7C53"/>
    <w:rsid w:val="00FE05E5"/>
    <w:rsid w:val="00FE3983"/>
    <w:rsid w:val="00FE4F6E"/>
    <w:rsid w:val="00FE50D1"/>
    <w:rsid w:val="00FF14A7"/>
    <w:rsid w:val="00FF5E1C"/>
    <w:rsid w:val="00FF5FAC"/>
    <w:rsid w:val="00FF6424"/>
    <w:rsid w:val="00FF66B2"/>
    <w:rsid w:val="00FF6D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8D155"/>
  <w15:chartTrackingRefBased/>
  <w15:docId w15:val="{0EFF09BA-B909-4DDC-B13E-4BCF4B19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11A"/>
    <w:pPr>
      <w:widowControl w:val="0"/>
      <w:bidi/>
      <w:spacing w:after="160"/>
      <w:ind w:firstLine="284"/>
      <w:jc w:val="both"/>
    </w:pPr>
    <w:rPr>
      <w:rFonts w:ascii="Times New Roman" w:hAnsi="Times New Roman" w:cs="B Nazanin"/>
      <w:sz w:val="24"/>
      <w:szCs w:val="28"/>
      <w:lang w:bidi="fa-IR"/>
    </w:rPr>
  </w:style>
  <w:style w:type="paragraph" w:styleId="Heading1">
    <w:name w:val="heading 1"/>
    <w:aliases w:val="عنوان 1"/>
    <w:basedOn w:val="Normal"/>
    <w:next w:val="Normal"/>
    <w:link w:val="Heading1Char"/>
    <w:uiPriority w:val="9"/>
    <w:qFormat/>
    <w:rsid w:val="004C36E9"/>
    <w:pPr>
      <w:keepNext/>
      <w:keepLines/>
      <w:numPr>
        <w:numId w:val="1"/>
      </w:numPr>
      <w:spacing w:before="240" w:after="0"/>
      <w:outlineLvl w:val="0"/>
    </w:pPr>
    <w:rPr>
      <w:rFonts w:ascii="Calibri Light" w:eastAsia="Times New Roman" w:hAnsi="Calibri Light"/>
      <w:bCs/>
      <w:sz w:val="32"/>
      <w:szCs w:val="40"/>
    </w:rPr>
  </w:style>
  <w:style w:type="paragraph" w:styleId="Heading2">
    <w:name w:val="heading 2"/>
    <w:aliases w:val="عنوان 2"/>
    <w:basedOn w:val="Normal"/>
    <w:next w:val="Normal"/>
    <w:link w:val="Heading2Char"/>
    <w:autoRedefine/>
    <w:uiPriority w:val="9"/>
    <w:unhideWhenUsed/>
    <w:qFormat/>
    <w:rsid w:val="007F6AA1"/>
    <w:pPr>
      <w:keepNext/>
      <w:keepLines/>
      <w:tabs>
        <w:tab w:val="left" w:pos="223"/>
      </w:tabs>
      <w:spacing w:after="120" w:line="276" w:lineRule="auto"/>
      <w:ind w:left="16" w:firstLine="0"/>
      <w:jc w:val="lowKashida"/>
      <w:outlineLvl w:val="1"/>
    </w:pPr>
    <w:rPr>
      <w:rFonts w:ascii="IRANSans" w:hAnsi="IRANSans"/>
      <w:b/>
      <w:bCs/>
      <w:sz w:val="32"/>
      <w:szCs w:val="32"/>
    </w:rPr>
  </w:style>
  <w:style w:type="paragraph" w:styleId="Heading3">
    <w:name w:val="heading 3"/>
    <w:aliases w:val="عنوان 3"/>
    <w:basedOn w:val="Normal"/>
    <w:next w:val="Normal"/>
    <w:link w:val="Heading3Char"/>
    <w:autoRedefine/>
    <w:uiPriority w:val="9"/>
    <w:unhideWhenUsed/>
    <w:qFormat/>
    <w:rsid w:val="004C36E9"/>
    <w:pPr>
      <w:bidi w:val="0"/>
      <w:spacing w:after="45"/>
      <w:ind w:left="467" w:right="450" w:firstLine="0"/>
      <w:jc w:val="center"/>
      <w:outlineLvl w:val="2"/>
    </w:pPr>
    <w:rPr>
      <w:rFonts w:ascii="Times New Roman Bold" w:hAnsi="Times New Roman Bold"/>
      <w:b/>
      <w:bCs/>
      <w:sz w:val="26"/>
      <w:szCs w:val="32"/>
    </w:rPr>
  </w:style>
  <w:style w:type="paragraph" w:styleId="Heading4">
    <w:name w:val="heading 4"/>
    <w:basedOn w:val="Normal"/>
    <w:next w:val="Normal"/>
    <w:link w:val="Heading4Char"/>
    <w:autoRedefine/>
    <w:uiPriority w:val="9"/>
    <w:unhideWhenUsed/>
    <w:qFormat/>
    <w:rsid w:val="004C36E9"/>
    <w:pPr>
      <w:keepNext/>
      <w:keepLines/>
      <w:spacing w:after="0" w:line="276" w:lineRule="auto"/>
      <w:ind w:left="467" w:right="450" w:hanging="43"/>
      <w:outlineLvl w:val="3"/>
    </w:pPr>
    <w:rPr>
      <w:rFonts w:eastAsia="Times New Roman"/>
      <w:b/>
      <w:bCs/>
    </w:rPr>
  </w:style>
  <w:style w:type="paragraph" w:styleId="Heading5">
    <w:name w:val="heading 5"/>
    <w:basedOn w:val="Normal"/>
    <w:next w:val="Normal"/>
    <w:link w:val="Heading5Char"/>
    <w:autoRedefine/>
    <w:uiPriority w:val="9"/>
    <w:unhideWhenUsed/>
    <w:qFormat/>
    <w:rsid w:val="004C36E9"/>
    <w:pPr>
      <w:keepNext/>
      <w:keepLines/>
      <w:spacing w:after="0" w:line="276" w:lineRule="auto"/>
      <w:ind w:left="467" w:right="450" w:firstLine="0"/>
      <w:jc w:val="lowKashida"/>
      <w:outlineLvl w:val="4"/>
    </w:pPr>
    <w:rPr>
      <w:rFonts w:eastAsia="Times New Roman"/>
      <w:spacing w:val="-2"/>
      <w:sz w:val="28"/>
    </w:rPr>
  </w:style>
  <w:style w:type="paragraph" w:styleId="Heading6">
    <w:name w:val="heading 6"/>
    <w:basedOn w:val="Normal"/>
    <w:next w:val="Normal"/>
    <w:link w:val="Heading6Char"/>
    <w:uiPriority w:val="9"/>
    <w:unhideWhenUsed/>
    <w:qFormat/>
    <w:rsid w:val="004C36E9"/>
    <w:pPr>
      <w:keepNext/>
      <w:keepLines/>
      <w:numPr>
        <w:ilvl w:val="5"/>
        <w:numId w:val="1"/>
      </w:numPr>
      <w:spacing w:before="40" w:after="0"/>
      <w:outlineLvl w:val="5"/>
    </w:pPr>
    <w:rPr>
      <w:rFonts w:eastAsia="Times New Roman"/>
      <w:b/>
      <w:bCs/>
    </w:rPr>
  </w:style>
  <w:style w:type="paragraph" w:styleId="Heading7">
    <w:name w:val="heading 7"/>
    <w:basedOn w:val="Normal"/>
    <w:next w:val="Normal"/>
    <w:link w:val="Heading7Char"/>
    <w:uiPriority w:val="9"/>
    <w:semiHidden/>
    <w:unhideWhenUsed/>
    <w:qFormat/>
    <w:rsid w:val="004C36E9"/>
    <w:pPr>
      <w:keepNext/>
      <w:keepLines/>
      <w:numPr>
        <w:ilvl w:val="6"/>
        <w:numId w:val="1"/>
      </w:numPr>
      <w:spacing w:before="40" w:after="0"/>
      <w:outlineLvl w:val="6"/>
    </w:pPr>
    <w:rPr>
      <w:rFonts w:ascii="Calibri Light" w:eastAsia="Times New Roman" w:hAnsi="Calibri Light" w:cs="Times New Roman"/>
      <w:i/>
      <w:iCs/>
      <w:color w:val="1F3763"/>
    </w:rPr>
  </w:style>
  <w:style w:type="paragraph" w:styleId="Heading8">
    <w:name w:val="heading 8"/>
    <w:basedOn w:val="Normal"/>
    <w:next w:val="Normal"/>
    <w:link w:val="Heading8Char"/>
    <w:uiPriority w:val="9"/>
    <w:semiHidden/>
    <w:unhideWhenUsed/>
    <w:qFormat/>
    <w:rsid w:val="004C36E9"/>
    <w:pPr>
      <w:keepNext/>
      <w:keepLines/>
      <w:numPr>
        <w:ilvl w:val="7"/>
        <w:numId w:val="1"/>
      </w:numPr>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4C36E9"/>
    <w:pPr>
      <w:keepNext/>
      <w:keepLines/>
      <w:numPr>
        <w:ilvl w:val="8"/>
        <w:numId w:val="1"/>
      </w:numPr>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46BE"/>
    <w:pPr>
      <w:bidi w:val="0"/>
      <w:spacing w:before="100" w:beforeAutospacing="1" w:after="100" w:afterAutospacing="1"/>
    </w:pPr>
    <w:rPr>
      <w:rFonts w:eastAsia="Times New Roman" w:cs="Times New Roman"/>
      <w:szCs w:val="24"/>
      <w:lang w:bidi="ar-SA"/>
    </w:rPr>
  </w:style>
  <w:style w:type="character" w:customStyle="1" w:styleId="Heading2Char">
    <w:name w:val="Heading 2 Char"/>
    <w:aliases w:val="عنوان 2 Char"/>
    <w:link w:val="Heading2"/>
    <w:uiPriority w:val="9"/>
    <w:rsid w:val="007F6AA1"/>
    <w:rPr>
      <w:rFonts w:ascii="IRANSans" w:eastAsia="Calibri" w:hAnsi="IRANSans" w:cs="B Nazanin"/>
      <w:b/>
      <w:bCs/>
      <w:sz w:val="32"/>
      <w:szCs w:val="32"/>
      <w:lang w:bidi="fa-IR"/>
    </w:rPr>
  </w:style>
  <w:style w:type="paragraph" w:styleId="ListParagraph">
    <w:name w:val="List Paragraph"/>
    <w:basedOn w:val="Normal"/>
    <w:uiPriority w:val="34"/>
    <w:qFormat/>
    <w:rsid w:val="007F6AA1"/>
    <w:pPr>
      <w:widowControl/>
      <w:bidi w:val="0"/>
      <w:spacing w:after="200" w:line="276" w:lineRule="auto"/>
      <w:ind w:left="720" w:firstLine="0"/>
      <w:contextualSpacing/>
      <w:jc w:val="left"/>
    </w:pPr>
    <w:rPr>
      <w:rFonts w:ascii="Calibri" w:hAnsi="Calibri" w:cs="Arial"/>
      <w:sz w:val="22"/>
      <w:szCs w:val="22"/>
      <w:lang w:bidi="ar-SA"/>
    </w:rPr>
  </w:style>
  <w:style w:type="character" w:customStyle="1" w:styleId="Heading1Char">
    <w:name w:val="Heading 1 Char"/>
    <w:aliases w:val="عنوان 1 Char"/>
    <w:link w:val="Heading1"/>
    <w:uiPriority w:val="9"/>
    <w:rsid w:val="004C36E9"/>
    <w:rPr>
      <w:rFonts w:ascii="Calibri Light" w:eastAsia="Times New Roman" w:hAnsi="Calibri Light" w:cs="B Nazanin"/>
      <w:bCs/>
      <w:sz w:val="32"/>
      <w:szCs w:val="40"/>
      <w:lang w:bidi="fa-IR"/>
    </w:rPr>
  </w:style>
  <w:style w:type="character" w:customStyle="1" w:styleId="Heading3Char">
    <w:name w:val="Heading 3 Char"/>
    <w:aliases w:val="عنوان 3 Char"/>
    <w:link w:val="Heading3"/>
    <w:uiPriority w:val="9"/>
    <w:rsid w:val="004C36E9"/>
    <w:rPr>
      <w:rFonts w:ascii="Times New Roman Bold" w:eastAsia="Calibri" w:hAnsi="Times New Roman Bold" w:cs="B Nazanin"/>
      <w:b/>
      <w:bCs/>
      <w:sz w:val="26"/>
      <w:szCs w:val="32"/>
      <w:lang w:bidi="fa-IR"/>
    </w:rPr>
  </w:style>
  <w:style w:type="character" w:customStyle="1" w:styleId="Heading4Char">
    <w:name w:val="Heading 4 Char"/>
    <w:link w:val="Heading4"/>
    <w:uiPriority w:val="9"/>
    <w:rsid w:val="004C36E9"/>
    <w:rPr>
      <w:rFonts w:ascii="Times New Roman" w:eastAsia="Times New Roman" w:hAnsi="Times New Roman" w:cs="B Nazanin"/>
      <w:b/>
      <w:bCs/>
      <w:sz w:val="24"/>
      <w:szCs w:val="28"/>
      <w:lang w:bidi="fa-IR"/>
    </w:rPr>
  </w:style>
  <w:style w:type="character" w:customStyle="1" w:styleId="Heading5Char">
    <w:name w:val="Heading 5 Char"/>
    <w:link w:val="Heading5"/>
    <w:uiPriority w:val="9"/>
    <w:rsid w:val="004C36E9"/>
    <w:rPr>
      <w:rFonts w:ascii="Times New Roman" w:eastAsia="Times New Roman" w:hAnsi="Times New Roman" w:cs="B Nazanin"/>
      <w:spacing w:val="-2"/>
      <w:sz w:val="28"/>
      <w:szCs w:val="28"/>
      <w:lang w:bidi="fa-IR"/>
    </w:rPr>
  </w:style>
  <w:style w:type="character" w:customStyle="1" w:styleId="Heading6Char">
    <w:name w:val="Heading 6 Char"/>
    <w:link w:val="Heading6"/>
    <w:uiPriority w:val="9"/>
    <w:rsid w:val="004C36E9"/>
    <w:rPr>
      <w:rFonts w:ascii="Times New Roman" w:eastAsia="Times New Roman" w:hAnsi="Times New Roman" w:cs="B Nazanin"/>
      <w:b/>
      <w:bCs/>
      <w:sz w:val="24"/>
      <w:szCs w:val="28"/>
      <w:lang w:bidi="fa-IR"/>
    </w:rPr>
  </w:style>
  <w:style w:type="character" w:customStyle="1" w:styleId="Heading7Char">
    <w:name w:val="Heading 7 Char"/>
    <w:link w:val="Heading7"/>
    <w:uiPriority w:val="9"/>
    <w:semiHidden/>
    <w:rsid w:val="004C36E9"/>
    <w:rPr>
      <w:rFonts w:ascii="Calibri Light" w:eastAsia="Times New Roman" w:hAnsi="Calibri Light" w:cs="Times New Roman"/>
      <w:i/>
      <w:iCs/>
      <w:color w:val="1F3763"/>
      <w:sz w:val="24"/>
      <w:szCs w:val="28"/>
      <w:lang w:bidi="fa-IR"/>
    </w:rPr>
  </w:style>
  <w:style w:type="character" w:customStyle="1" w:styleId="Heading8Char">
    <w:name w:val="Heading 8 Char"/>
    <w:link w:val="Heading8"/>
    <w:uiPriority w:val="9"/>
    <w:semiHidden/>
    <w:rsid w:val="004C36E9"/>
    <w:rPr>
      <w:rFonts w:ascii="Calibri Light" w:eastAsia="Times New Roman" w:hAnsi="Calibri Light" w:cs="Times New Roman"/>
      <w:color w:val="272727"/>
      <w:sz w:val="21"/>
      <w:szCs w:val="21"/>
      <w:lang w:bidi="fa-IR"/>
    </w:rPr>
  </w:style>
  <w:style w:type="character" w:customStyle="1" w:styleId="Heading9Char">
    <w:name w:val="Heading 9 Char"/>
    <w:link w:val="Heading9"/>
    <w:uiPriority w:val="9"/>
    <w:semiHidden/>
    <w:rsid w:val="004C36E9"/>
    <w:rPr>
      <w:rFonts w:ascii="Calibri Light" w:eastAsia="Times New Roman" w:hAnsi="Calibri Light" w:cs="Times New Roman"/>
      <w:i/>
      <w:iCs/>
      <w:color w:val="272727"/>
      <w:sz w:val="21"/>
      <w:szCs w:val="21"/>
      <w:lang w:bidi="fa-IR"/>
    </w:rPr>
  </w:style>
  <w:style w:type="numbering" w:customStyle="1" w:styleId="NoList1">
    <w:name w:val="No List1"/>
    <w:next w:val="NoList"/>
    <w:uiPriority w:val="99"/>
    <w:semiHidden/>
    <w:unhideWhenUsed/>
    <w:rsid w:val="004C36E9"/>
  </w:style>
  <w:style w:type="character" w:styleId="Hyperlink">
    <w:name w:val="Hyperlink"/>
    <w:uiPriority w:val="99"/>
    <w:unhideWhenUsed/>
    <w:rsid w:val="004C36E9"/>
    <w:rPr>
      <w:color w:val="0000FF"/>
      <w:u w:val="single"/>
    </w:rPr>
  </w:style>
  <w:style w:type="paragraph" w:styleId="TOC2">
    <w:name w:val="toc 2"/>
    <w:basedOn w:val="Normal"/>
    <w:next w:val="Normal"/>
    <w:autoRedefine/>
    <w:uiPriority w:val="39"/>
    <w:rsid w:val="004C36E9"/>
    <w:pPr>
      <w:widowControl/>
      <w:tabs>
        <w:tab w:val="left" w:pos="475"/>
        <w:tab w:val="right" w:leader="dot" w:pos="7936"/>
      </w:tabs>
      <w:spacing w:after="0"/>
      <w:ind w:left="220" w:firstLine="0"/>
      <w:jc w:val="left"/>
    </w:pPr>
    <w:rPr>
      <w:rFonts w:ascii="B Nazanin" w:hAnsi="B Nazanin" w:cs="2  Lotus"/>
      <w:noProof/>
      <w:sz w:val="28"/>
      <w:lang w:bidi="ar-SA"/>
    </w:rPr>
  </w:style>
  <w:style w:type="paragraph" w:styleId="TOC1">
    <w:name w:val="toc 1"/>
    <w:basedOn w:val="Normal"/>
    <w:next w:val="Normal"/>
    <w:autoRedefine/>
    <w:uiPriority w:val="39"/>
    <w:rsid w:val="004C36E9"/>
    <w:pPr>
      <w:widowControl/>
      <w:tabs>
        <w:tab w:val="right" w:leader="dot" w:pos="8504"/>
      </w:tabs>
      <w:spacing w:after="0" w:line="276" w:lineRule="auto"/>
      <w:ind w:firstLine="0"/>
      <w:jc w:val="left"/>
    </w:pPr>
    <w:rPr>
      <w:rFonts w:ascii="B Nazanin" w:hAnsi="B Nazanin"/>
      <w:bCs/>
      <w:noProof/>
    </w:rPr>
  </w:style>
  <w:style w:type="paragraph" w:styleId="TOC3">
    <w:name w:val="toc 3"/>
    <w:basedOn w:val="Normal"/>
    <w:next w:val="Normal"/>
    <w:autoRedefine/>
    <w:uiPriority w:val="39"/>
    <w:rsid w:val="004C36E9"/>
    <w:pPr>
      <w:widowControl/>
      <w:bidi w:val="0"/>
      <w:spacing w:after="200" w:line="276" w:lineRule="auto"/>
      <w:ind w:left="440" w:firstLine="0"/>
      <w:jc w:val="left"/>
    </w:pPr>
    <w:rPr>
      <w:rFonts w:ascii="Calibri" w:hAnsi="Calibri" w:cs="Arial"/>
      <w:sz w:val="22"/>
      <w:szCs w:val="22"/>
      <w:lang w:bidi="ar-SA"/>
    </w:rPr>
  </w:style>
  <w:style w:type="character" w:styleId="Strong">
    <w:name w:val="Strong"/>
    <w:uiPriority w:val="22"/>
    <w:qFormat/>
    <w:rsid w:val="004C36E9"/>
    <w:rPr>
      <w:b/>
      <w:bCs/>
    </w:rPr>
  </w:style>
  <w:style w:type="character" w:customStyle="1" w:styleId="BalloonTextChar">
    <w:name w:val="Balloon Text Char"/>
    <w:link w:val="BalloonText"/>
    <w:uiPriority w:val="99"/>
    <w:semiHidden/>
    <w:rsid w:val="004C36E9"/>
    <w:rPr>
      <w:rFonts w:ascii="Tahoma" w:hAnsi="Tahoma" w:cs="Tahoma"/>
      <w:sz w:val="16"/>
      <w:szCs w:val="16"/>
    </w:rPr>
  </w:style>
  <w:style w:type="paragraph" w:styleId="BalloonText">
    <w:name w:val="Balloon Text"/>
    <w:basedOn w:val="Normal"/>
    <w:link w:val="BalloonTextChar"/>
    <w:uiPriority w:val="99"/>
    <w:semiHidden/>
    <w:unhideWhenUsed/>
    <w:rsid w:val="004C36E9"/>
    <w:pPr>
      <w:widowControl/>
      <w:bidi w:val="0"/>
      <w:spacing w:after="0"/>
      <w:ind w:firstLine="0"/>
      <w:jc w:val="left"/>
    </w:pPr>
    <w:rPr>
      <w:rFonts w:ascii="Tahoma" w:hAnsi="Tahoma" w:cs="Tahoma"/>
      <w:sz w:val="16"/>
      <w:szCs w:val="16"/>
      <w:lang w:bidi="ar-SA"/>
    </w:rPr>
  </w:style>
  <w:style w:type="character" w:customStyle="1" w:styleId="BalloonTextChar1">
    <w:name w:val="Balloon Text Char1"/>
    <w:uiPriority w:val="99"/>
    <w:semiHidden/>
    <w:rsid w:val="004C36E9"/>
    <w:rPr>
      <w:rFonts w:ascii="Segoe UI" w:eastAsia="Calibri" w:hAnsi="Segoe UI" w:cs="Segoe UI"/>
      <w:sz w:val="18"/>
      <w:szCs w:val="18"/>
      <w:lang w:bidi="fa-IR"/>
    </w:rPr>
  </w:style>
  <w:style w:type="table" w:styleId="TableGrid">
    <w:name w:val="Table Grid"/>
    <w:basedOn w:val="TableNormal"/>
    <w:uiPriority w:val="5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link w:val="CommentText"/>
    <w:uiPriority w:val="99"/>
    <w:semiHidden/>
    <w:rsid w:val="004C36E9"/>
  </w:style>
  <w:style w:type="paragraph" w:styleId="CommentText">
    <w:name w:val="annotation text"/>
    <w:basedOn w:val="Normal"/>
    <w:link w:val="CommentTextChar"/>
    <w:uiPriority w:val="99"/>
    <w:semiHidden/>
    <w:unhideWhenUsed/>
    <w:rsid w:val="004C36E9"/>
    <w:pPr>
      <w:widowControl/>
      <w:bidi w:val="0"/>
      <w:spacing w:after="200"/>
      <w:ind w:firstLine="0"/>
      <w:jc w:val="left"/>
    </w:pPr>
    <w:rPr>
      <w:rFonts w:ascii="Calibri" w:hAnsi="Calibri" w:cs="Arial"/>
      <w:sz w:val="22"/>
      <w:szCs w:val="22"/>
      <w:lang w:bidi="ar-SA"/>
    </w:rPr>
  </w:style>
  <w:style w:type="character" w:customStyle="1" w:styleId="CommentTextChar1">
    <w:name w:val="Comment Text Char1"/>
    <w:uiPriority w:val="99"/>
    <w:semiHidden/>
    <w:rsid w:val="004C36E9"/>
    <w:rPr>
      <w:rFonts w:ascii="Times New Roman" w:eastAsia="Calibri" w:hAnsi="Times New Roman" w:cs="B Nazanin"/>
      <w:sz w:val="20"/>
      <w:szCs w:val="20"/>
      <w:lang w:bidi="fa-IR"/>
    </w:rPr>
  </w:style>
  <w:style w:type="character" w:customStyle="1" w:styleId="HeaderChar">
    <w:name w:val="Header Char"/>
    <w:link w:val="Header"/>
    <w:uiPriority w:val="99"/>
    <w:rsid w:val="004C36E9"/>
    <w:rPr>
      <w:rFonts w:ascii="Calibri" w:eastAsia="Calibri" w:hAnsi="Calibri" w:cs="Arial"/>
    </w:rPr>
  </w:style>
  <w:style w:type="paragraph" w:styleId="Header">
    <w:name w:val="header"/>
    <w:basedOn w:val="Normal"/>
    <w:link w:val="HeaderChar"/>
    <w:uiPriority w:val="99"/>
    <w:unhideWhenUsed/>
    <w:rsid w:val="004C36E9"/>
    <w:pPr>
      <w:widowControl/>
      <w:tabs>
        <w:tab w:val="center" w:pos="4680"/>
        <w:tab w:val="right" w:pos="9360"/>
      </w:tabs>
      <w:bidi w:val="0"/>
      <w:spacing w:after="0"/>
      <w:ind w:firstLine="0"/>
      <w:jc w:val="left"/>
    </w:pPr>
    <w:rPr>
      <w:rFonts w:ascii="Calibri" w:hAnsi="Calibri" w:cs="Arial"/>
      <w:sz w:val="22"/>
      <w:szCs w:val="22"/>
      <w:lang w:bidi="ar-SA"/>
    </w:rPr>
  </w:style>
  <w:style w:type="character" w:customStyle="1" w:styleId="HeaderChar1">
    <w:name w:val="Header Char1"/>
    <w:uiPriority w:val="99"/>
    <w:semiHidden/>
    <w:rsid w:val="004C36E9"/>
    <w:rPr>
      <w:rFonts w:ascii="Times New Roman" w:eastAsia="Calibri" w:hAnsi="Times New Roman" w:cs="B Nazanin"/>
      <w:sz w:val="24"/>
      <w:szCs w:val="28"/>
      <w:lang w:bidi="fa-IR"/>
    </w:rPr>
  </w:style>
  <w:style w:type="character" w:customStyle="1" w:styleId="FooterChar">
    <w:name w:val="Footer Char"/>
    <w:link w:val="Footer"/>
    <w:uiPriority w:val="99"/>
    <w:rsid w:val="004C36E9"/>
    <w:rPr>
      <w:rFonts w:ascii="Calibri" w:eastAsia="Calibri" w:hAnsi="Calibri" w:cs="Arial"/>
    </w:rPr>
  </w:style>
  <w:style w:type="paragraph" w:styleId="Footer">
    <w:name w:val="footer"/>
    <w:basedOn w:val="Normal"/>
    <w:link w:val="FooterChar"/>
    <w:uiPriority w:val="99"/>
    <w:unhideWhenUsed/>
    <w:rsid w:val="004C36E9"/>
    <w:pPr>
      <w:widowControl/>
      <w:tabs>
        <w:tab w:val="center" w:pos="4680"/>
        <w:tab w:val="right" w:pos="9360"/>
      </w:tabs>
      <w:bidi w:val="0"/>
      <w:spacing w:after="0"/>
      <w:ind w:firstLine="0"/>
      <w:jc w:val="left"/>
    </w:pPr>
    <w:rPr>
      <w:rFonts w:ascii="Calibri" w:hAnsi="Calibri" w:cs="Arial"/>
      <w:sz w:val="22"/>
      <w:szCs w:val="22"/>
      <w:lang w:bidi="ar-SA"/>
    </w:rPr>
  </w:style>
  <w:style w:type="character" w:customStyle="1" w:styleId="FooterChar1">
    <w:name w:val="Footer Char1"/>
    <w:uiPriority w:val="99"/>
    <w:semiHidden/>
    <w:rsid w:val="004C36E9"/>
    <w:rPr>
      <w:rFonts w:ascii="Times New Roman" w:eastAsia="Calibri" w:hAnsi="Times New Roman" w:cs="B Nazanin"/>
      <w:sz w:val="24"/>
      <w:szCs w:val="28"/>
      <w:lang w:bidi="fa-IR"/>
    </w:rPr>
  </w:style>
  <w:style w:type="character" w:customStyle="1" w:styleId="FootnoteTextChar">
    <w:name w:val="Footnote Text Char"/>
    <w:basedOn w:val="DefaultParagraphFont"/>
    <w:link w:val="FootnoteText"/>
    <w:uiPriority w:val="99"/>
    <w:rsid w:val="004C36E9"/>
  </w:style>
  <w:style w:type="paragraph" w:styleId="FootnoteText">
    <w:name w:val="footnote text"/>
    <w:basedOn w:val="Normal"/>
    <w:link w:val="FootnoteTextChar"/>
    <w:uiPriority w:val="99"/>
    <w:rsid w:val="004C36E9"/>
    <w:pPr>
      <w:widowControl/>
      <w:spacing w:after="0"/>
      <w:ind w:firstLine="0"/>
      <w:jc w:val="left"/>
    </w:pPr>
    <w:rPr>
      <w:rFonts w:ascii="Calibri" w:hAnsi="Calibri" w:cs="Arial"/>
      <w:sz w:val="22"/>
      <w:szCs w:val="22"/>
      <w:lang w:bidi="ar-SA"/>
    </w:rPr>
  </w:style>
  <w:style w:type="character" w:customStyle="1" w:styleId="FootnoteTextChar1">
    <w:name w:val="Footnote Text Char1"/>
    <w:uiPriority w:val="99"/>
    <w:semiHidden/>
    <w:rsid w:val="004C36E9"/>
    <w:rPr>
      <w:rFonts w:ascii="Times New Roman" w:eastAsia="Calibri" w:hAnsi="Times New Roman" w:cs="B Nazanin"/>
      <w:sz w:val="20"/>
      <w:szCs w:val="20"/>
      <w:lang w:bidi="fa-IR"/>
    </w:rPr>
  </w:style>
  <w:style w:type="character" w:customStyle="1" w:styleId="CommentSubjectChar">
    <w:name w:val="Comment Subject Char"/>
    <w:link w:val="CommentSubject"/>
    <w:uiPriority w:val="99"/>
    <w:semiHidden/>
    <w:rsid w:val="004C36E9"/>
    <w:rPr>
      <w:b/>
      <w:bCs/>
    </w:rPr>
  </w:style>
  <w:style w:type="paragraph" w:styleId="CommentSubject">
    <w:name w:val="annotation subject"/>
    <w:basedOn w:val="CommentText"/>
    <w:next w:val="CommentText"/>
    <w:link w:val="CommentSubjectChar"/>
    <w:uiPriority w:val="99"/>
    <w:semiHidden/>
    <w:unhideWhenUsed/>
    <w:rsid w:val="004C36E9"/>
    <w:rPr>
      <w:b/>
      <w:bCs/>
    </w:rPr>
  </w:style>
  <w:style w:type="character" w:customStyle="1" w:styleId="CommentSubjectChar1">
    <w:name w:val="Comment Subject Char1"/>
    <w:uiPriority w:val="99"/>
    <w:semiHidden/>
    <w:rsid w:val="004C36E9"/>
    <w:rPr>
      <w:rFonts w:ascii="Times New Roman" w:eastAsia="Calibri" w:hAnsi="Times New Roman" w:cs="B Nazanin"/>
      <w:b/>
      <w:bCs/>
      <w:sz w:val="20"/>
      <w:szCs w:val="20"/>
      <w:lang w:bidi="fa-IR"/>
    </w:rPr>
  </w:style>
  <w:style w:type="character" w:styleId="SubtleEmphasis">
    <w:name w:val="Subtle Emphasis"/>
    <w:aliases w:val="شعر"/>
    <w:uiPriority w:val="19"/>
    <w:qFormat/>
    <w:rsid w:val="004C36E9"/>
    <w:rPr>
      <w:i/>
      <w:iCs/>
      <w:color w:val="808080"/>
    </w:rPr>
  </w:style>
  <w:style w:type="character" w:styleId="Emphasis">
    <w:name w:val="Emphasis"/>
    <w:uiPriority w:val="20"/>
    <w:qFormat/>
    <w:rsid w:val="004C36E9"/>
    <w:rPr>
      <w:i/>
      <w:iCs/>
    </w:rPr>
  </w:style>
  <w:style w:type="character" w:customStyle="1" w:styleId="PlainTextChar">
    <w:name w:val="Plain Text Char"/>
    <w:link w:val="PlainText"/>
    <w:rsid w:val="004C36E9"/>
    <w:rPr>
      <w:rFonts w:ascii="Courier New" w:hAnsi="Courier New" w:cs="Courier New"/>
    </w:rPr>
  </w:style>
  <w:style w:type="paragraph" w:styleId="PlainText">
    <w:name w:val="Plain Text"/>
    <w:basedOn w:val="Normal"/>
    <w:link w:val="PlainTextChar"/>
    <w:rsid w:val="004C36E9"/>
    <w:pPr>
      <w:widowControl/>
      <w:bidi w:val="0"/>
      <w:spacing w:after="0"/>
      <w:ind w:firstLine="0"/>
      <w:jc w:val="left"/>
    </w:pPr>
    <w:rPr>
      <w:rFonts w:ascii="Courier New" w:hAnsi="Courier New" w:cs="Courier New"/>
      <w:sz w:val="22"/>
      <w:szCs w:val="22"/>
      <w:lang w:bidi="ar-SA"/>
    </w:rPr>
  </w:style>
  <w:style w:type="character" w:customStyle="1" w:styleId="PlainTextChar1">
    <w:name w:val="Plain Text Char1"/>
    <w:uiPriority w:val="99"/>
    <w:semiHidden/>
    <w:rsid w:val="004C36E9"/>
    <w:rPr>
      <w:rFonts w:ascii="Consolas" w:eastAsia="Calibri" w:hAnsi="Consolas" w:cs="B Nazanin"/>
      <w:sz w:val="21"/>
      <w:szCs w:val="21"/>
      <w:lang w:bidi="fa-IR"/>
    </w:rPr>
  </w:style>
  <w:style w:type="paragraph" w:styleId="NoSpacing">
    <w:name w:val="No Spacing"/>
    <w:link w:val="NoSpacingChar"/>
    <w:uiPriority w:val="1"/>
    <w:qFormat/>
    <w:rsid w:val="004C36E9"/>
    <w:rPr>
      <w:sz w:val="22"/>
      <w:szCs w:val="22"/>
    </w:rPr>
  </w:style>
  <w:style w:type="character" w:styleId="IntenseReference">
    <w:name w:val="Intense Reference"/>
    <w:uiPriority w:val="32"/>
    <w:qFormat/>
    <w:rsid w:val="004C36E9"/>
    <w:rPr>
      <w:b/>
      <w:bCs/>
      <w:smallCaps/>
      <w:color w:val="C0504D"/>
      <w:spacing w:val="5"/>
      <w:u w:val="single"/>
    </w:rPr>
  </w:style>
  <w:style w:type="paragraph" w:styleId="HTMLAddress">
    <w:name w:val="HTML Address"/>
    <w:basedOn w:val="Normal"/>
    <w:link w:val="HTMLAddressChar"/>
    <w:uiPriority w:val="99"/>
    <w:semiHidden/>
    <w:unhideWhenUsed/>
    <w:rsid w:val="004C36E9"/>
    <w:pPr>
      <w:widowControl/>
      <w:bidi w:val="0"/>
      <w:spacing w:after="0"/>
      <w:ind w:firstLine="0"/>
      <w:jc w:val="left"/>
    </w:pPr>
    <w:rPr>
      <w:rFonts w:eastAsia="Times New Roman" w:cs="Times New Roman"/>
      <w:i/>
      <w:iCs/>
      <w:szCs w:val="24"/>
      <w:lang w:bidi="ar-SA"/>
    </w:rPr>
  </w:style>
  <w:style w:type="character" w:customStyle="1" w:styleId="HTMLAddressChar">
    <w:name w:val="HTML Address Char"/>
    <w:link w:val="HTMLAddress"/>
    <w:uiPriority w:val="99"/>
    <w:semiHidden/>
    <w:rsid w:val="004C36E9"/>
    <w:rPr>
      <w:rFonts w:ascii="Times New Roman" w:eastAsia="Times New Roman" w:hAnsi="Times New Roman" w:cs="Times New Roman"/>
      <w:i/>
      <w:iCs/>
      <w:sz w:val="24"/>
      <w:szCs w:val="24"/>
    </w:rPr>
  </w:style>
  <w:style w:type="table" w:customStyle="1" w:styleId="TableGrid1">
    <w:name w:val="Table Grid1"/>
    <w:basedOn w:val="TableNormal"/>
    <w:next w:val="TableGrid"/>
    <w:uiPriority w:val="3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Emphasis">
    <w:name w:val="Intense Emphasis"/>
    <w:uiPriority w:val="21"/>
    <w:qFormat/>
    <w:rsid w:val="004C36E9"/>
    <w:rPr>
      <w:i/>
      <w:iCs/>
      <w:color w:val="4472C4"/>
    </w:rPr>
  </w:style>
  <w:style w:type="table" w:customStyle="1" w:styleId="TableGrid4">
    <w:name w:val="Table Grid4"/>
    <w:basedOn w:val="TableNormal"/>
    <w:next w:val="TableGrid"/>
    <w:uiPriority w:val="9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rticle-meta">
    <w:name w:val="article-meta"/>
    <w:basedOn w:val="DefaultParagraphFont"/>
    <w:rsid w:val="004C36E9"/>
  </w:style>
  <w:style w:type="character" w:customStyle="1" w:styleId="apple-converted-space">
    <w:name w:val="apple-converted-space"/>
    <w:basedOn w:val="DefaultParagraphFont"/>
    <w:rsid w:val="004C36E9"/>
  </w:style>
  <w:style w:type="character" w:customStyle="1" w:styleId="pull-left">
    <w:name w:val="pull-left"/>
    <w:basedOn w:val="DefaultParagraphFont"/>
    <w:rsid w:val="004C36E9"/>
  </w:style>
  <w:style w:type="paragraph" w:customStyle="1" w:styleId="col-xs-11">
    <w:name w:val="col-xs-11"/>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customStyle="1" w:styleId="text-info">
    <w:name w:val="text-info"/>
    <w:basedOn w:val="DefaultParagraphFont"/>
    <w:rsid w:val="004C36E9"/>
  </w:style>
  <w:style w:type="character" w:customStyle="1" w:styleId="apple-style-span">
    <w:name w:val="apple-style-span"/>
    <w:basedOn w:val="DefaultParagraphFont"/>
    <w:rsid w:val="004C36E9"/>
  </w:style>
  <w:style w:type="paragraph" w:customStyle="1" w:styleId="bn">
    <w:name w:val="bn"/>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paragraph" w:customStyle="1" w:styleId="b1">
    <w:name w:val="b1"/>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styleId="FootnoteReference">
    <w:name w:val="footnote reference"/>
    <w:aliases w:val="مرجع پا ورقی,مرجع پاورقي,شماره زيرنويس,مرجع پاورقی,پاورق,پاورقیی,شماره پاورقیی,Footnoote,Footnote Reference*"/>
    <w:uiPriority w:val="99"/>
    <w:qFormat/>
    <w:rsid w:val="004C36E9"/>
    <w:rPr>
      <w:vertAlign w:val="superscript"/>
    </w:rPr>
  </w:style>
  <w:style w:type="character" w:customStyle="1" w:styleId="st1">
    <w:name w:val="st1"/>
    <w:basedOn w:val="DefaultParagraphFont"/>
    <w:rsid w:val="004C36E9"/>
  </w:style>
  <w:style w:type="paragraph" w:customStyle="1" w:styleId="b">
    <w:name w:val="b"/>
    <w:basedOn w:val="Normal"/>
    <w:rsid w:val="004C36E9"/>
    <w:pPr>
      <w:widowControl/>
      <w:bidi w:val="0"/>
      <w:spacing w:before="150" w:after="105"/>
      <w:ind w:firstLine="0"/>
      <w:jc w:val="right"/>
    </w:pPr>
    <w:rPr>
      <w:rFonts w:ascii="Tahoma" w:eastAsia="Times New Roman" w:hAnsi="Tahoma" w:cs="Tahoma"/>
      <w:color w:val="0000FF"/>
      <w:sz w:val="17"/>
      <w:szCs w:val="17"/>
      <w:lang w:bidi="ar-SA"/>
    </w:rPr>
  </w:style>
  <w:style w:type="character" w:customStyle="1" w:styleId="pzam1">
    <w:name w:val="p_zam1"/>
    <w:basedOn w:val="DefaultParagraphFont"/>
    <w:rsid w:val="004C36E9"/>
  </w:style>
  <w:style w:type="character" w:customStyle="1" w:styleId="pzam2">
    <w:name w:val="p_zam2"/>
    <w:rsid w:val="004C36E9"/>
    <w:rPr>
      <w:rFonts w:ascii="Tahoma" w:hAnsi="Tahoma" w:cs="Tahoma" w:hint="default"/>
      <w:sz w:val="15"/>
      <w:szCs w:val="15"/>
      <w:rtl/>
    </w:rPr>
  </w:style>
  <w:style w:type="character" w:customStyle="1" w:styleId="hlight">
    <w:name w:val="hlight"/>
    <w:basedOn w:val="DefaultParagraphFont"/>
    <w:rsid w:val="004C36E9"/>
  </w:style>
  <w:style w:type="character" w:customStyle="1" w:styleId="search-highlight">
    <w:name w:val="search-highlight"/>
    <w:basedOn w:val="DefaultParagraphFont"/>
    <w:rsid w:val="004C36E9"/>
  </w:style>
  <w:style w:type="character" w:customStyle="1" w:styleId="beyt">
    <w:name w:val="beyt"/>
    <w:basedOn w:val="DefaultParagraphFont"/>
    <w:rsid w:val="004C36E9"/>
  </w:style>
  <w:style w:type="character" w:customStyle="1" w:styleId="beyt1">
    <w:name w:val="beyt1"/>
    <w:basedOn w:val="DefaultParagraphFont"/>
    <w:rsid w:val="004C36E9"/>
  </w:style>
  <w:style w:type="character" w:styleId="PageNumber">
    <w:name w:val="page number"/>
    <w:basedOn w:val="DefaultParagraphFont"/>
    <w:rsid w:val="004C36E9"/>
  </w:style>
  <w:style w:type="paragraph" w:styleId="TOC4">
    <w:name w:val="toc 4"/>
    <w:basedOn w:val="Normal"/>
    <w:next w:val="Normal"/>
    <w:autoRedefine/>
    <w:uiPriority w:val="39"/>
    <w:unhideWhenUsed/>
    <w:rsid w:val="004C36E9"/>
    <w:pPr>
      <w:widowControl/>
      <w:spacing w:after="100" w:line="276" w:lineRule="auto"/>
      <w:ind w:left="660" w:firstLine="0"/>
      <w:jc w:val="left"/>
    </w:pPr>
    <w:rPr>
      <w:rFonts w:ascii="Calibri" w:eastAsia="Times New Roman" w:hAnsi="Calibri" w:cs="Arial"/>
      <w:sz w:val="22"/>
      <w:szCs w:val="22"/>
    </w:rPr>
  </w:style>
  <w:style w:type="paragraph" w:styleId="TOC5">
    <w:name w:val="toc 5"/>
    <w:basedOn w:val="Normal"/>
    <w:next w:val="Normal"/>
    <w:autoRedefine/>
    <w:uiPriority w:val="39"/>
    <w:unhideWhenUsed/>
    <w:rsid w:val="004C36E9"/>
    <w:pPr>
      <w:widowControl/>
      <w:spacing w:after="100" w:line="276" w:lineRule="auto"/>
      <w:ind w:left="880" w:firstLine="0"/>
      <w:jc w:val="left"/>
    </w:pPr>
    <w:rPr>
      <w:rFonts w:ascii="Calibri" w:eastAsia="Times New Roman" w:hAnsi="Calibri" w:cs="Arial"/>
      <w:sz w:val="22"/>
      <w:szCs w:val="22"/>
    </w:rPr>
  </w:style>
  <w:style w:type="paragraph" w:styleId="TOC6">
    <w:name w:val="toc 6"/>
    <w:basedOn w:val="Normal"/>
    <w:next w:val="Normal"/>
    <w:autoRedefine/>
    <w:uiPriority w:val="39"/>
    <w:unhideWhenUsed/>
    <w:rsid w:val="004C36E9"/>
    <w:pPr>
      <w:widowControl/>
      <w:spacing w:after="100" w:line="276" w:lineRule="auto"/>
      <w:ind w:left="1100" w:firstLine="0"/>
      <w:jc w:val="left"/>
    </w:pPr>
    <w:rPr>
      <w:rFonts w:ascii="Calibri" w:eastAsia="Times New Roman" w:hAnsi="Calibri" w:cs="Arial"/>
      <w:sz w:val="22"/>
      <w:szCs w:val="22"/>
    </w:rPr>
  </w:style>
  <w:style w:type="paragraph" w:styleId="TOC7">
    <w:name w:val="toc 7"/>
    <w:basedOn w:val="Normal"/>
    <w:next w:val="Normal"/>
    <w:autoRedefine/>
    <w:uiPriority w:val="39"/>
    <w:unhideWhenUsed/>
    <w:rsid w:val="004C36E9"/>
    <w:pPr>
      <w:widowControl/>
      <w:spacing w:after="100" w:line="276" w:lineRule="auto"/>
      <w:ind w:left="1320" w:firstLine="0"/>
      <w:jc w:val="left"/>
    </w:pPr>
    <w:rPr>
      <w:rFonts w:ascii="Calibri" w:eastAsia="Times New Roman" w:hAnsi="Calibri" w:cs="Arial"/>
      <w:sz w:val="22"/>
      <w:szCs w:val="22"/>
    </w:rPr>
  </w:style>
  <w:style w:type="paragraph" w:styleId="TOC8">
    <w:name w:val="toc 8"/>
    <w:basedOn w:val="Normal"/>
    <w:next w:val="Normal"/>
    <w:autoRedefine/>
    <w:uiPriority w:val="39"/>
    <w:unhideWhenUsed/>
    <w:rsid w:val="004C36E9"/>
    <w:pPr>
      <w:widowControl/>
      <w:spacing w:after="100" w:line="276" w:lineRule="auto"/>
      <w:ind w:left="1540" w:firstLine="0"/>
      <w:jc w:val="left"/>
    </w:pPr>
    <w:rPr>
      <w:rFonts w:ascii="Calibri" w:eastAsia="Times New Roman" w:hAnsi="Calibri" w:cs="Arial"/>
      <w:sz w:val="22"/>
      <w:szCs w:val="22"/>
    </w:rPr>
  </w:style>
  <w:style w:type="paragraph" w:styleId="TOC9">
    <w:name w:val="toc 9"/>
    <w:basedOn w:val="Normal"/>
    <w:next w:val="Normal"/>
    <w:autoRedefine/>
    <w:uiPriority w:val="39"/>
    <w:unhideWhenUsed/>
    <w:rsid w:val="004C36E9"/>
    <w:pPr>
      <w:widowControl/>
      <w:spacing w:after="100" w:line="276" w:lineRule="auto"/>
      <w:ind w:left="1760" w:firstLine="0"/>
      <w:jc w:val="left"/>
    </w:pPr>
    <w:rPr>
      <w:rFonts w:ascii="Calibri" w:eastAsia="Times New Roman" w:hAnsi="Calibri" w:cs="Arial"/>
      <w:sz w:val="22"/>
      <w:szCs w:val="22"/>
    </w:rPr>
  </w:style>
  <w:style w:type="character" w:customStyle="1" w:styleId="hps">
    <w:name w:val="hps"/>
    <w:rsid w:val="004C36E9"/>
  </w:style>
  <w:style w:type="character" w:customStyle="1" w:styleId="hilite">
    <w:name w:val="hilite"/>
    <w:basedOn w:val="DefaultParagraphFont"/>
    <w:rsid w:val="004C36E9"/>
  </w:style>
  <w:style w:type="character" w:customStyle="1" w:styleId="highlight">
    <w:name w:val="highlight"/>
    <w:basedOn w:val="DefaultParagraphFont"/>
    <w:rsid w:val="004C36E9"/>
  </w:style>
  <w:style w:type="character" w:customStyle="1" w:styleId="hl">
    <w:name w:val="hl"/>
    <w:basedOn w:val="DefaultParagraphFont"/>
    <w:rsid w:val="004C36E9"/>
  </w:style>
  <w:style w:type="paragraph" w:customStyle="1" w:styleId="author">
    <w:name w:val="author"/>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styleId="CommentReference">
    <w:name w:val="annotation reference"/>
    <w:uiPriority w:val="99"/>
    <w:semiHidden/>
    <w:unhideWhenUsed/>
    <w:rsid w:val="004C36E9"/>
    <w:rPr>
      <w:sz w:val="16"/>
      <w:szCs w:val="16"/>
    </w:rPr>
  </w:style>
  <w:style w:type="character" w:styleId="FollowedHyperlink">
    <w:name w:val="FollowedHyperlink"/>
    <w:uiPriority w:val="99"/>
    <w:semiHidden/>
    <w:unhideWhenUsed/>
    <w:rsid w:val="004C36E9"/>
    <w:rPr>
      <w:color w:val="954F72"/>
      <w:u w:val="single"/>
    </w:rPr>
  </w:style>
  <w:style w:type="character" w:customStyle="1" w:styleId="fontstyle01">
    <w:name w:val="fontstyle01"/>
    <w:rsid w:val="004C36E9"/>
    <w:rPr>
      <w:rFonts w:ascii="BookAntiqua" w:hAnsi="BookAntiqua" w:hint="default"/>
      <w:b w:val="0"/>
      <w:bCs w:val="0"/>
      <w:i w:val="0"/>
      <w:iCs w:val="0"/>
      <w:color w:val="242021"/>
      <w:sz w:val="18"/>
      <w:szCs w:val="18"/>
    </w:rPr>
  </w:style>
  <w:style w:type="character" w:customStyle="1" w:styleId="fontstyle21">
    <w:name w:val="fontstyle21"/>
    <w:rsid w:val="004C36E9"/>
    <w:rPr>
      <w:rFonts w:ascii="BookAntiqua-Italic" w:hAnsi="BookAntiqua-Italic" w:hint="default"/>
      <w:b w:val="0"/>
      <w:bCs w:val="0"/>
      <w:i/>
      <w:iCs/>
      <w:color w:val="242021"/>
      <w:sz w:val="18"/>
      <w:szCs w:val="18"/>
    </w:rPr>
  </w:style>
  <w:style w:type="paragraph" w:customStyle="1" w:styleId="article-creator">
    <w:name w:val="article-creator"/>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customStyle="1" w:styleId="fo2">
    <w:name w:val="fo2"/>
    <w:basedOn w:val="DefaultParagraphFont"/>
    <w:rsid w:val="004C36E9"/>
  </w:style>
  <w:style w:type="character" w:customStyle="1" w:styleId="fo3">
    <w:name w:val="fo3"/>
    <w:basedOn w:val="DefaultParagraphFont"/>
    <w:rsid w:val="004C36E9"/>
  </w:style>
  <w:style w:type="table" w:customStyle="1" w:styleId="TableGrid6">
    <w:name w:val="Table Grid6"/>
    <w:basedOn w:val="TableNormal"/>
    <w:next w:val="TableGrid"/>
    <w:uiPriority w:val="9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NoSpacing"/>
    <w:uiPriority w:val="1"/>
    <w:locked/>
    <w:rsid w:val="004C36E9"/>
    <w:rPr>
      <w:rFonts w:ascii="Calibri" w:eastAsia="Calibri" w:hAnsi="Calibri" w:cs="Arial"/>
    </w:rPr>
  </w:style>
  <w:style w:type="character" w:customStyle="1" w:styleId="y2iqfc">
    <w:name w:val="y2iqfc"/>
    <w:rsid w:val="004C36E9"/>
  </w:style>
  <w:style w:type="character" w:styleId="BookTitle">
    <w:name w:val="Book Title"/>
    <w:uiPriority w:val="33"/>
    <w:qFormat/>
    <w:rsid w:val="004C36E9"/>
    <w:rPr>
      <w:b/>
      <w:bCs/>
      <w:i/>
      <w:iCs/>
      <w:spacing w:val="5"/>
    </w:rPr>
  </w:style>
  <w:style w:type="paragraph" w:styleId="EndnoteText">
    <w:name w:val="endnote text"/>
    <w:basedOn w:val="Normal"/>
    <w:link w:val="EndnoteTextChar"/>
    <w:uiPriority w:val="99"/>
    <w:unhideWhenUsed/>
    <w:rsid w:val="003D7383"/>
    <w:pPr>
      <w:widowControl/>
      <w:bidi w:val="0"/>
      <w:spacing w:after="0"/>
      <w:ind w:firstLine="0"/>
      <w:jc w:val="left"/>
    </w:pPr>
    <w:rPr>
      <w:rFonts w:asciiTheme="minorHAnsi" w:eastAsiaTheme="minorHAnsi" w:hAnsiTheme="minorHAnsi" w:cstheme="minorBidi"/>
      <w:sz w:val="20"/>
      <w:szCs w:val="20"/>
      <w:lang w:bidi="ar-SA"/>
    </w:rPr>
  </w:style>
  <w:style w:type="character" w:customStyle="1" w:styleId="EndnoteTextChar">
    <w:name w:val="Endnote Text Char"/>
    <w:basedOn w:val="DefaultParagraphFont"/>
    <w:link w:val="EndnoteText"/>
    <w:uiPriority w:val="99"/>
    <w:rsid w:val="003D738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D7383"/>
    <w:rPr>
      <w:vertAlign w:val="superscript"/>
    </w:rPr>
  </w:style>
  <w:style w:type="character" w:customStyle="1" w:styleId="HTMLTypewriter3">
    <w:name w:val="HTML Typewriter3"/>
    <w:rsid w:val="0024243A"/>
    <w:rPr>
      <w:rFonts w:ascii="Courier New" w:eastAsia="Times New Roman" w:hAnsi="Courier New" w:cs="Courier New"/>
      <w:sz w:val="20"/>
      <w:szCs w:val="20"/>
    </w:rPr>
  </w:style>
  <w:style w:type="paragraph" w:styleId="Caption">
    <w:name w:val="caption"/>
    <w:basedOn w:val="Normal"/>
    <w:next w:val="Normal"/>
    <w:uiPriority w:val="35"/>
    <w:unhideWhenUsed/>
    <w:qFormat/>
    <w:rsid w:val="0024243A"/>
    <w:pPr>
      <w:widowControl/>
      <w:spacing w:after="200"/>
    </w:pPr>
    <w:rPr>
      <w:rFonts w:eastAsiaTheme="minorHAnsi" w:cs="B Lotus"/>
      <w:i/>
      <w:iCs/>
      <w:color w:val="44546A" w:themeColor="text2"/>
      <w:sz w:val="18"/>
      <w:szCs w:val="18"/>
    </w:rPr>
  </w:style>
  <w:style w:type="paragraph" w:styleId="Subtitle">
    <w:name w:val="Subtitle"/>
    <w:aliases w:val="تصویر و جدول"/>
    <w:basedOn w:val="Caption"/>
    <w:next w:val="Normal"/>
    <w:link w:val="SubtitleChar"/>
    <w:uiPriority w:val="11"/>
    <w:qFormat/>
    <w:rsid w:val="0024243A"/>
    <w:pPr>
      <w:spacing w:after="0"/>
      <w:ind w:firstLine="0"/>
      <w:jc w:val="center"/>
    </w:pPr>
    <w:rPr>
      <w:b/>
      <w:bCs/>
      <w:i w:val="0"/>
      <w:iCs w:val="0"/>
      <w:noProof/>
      <w:color w:val="auto"/>
      <w:szCs w:val="20"/>
    </w:rPr>
  </w:style>
  <w:style w:type="character" w:customStyle="1" w:styleId="SubtitleChar">
    <w:name w:val="Subtitle Char"/>
    <w:aliases w:val="تصویر و جدول Char"/>
    <w:basedOn w:val="DefaultParagraphFont"/>
    <w:link w:val="Subtitle"/>
    <w:uiPriority w:val="11"/>
    <w:rsid w:val="0024243A"/>
    <w:rPr>
      <w:rFonts w:ascii="Times New Roman" w:eastAsiaTheme="minorHAnsi" w:hAnsi="Times New Roman" w:cs="B Lotus"/>
      <w:b/>
      <w:bCs/>
      <w:noProof/>
      <w:sz w:val="18"/>
      <w:lang w:bidi="fa-IR"/>
    </w:rPr>
  </w:style>
  <w:style w:type="paragraph" w:styleId="Title">
    <w:name w:val="Title"/>
    <w:aliases w:val="عنوان مقاله"/>
    <w:basedOn w:val="Heading1"/>
    <w:next w:val="Normal"/>
    <w:link w:val="TitleChar"/>
    <w:uiPriority w:val="10"/>
    <w:qFormat/>
    <w:rsid w:val="0024243A"/>
    <w:pPr>
      <w:widowControl/>
      <w:numPr>
        <w:numId w:val="0"/>
      </w:numPr>
      <w:spacing w:before="40" w:after="40"/>
      <w:ind w:left="-58"/>
      <w:jc w:val="center"/>
    </w:pPr>
    <w:rPr>
      <w:rFonts w:ascii="Times New Roman" w:eastAsiaTheme="majorEastAsia" w:hAnsi="Times New Roman" w:cs="B Titr"/>
      <w:b/>
      <w:sz w:val="24"/>
      <w:szCs w:val="24"/>
    </w:rPr>
  </w:style>
  <w:style w:type="character" w:customStyle="1" w:styleId="TitleChar">
    <w:name w:val="Title Char"/>
    <w:aliases w:val="عنوان مقاله Char"/>
    <w:basedOn w:val="DefaultParagraphFont"/>
    <w:link w:val="Title"/>
    <w:uiPriority w:val="10"/>
    <w:rsid w:val="0024243A"/>
    <w:rPr>
      <w:rFonts w:ascii="Times New Roman" w:eastAsiaTheme="majorEastAsia" w:hAnsi="Times New Roman" w:cs="B Titr"/>
      <w:b/>
      <w:bCs/>
      <w:sz w:val="24"/>
      <w:szCs w:val="24"/>
      <w:lang w:bidi="fa-IR"/>
    </w:rPr>
  </w:style>
  <w:style w:type="character" w:styleId="SubtleReference">
    <w:name w:val="Subtle Reference"/>
    <w:aliases w:val="زیرنویس"/>
    <w:uiPriority w:val="31"/>
    <w:qFormat/>
    <w:rsid w:val="0024243A"/>
  </w:style>
  <w:style w:type="character" w:customStyle="1" w:styleId="shorttext">
    <w:name w:val="short_text"/>
    <w:basedOn w:val="DefaultParagraphFont"/>
    <w:rsid w:val="0024243A"/>
  </w:style>
  <w:style w:type="paragraph" w:styleId="List">
    <w:name w:val="List"/>
    <w:basedOn w:val="Normal"/>
    <w:uiPriority w:val="99"/>
    <w:unhideWhenUsed/>
    <w:rsid w:val="00B53B4E"/>
    <w:pPr>
      <w:widowControl/>
      <w:spacing w:line="259" w:lineRule="auto"/>
      <w:ind w:left="360" w:hanging="360"/>
      <w:contextualSpacing/>
    </w:pPr>
    <w:rPr>
      <w:rFonts w:asciiTheme="minorHAnsi" w:eastAsiaTheme="minorHAnsi" w:hAnsiTheme="minorHAnsi" w:cstheme="minorBidi"/>
      <w:sz w:val="22"/>
      <w:szCs w:val="22"/>
    </w:rPr>
  </w:style>
  <w:style w:type="paragraph" w:styleId="ListContinue">
    <w:name w:val="List Continue"/>
    <w:basedOn w:val="Normal"/>
    <w:uiPriority w:val="99"/>
    <w:unhideWhenUsed/>
    <w:rsid w:val="00B53B4E"/>
    <w:pPr>
      <w:widowControl/>
      <w:spacing w:after="120" w:line="259" w:lineRule="auto"/>
      <w:ind w:left="360" w:firstLine="0"/>
      <w:contextualSpacing/>
    </w:pPr>
    <w:rPr>
      <w:rFonts w:asciiTheme="minorHAnsi" w:eastAsiaTheme="minorHAnsi" w:hAnsiTheme="minorHAnsi" w:cstheme="minorBidi"/>
      <w:sz w:val="22"/>
      <w:szCs w:val="22"/>
    </w:rPr>
  </w:style>
  <w:style w:type="paragraph" w:styleId="BodyText">
    <w:name w:val="Body Text"/>
    <w:basedOn w:val="Normal"/>
    <w:link w:val="BodyTextChar"/>
    <w:uiPriority w:val="99"/>
    <w:unhideWhenUsed/>
    <w:rsid w:val="00B53B4E"/>
    <w:pPr>
      <w:widowControl/>
      <w:spacing w:after="120" w:line="259" w:lineRule="auto"/>
      <w:ind w:firstLine="0"/>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B53B4E"/>
    <w:rPr>
      <w:rFonts w:asciiTheme="minorHAnsi" w:eastAsiaTheme="minorHAnsi" w:hAnsiTheme="minorHAnsi" w:cstheme="minorBidi"/>
      <w:sz w:val="22"/>
      <w:szCs w:val="22"/>
      <w:lang w:bidi="fa-IR"/>
    </w:rPr>
  </w:style>
  <w:style w:type="table" w:customStyle="1" w:styleId="TableGrid2">
    <w:name w:val="Table Grid2"/>
    <w:basedOn w:val="TableNormal"/>
    <w:next w:val="TableGrid"/>
    <w:uiPriority w:val="3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
    <w:name w:val="Table Grid2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
    <w:name w:val="Table Grid3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9">
    <w:name w:val="Table Grid3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
    <w:name w:val="Table Grid40"/>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
    <w:name w:val="Table Grid4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
    <w:name w:val="Table Grid44"/>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
    <w:name w:val="Table Grid4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6">
    <w:name w:val="Table Grid4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
    <w:name w:val="Table Grid4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
    <w:name w:val="Table Grid4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
    <w:name w:val="Table Grid5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
    <w:name w:val="Table Grid5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4">
    <w:name w:val="Table Grid54"/>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5">
    <w:name w:val="Table Grid5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
    <w:name w:val="Table Grid5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8">
    <w:name w:val="Table Grid58"/>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90146"/>
    <w:rPr>
      <w:color w:val="808080"/>
    </w:rPr>
  </w:style>
  <w:style w:type="paragraph" w:styleId="Revision">
    <w:name w:val="Revision"/>
    <w:hidden/>
    <w:uiPriority w:val="99"/>
    <w:semiHidden/>
    <w:rsid w:val="00390146"/>
    <w:rPr>
      <w:sz w:val="22"/>
      <w:szCs w:val="22"/>
    </w:rPr>
  </w:style>
  <w:style w:type="paragraph" w:customStyle="1" w:styleId="msonormal0">
    <w:name w:val="msonormal"/>
    <w:basedOn w:val="Normal"/>
    <w:uiPriority w:val="99"/>
    <w:rsid w:val="00E858AC"/>
    <w:pPr>
      <w:widowControl/>
      <w:bidi w:val="0"/>
      <w:spacing w:before="100" w:beforeAutospacing="1" w:after="100" w:afterAutospacing="1"/>
      <w:ind w:firstLine="0"/>
      <w:jc w:val="left"/>
    </w:pPr>
    <w:rPr>
      <w:rFonts w:eastAsia="Times New Roman" w:cs="Times New Roman"/>
      <w:szCs w:val="24"/>
      <w:lang w:bidi="ar-SA"/>
    </w:rPr>
  </w:style>
  <w:style w:type="paragraph" w:customStyle="1" w:styleId="Footnote">
    <w:name w:val="Footnote"/>
    <w:uiPriority w:val="99"/>
    <w:rsid w:val="00E858AC"/>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a">
    <w:name w:val="اصلى"/>
    <w:uiPriority w:val="99"/>
    <w:rsid w:val="00E858AC"/>
    <w:pPr>
      <w:autoSpaceDE w:val="0"/>
      <w:autoSpaceDN w:val="0"/>
      <w:bidi/>
      <w:spacing w:line="399" w:lineRule="atLeast"/>
      <w:jc w:val="both"/>
    </w:pPr>
    <w:rPr>
      <w:rFonts w:ascii="Times New Roman" w:eastAsiaTheme="minorEastAsia" w:hAnsi="Times New Roman" w:cs="Traditional Arabic"/>
      <w:sz w:val="28"/>
      <w:szCs w:val="28"/>
    </w:rPr>
  </w:style>
  <w:style w:type="paragraph" w:customStyle="1" w:styleId="1">
    <w:name w:val="تيتر1"/>
    <w:uiPriority w:val="99"/>
    <w:rsid w:val="00E858AC"/>
    <w:pPr>
      <w:autoSpaceDE w:val="0"/>
      <w:autoSpaceDN w:val="0"/>
      <w:bidi/>
      <w:spacing w:line="399" w:lineRule="atLeast"/>
      <w:jc w:val="both"/>
    </w:pPr>
    <w:rPr>
      <w:rFonts w:ascii="Times New Roman" w:eastAsiaTheme="minorEastAsia" w:hAnsi="Times New Roman" w:cs="Traditional Arabic"/>
      <w:bCs/>
      <w:sz w:val="28"/>
      <w:szCs w:val="28"/>
    </w:rPr>
  </w:style>
  <w:style w:type="paragraph" w:customStyle="1" w:styleId="Default">
    <w:name w:val="Default"/>
    <w:uiPriority w:val="99"/>
    <w:rsid w:val="00E858AC"/>
    <w:rPr>
      <w:rFonts w:ascii="Arial Unicode MS" w:eastAsia="Times New Roman" w:hAnsi="Arial Unicode MS" w:cs="Times New Roman"/>
      <w:color w:val="000000"/>
      <w:sz w:val="22"/>
      <w:szCs w:val="22"/>
      <w:lang w:val="ar-SA"/>
      <w14:textOutline w14:w="0" w14:cap="flat" w14:cmpd="sng" w14:algn="ctr">
        <w14:noFill/>
        <w14:prstDash w14:val="solid"/>
        <w14:bevel/>
      </w14:textOutline>
    </w:rPr>
  </w:style>
  <w:style w:type="paragraph" w:customStyle="1" w:styleId="HeaderFooter">
    <w:name w:val="Header &amp; Footer"/>
    <w:uiPriority w:val="99"/>
    <w:rsid w:val="00E858AC"/>
    <w:pPr>
      <w:tabs>
        <w:tab w:val="right" w:pos="9020"/>
      </w:tabs>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paragraph" w:customStyle="1" w:styleId="BasicParagraph">
    <w:name w:val="[Basic Paragraph]"/>
    <w:basedOn w:val="Normal"/>
    <w:uiPriority w:val="99"/>
    <w:rsid w:val="00E858AC"/>
    <w:pPr>
      <w:widowControl/>
      <w:autoSpaceDE w:val="0"/>
      <w:autoSpaceDN w:val="0"/>
      <w:adjustRightInd w:val="0"/>
      <w:spacing w:after="0" w:line="288" w:lineRule="auto"/>
      <w:ind w:firstLine="0"/>
      <w:jc w:val="left"/>
    </w:pPr>
    <w:rPr>
      <w:rFonts w:ascii="Adobe Hebrew" w:eastAsia="Times New Roman" w:hAnsi="Adobe Hebrew" w:cs="Adobe Hebrew"/>
      <w:color w:val="000000"/>
      <w:szCs w:val="24"/>
      <w:lang w:bidi="he-IL"/>
    </w:rPr>
  </w:style>
  <w:style w:type="paragraph" w:customStyle="1" w:styleId="a0">
    <w:name w:val="تیتر شاگردان"/>
    <w:basedOn w:val="Normal"/>
    <w:uiPriority w:val="99"/>
    <w:rsid w:val="00E858AC"/>
    <w:pPr>
      <w:widowControl/>
      <w:autoSpaceDE w:val="0"/>
      <w:autoSpaceDN w:val="0"/>
      <w:adjustRightInd w:val="0"/>
      <w:spacing w:after="0" w:line="440" w:lineRule="atLeast"/>
      <w:ind w:firstLine="283"/>
    </w:pPr>
    <w:rPr>
      <w:rFonts w:ascii="w_Lotus" w:eastAsia="Times New Roman" w:hAnsi="w_Lotus" w:cs="w_Lotus"/>
      <w:b/>
      <w:bCs/>
      <w:color w:val="000000"/>
      <w:sz w:val="26"/>
      <w:szCs w:val="26"/>
    </w:rPr>
  </w:style>
  <w:style w:type="paragraph" w:customStyle="1" w:styleId="Link">
    <w:name w:val="**Link"/>
    <w:basedOn w:val="Normal"/>
    <w:uiPriority w:val="99"/>
    <w:qFormat/>
    <w:rsid w:val="00E858AC"/>
    <w:pPr>
      <w:spacing w:after="0"/>
      <w:ind w:firstLine="0"/>
      <w:jc w:val="lowKashida"/>
    </w:pPr>
    <w:rPr>
      <w:rFonts w:ascii="Arial" w:hAnsi="Arial" w:cs="Arial"/>
      <w:b/>
      <w:bCs/>
      <w:color w:val="000000"/>
      <w:spacing w:val="-2"/>
      <w:sz w:val="20"/>
      <w:szCs w:val="20"/>
      <w:lang w:bidi="ar-SA"/>
    </w:rPr>
  </w:style>
  <w:style w:type="character" w:customStyle="1" w:styleId="a1">
    <w:name w:val="ایتالیک پاورقی فارسی"/>
    <w:uiPriority w:val="1"/>
    <w:qFormat/>
    <w:rsid w:val="00E858AC"/>
    <w:rPr>
      <w:rFonts w:ascii="w_Lotus" w:hAnsi="w_Lotus" w:cs="0Badr" w:hint="default"/>
      <w:i/>
      <w:iCs w:val="0"/>
      <w:color w:val="auto"/>
      <w:szCs w:val="24"/>
      <w:lang w:bidi="fa-IR"/>
    </w:rPr>
  </w:style>
  <w:style w:type="character" w:customStyle="1" w:styleId="a2">
    <w:name w:val="شماره پاورقی"/>
    <w:uiPriority w:val="99"/>
    <w:rsid w:val="00E858AC"/>
    <w:rPr>
      <w:b/>
      <w:bCs/>
      <w:sz w:val="30"/>
      <w:szCs w:val="30"/>
      <w:vertAlign w:val="superscript"/>
    </w:rPr>
  </w:style>
  <w:style w:type="character" w:customStyle="1" w:styleId="a3">
    <w:name w:val="ایرانیک متن فارسی"/>
    <w:basedOn w:val="DefaultParagraphFont"/>
    <w:uiPriority w:val="1"/>
    <w:qFormat/>
    <w:rsid w:val="00E858AC"/>
    <w:rPr>
      <w:rFonts w:ascii="w_Lotus Italic" w:hAnsi="w_Lotus" w:cs="XB Zar" w:hint="cs"/>
      <w:i/>
      <w:iCs/>
      <w:color w:val="00B050"/>
      <w:spacing w:val="-3"/>
      <w:szCs w:val="26"/>
      <w:lang w:bidi="ar-SA"/>
    </w:rPr>
  </w:style>
  <w:style w:type="numbering" w:customStyle="1" w:styleId="Lettered">
    <w:name w:val="Lettered"/>
    <w:rsid w:val="00E858AC"/>
    <w:pPr>
      <w:numPr>
        <w:numId w:val="2"/>
      </w:numPr>
    </w:pPr>
  </w:style>
  <w:style w:type="numbering" w:customStyle="1" w:styleId="Dash">
    <w:name w:val="Dash"/>
    <w:rsid w:val="00E858AC"/>
    <w:pPr>
      <w:numPr>
        <w:numId w:val="3"/>
      </w:numPr>
    </w:pPr>
  </w:style>
  <w:style w:type="character" w:customStyle="1" w:styleId="UnresolvedMention1">
    <w:name w:val="Unresolved Mention1"/>
    <w:uiPriority w:val="99"/>
    <w:semiHidden/>
    <w:unhideWhenUsed/>
    <w:rsid w:val="003D139D"/>
    <w:rPr>
      <w:color w:val="605E5C"/>
      <w:shd w:val="clear" w:color="auto" w:fill="E1DFDD"/>
    </w:rPr>
  </w:style>
  <w:style w:type="character" w:customStyle="1" w:styleId="UnresolvedMention2">
    <w:name w:val="Unresolved Mention2"/>
    <w:uiPriority w:val="99"/>
    <w:semiHidden/>
    <w:unhideWhenUsed/>
    <w:rsid w:val="003D139D"/>
    <w:rPr>
      <w:color w:val="605E5C"/>
      <w:shd w:val="clear" w:color="auto" w:fill="E1DFDD"/>
    </w:rPr>
  </w:style>
  <w:style w:type="character" w:customStyle="1" w:styleId="markedcontent">
    <w:name w:val="markedcontent"/>
    <w:basedOn w:val="DefaultParagraphFont"/>
    <w:rsid w:val="000019E4"/>
  </w:style>
  <w:style w:type="paragraph" w:styleId="HTMLPreformatted">
    <w:name w:val="HTML Preformatted"/>
    <w:basedOn w:val="Normal"/>
    <w:link w:val="HTMLPreformattedChar"/>
    <w:uiPriority w:val="99"/>
    <w:unhideWhenUsed/>
    <w:rsid w:val="000019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ind w:firstLine="0"/>
      <w:jc w:val="left"/>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rsid w:val="000019E4"/>
    <w:rPr>
      <w:rFonts w:ascii="Courier New" w:eastAsia="Times New Roman" w:hAnsi="Courier New" w:cs="Courier New"/>
    </w:rPr>
  </w:style>
  <w:style w:type="paragraph" w:customStyle="1" w:styleId="ltr">
    <w:name w:val="ltr"/>
    <w:basedOn w:val="Normal"/>
    <w:rsid w:val="001504D0"/>
    <w:pPr>
      <w:widowControl/>
      <w:bidi w:val="0"/>
      <w:spacing w:before="100" w:beforeAutospacing="1" w:after="100" w:afterAutospacing="1"/>
      <w:ind w:firstLine="0"/>
      <w:jc w:val="left"/>
    </w:pPr>
    <w:rPr>
      <w:rFonts w:eastAsia="Times New Roman" w:cs="Times New Roman"/>
      <w:szCs w:val="24"/>
      <w:lang w:bidi="ar-SA"/>
    </w:rPr>
  </w:style>
  <w:style w:type="character" w:customStyle="1" w:styleId="UnresolvedMention">
    <w:name w:val="Unresolved Mention"/>
    <w:basedOn w:val="DefaultParagraphFont"/>
    <w:uiPriority w:val="99"/>
    <w:semiHidden/>
    <w:unhideWhenUsed/>
    <w:rsid w:val="00957CC9"/>
    <w:rPr>
      <w:color w:val="605E5C"/>
      <w:shd w:val="clear" w:color="auto" w:fill="E1DFDD"/>
    </w:rPr>
  </w:style>
  <w:style w:type="paragraph" w:styleId="Quote">
    <w:name w:val="Quote"/>
    <w:basedOn w:val="Normal"/>
    <w:next w:val="Normal"/>
    <w:link w:val="QuoteChar"/>
    <w:uiPriority w:val="29"/>
    <w:qFormat/>
    <w:rsid w:val="007850C9"/>
    <w:pPr>
      <w:widowControl/>
      <w:bidi w:val="0"/>
      <w:spacing w:before="160" w:after="0"/>
      <w:ind w:firstLine="0"/>
      <w:jc w:val="center"/>
    </w:pPr>
    <w:rPr>
      <w:rFonts w:eastAsia="Times New Roman" w:cs="Times New Roman"/>
      <w:i/>
      <w:iCs/>
      <w:color w:val="404040" w:themeColor="text1" w:themeTint="BF"/>
      <w:szCs w:val="24"/>
    </w:rPr>
  </w:style>
  <w:style w:type="character" w:customStyle="1" w:styleId="QuoteChar">
    <w:name w:val="Quote Char"/>
    <w:basedOn w:val="DefaultParagraphFont"/>
    <w:link w:val="Quote"/>
    <w:uiPriority w:val="29"/>
    <w:rsid w:val="007850C9"/>
    <w:rPr>
      <w:rFonts w:ascii="Times New Roman" w:eastAsia="Times New Roman" w:hAnsi="Times New Roman" w:cs="Times New Roman"/>
      <w:i/>
      <w:iCs/>
      <w:color w:val="404040" w:themeColor="text1" w:themeTint="BF"/>
      <w:sz w:val="24"/>
      <w:szCs w:val="24"/>
      <w:lang w:bidi="fa-IR"/>
    </w:rPr>
  </w:style>
  <w:style w:type="paragraph" w:styleId="IntenseQuote">
    <w:name w:val="Intense Quote"/>
    <w:basedOn w:val="Normal"/>
    <w:next w:val="Normal"/>
    <w:link w:val="IntenseQuoteChar"/>
    <w:uiPriority w:val="30"/>
    <w:qFormat/>
    <w:rsid w:val="007850C9"/>
    <w:pPr>
      <w:widowControl/>
      <w:pBdr>
        <w:top w:val="single" w:sz="4" w:space="10" w:color="2E74B5" w:themeColor="accent1" w:themeShade="BF"/>
        <w:bottom w:val="single" w:sz="4" w:space="10" w:color="2E74B5" w:themeColor="accent1" w:themeShade="BF"/>
      </w:pBdr>
      <w:bidi w:val="0"/>
      <w:spacing w:before="360" w:after="360"/>
      <w:ind w:left="864" w:right="864" w:firstLine="0"/>
      <w:jc w:val="center"/>
    </w:pPr>
    <w:rPr>
      <w:rFonts w:eastAsia="Times New Roman" w:cs="Times New Roman"/>
      <w:i/>
      <w:iCs/>
      <w:color w:val="2E74B5" w:themeColor="accent1" w:themeShade="BF"/>
      <w:szCs w:val="24"/>
    </w:rPr>
  </w:style>
  <w:style w:type="character" w:customStyle="1" w:styleId="IntenseQuoteChar">
    <w:name w:val="Intense Quote Char"/>
    <w:basedOn w:val="DefaultParagraphFont"/>
    <w:link w:val="IntenseQuote"/>
    <w:uiPriority w:val="30"/>
    <w:rsid w:val="007850C9"/>
    <w:rPr>
      <w:rFonts w:ascii="Times New Roman" w:eastAsia="Times New Roman" w:hAnsi="Times New Roman" w:cs="Times New Roman"/>
      <w:i/>
      <w:iCs/>
      <w:color w:val="2E74B5" w:themeColor="accent1" w:themeShade="BF"/>
      <w:sz w:val="24"/>
      <w:szCs w:val="24"/>
      <w:lang w:bidi="fa-IR"/>
    </w:rPr>
  </w:style>
  <w:style w:type="paragraph" w:styleId="BodyText2">
    <w:name w:val="Body Text 2"/>
    <w:basedOn w:val="Normal"/>
    <w:link w:val="BodyText2Char"/>
    <w:uiPriority w:val="99"/>
    <w:unhideWhenUsed/>
    <w:rsid w:val="00BA7A08"/>
    <w:pPr>
      <w:widowControl/>
      <w:bidi w:val="0"/>
      <w:spacing w:after="120" w:line="480" w:lineRule="auto"/>
      <w:ind w:firstLine="0"/>
      <w:jc w:val="left"/>
    </w:pPr>
    <w:rPr>
      <w:rFonts w:eastAsia="B Nazanin"/>
      <w:sz w:val="22"/>
      <w:szCs w:val="22"/>
      <w:lang w:bidi="ar-SA"/>
    </w:rPr>
  </w:style>
  <w:style w:type="character" w:customStyle="1" w:styleId="BodyText2Char">
    <w:name w:val="Body Text 2 Char"/>
    <w:basedOn w:val="DefaultParagraphFont"/>
    <w:link w:val="BodyText2"/>
    <w:uiPriority w:val="99"/>
    <w:rsid w:val="00BA7A08"/>
    <w:rPr>
      <w:rFonts w:ascii="Times New Roman" w:eastAsia="B Nazanin" w:hAnsi="Times New Roman" w:cs="B Nazanin"/>
      <w:sz w:val="22"/>
      <w:szCs w:val="22"/>
    </w:rPr>
  </w:style>
  <w:style w:type="paragraph" w:styleId="BodyText3">
    <w:name w:val="Body Text 3"/>
    <w:basedOn w:val="Normal"/>
    <w:link w:val="BodyText3Char"/>
    <w:uiPriority w:val="99"/>
    <w:unhideWhenUsed/>
    <w:rsid w:val="00BA7A08"/>
    <w:pPr>
      <w:widowControl/>
      <w:bidi w:val="0"/>
      <w:spacing w:after="120" w:line="276" w:lineRule="auto"/>
      <w:ind w:firstLine="0"/>
      <w:jc w:val="left"/>
    </w:pPr>
    <w:rPr>
      <w:rFonts w:eastAsia="B Nazanin"/>
      <w:sz w:val="16"/>
      <w:szCs w:val="16"/>
      <w:lang w:bidi="ar-SA"/>
    </w:rPr>
  </w:style>
  <w:style w:type="character" w:customStyle="1" w:styleId="BodyText3Char">
    <w:name w:val="Body Text 3 Char"/>
    <w:basedOn w:val="DefaultParagraphFont"/>
    <w:link w:val="BodyText3"/>
    <w:uiPriority w:val="99"/>
    <w:rsid w:val="00BA7A08"/>
    <w:rPr>
      <w:rFonts w:ascii="Times New Roman" w:eastAsia="B Nazanin" w:hAnsi="Times New Roman" w:cs="B Nazanin"/>
      <w:sz w:val="16"/>
      <w:szCs w:val="16"/>
    </w:rPr>
  </w:style>
  <w:style w:type="paragraph" w:styleId="List2">
    <w:name w:val="List 2"/>
    <w:basedOn w:val="Normal"/>
    <w:uiPriority w:val="99"/>
    <w:unhideWhenUsed/>
    <w:rsid w:val="00BA7A08"/>
    <w:pPr>
      <w:widowControl/>
      <w:bidi w:val="0"/>
      <w:spacing w:after="200" w:line="276" w:lineRule="auto"/>
      <w:ind w:left="720" w:hanging="360"/>
      <w:contextualSpacing/>
      <w:jc w:val="left"/>
    </w:pPr>
    <w:rPr>
      <w:rFonts w:eastAsia="B Nazanin"/>
      <w:sz w:val="22"/>
      <w:szCs w:val="22"/>
      <w:lang w:bidi="ar-SA"/>
    </w:rPr>
  </w:style>
  <w:style w:type="paragraph" w:styleId="List3">
    <w:name w:val="List 3"/>
    <w:basedOn w:val="Normal"/>
    <w:uiPriority w:val="99"/>
    <w:unhideWhenUsed/>
    <w:rsid w:val="00BA7A08"/>
    <w:pPr>
      <w:widowControl/>
      <w:bidi w:val="0"/>
      <w:spacing w:after="200" w:line="276" w:lineRule="auto"/>
      <w:ind w:left="1080" w:hanging="360"/>
      <w:contextualSpacing/>
      <w:jc w:val="left"/>
    </w:pPr>
    <w:rPr>
      <w:rFonts w:eastAsia="B Nazanin"/>
      <w:sz w:val="22"/>
      <w:szCs w:val="22"/>
      <w:lang w:bidi="ar-SA"/>
    </w:rPr>
  </w:style>
  <w:style w:type="paragraph" w:styleId="ListBullet">
    <w:name w:val="List Bullet"/>
    <w:basedOn w:val="Normal"/>
    <w:uiPriority w:val="99"/>
    <w:unhideWhenUsed/>
    <w:rsid w:val="00BA7A08"/>
    <w:pPr>
      <w:widowControl/>
      <w:numPr>
        <w:numId w:val="24"/>
      </w:numPr>
      <w:bidi w:val="0"/>
      <w:spacing w:after="200" w:line="276" w:lineRule="auto"/>
      <w:contextualSpacing/>
      <w:jc w:val="left"/>
    </w:pPr>
    <w:rPr>
      <w:rFonts w:eastAsia="B Nazanin"/>
      <w:sz w:val="22"/>
      <w:szCs w:val="22"/>
      <w:lang w:bidi="ar-SA"/>
    </w:rPr>
  </w:style>
  <w:style w:type="paragraph" w:styleId="ListBullet2">
    <w:name w:val="List Bullet 2"/>
    <w:basedOn w:val="Normal"/>
    <w:uiPriority w:val="99"/>
    <w:unhideWhenUsed/>
    <w:rsid w:val="00BA7A08"/>
    <w:pPr>
      <w:widowControl/>
      <w:numPr>
        <w:numId w:val="25"/>
      </w:numPr>
      <w:bidi w:val="0"/>
      <w:spacing w:after="200" w:line="276" w:lineRule="auto"/>
      <w:contextualSpacing/>
      <w:jc w:val="left"/>
    </w:pPr>
    <w:rPr>
      <w:rFonts w:eastAsia="B Nazanin"/>
      <w:sz w:val="22"/>
      <w:szCs w:val="22"/>
      <w:lang w:bidi="ar-SA"/>
    </w:rPr>
  </w:style>
  <w:style w:type="paragraph" w:styleId="ListBullet3">
    <w:name w:val="List Bullet 3"/>
    <w:basedOn w:val="Normal"/>
    <w:uiPriority w:val="99"/>
    <w:unhideWhenUsed/>
    <w:rsid w:val="00BA7A08"/>
    <w:pPr>
      <w:widowControl/>
      <w:numPr>
        <w:numId w:val="26"/>
      </w:numPr>
      <w:bidi w:val="0"/>
      <w:spacing w:after="200" w:line="276" w:lineRule="auto"/>
      <w:contextualSpacing/>
      <w:jc w:val="left"/>
    </w:pPr>
    <w:rPr>
      <w:rFonts w:eastAsia="B Nazanin"/>
      <w:sz w:val="22"/>
      <w:szCs w:val="22"/>
      <w:lang w:bidi="ar-SA"/>
    </w:rPr>
  </w:style>
  <w:style w:type="paragraph" w:styleId="ListNumber">
    <w:name w:val="List Number"/>
    <w:basedOn w:val="Normal"/>
    <w:uiPriority w:val="99"/>
    <w:unhideWhenUsed/>
    <w:rsid w:val="00BA7A08"/>
    <w:pPr>
      <w:widowControl/>
      <w:numPr>
        <w:numId w:val="28"/>
      </w:numPr>
      <w:bidi w:val="0"/>
      <w:spacing w:after="200" w:line="276" w:lineRule="auto"/>
      <w:contextualSpacing/>
      <w:jc w:val="left"/>
    </w:pPr>
    <w:rPr>
      <w:rFonts w:eastAsia="B Nazanin"/>
      <w:sz w:val="22"/>
      <w:szCs w:val="22"/>
      <w:lang w:bidi="ar-SA"/>
    </w:rPr>
  </w:style>
  <w:style w:type="paragraph" w:styleId="ListNumber2">
    <w:name w:val="List Number 2"/>
    <w:basedOn w:val="Normal"/>
    <w:uiPriority w:val="99"/>
    <w:unhideWhenUsed/>
    <w:rsid w:val="00BA7A08"/>
    <w:pPr>
      <w:widowControl/>
      <w:numPr>
        <w:numId w:val="29"/>
      </w:numPr>
      <w:bidi w:val="0"/>
      <w:spacing w:after="200" w:line="276" w:lineRule="auto"/>
      <w:contextualSpacing/>
      <w:jc w:val="left"/>
    </w:pPr>
    <w:rPr>
      <w:rFonts w:eastAsia="B Nazanin"/>
      <w:sz w:val="22"/>
      <w:szCs w:val="22"/>
      <w:lang w:bidi="ar-SA"/>
    </w:rPr>
  </w:style>
  <w:style w:type="paragraph" w:styleId="ListNumber3">
    <w:name w:val="List Number 3"/>
    <w:basedOn w:val="Normal"/>
    <w:uiPriority w:val="99"/>
    <w:unhideWhenUsed/>
    <w:rsid w:val="00BA7A08"/>
    <w:pPr>
      <w:widowControl/>
      <w:numPr>
        <w:numId w:val="30"/>
      </w:numPr>
      <w:bidi w:val="0"/>
      <w:spacing w:after="200" w:line="276" w:lineRule="auto"/>
      <w:contextualSpacing/>
      <w:jc w:val="left"/>
    </w:pPr>
    <w:rPr>
      <w:rFonts w:eastAsia="B Nazanin"/>
      <w:sz w:val="22"/>
      <w:szCs w:val="22"/>
      <w:lang w:bidi="ar-SA"/>
    </w:rPr>
  </w:style>
  <w:style w:type="paragraph" w:styleId="ListContinue2">
    <w:name w:val="List Continue 2"/>
    <w:basedOn w:val="Normal"/>
    <w:uiPriority w:val="99"/>
    <w:unhideWhenUsed/>
    <w:rsid w:val="00BA7A08"/>
    <w:pPr>
      <w:widowControl/>
      <w:bidi w:val="0"/>
      <w:spacing w:after="120" w:line="276" w:lineRule="auto"/>
      <w:ind w:left="720" w:firstLine="0"/>
      <w:contextualSpacing/>
      <w:jc w:val="left"/>
    </w:pPr>
    <w:rPr>
      <w:rFonts w:eastAsia="B Nazanin"/>
      <w:sz w:val="22"/>
      <w:szCs w:val="22"/>
      <w:lang w:bidi="ar-SA"/>
    </w:rPr>
  </w:style>
  <w:style w:type="paragraph" w:styleId="ListContinue3">
    <w:name w:val="List Continue 3"/>
    <w:basedOn w:val="Normal"/>
    <w:uiPriority w:val="99"/>
    <w:unhideWhenUsed/>
    <w:rsid w:val="00BA7A08"/>
    <w:pPr>
      <w:widowControl/>
      <w:bidi w:val="0"/>
      <w:spacing w:after="120" w:line="276" w:lineRule="auto"/>
      <w:ind w:left="1080" w:firstLine="0"/>
      <w:contextualSpacing/>
      <w:jc w:val="left"/>
    </w:pPr>
    <w:rPr>
      <w:rFonts w:eastAsia="B Nazanin"/>
      <w:sz w:val="22"/>
      <w:szCs w:val="22"/>
      <w:lang w:bidi="ar-SA"/>
    </w:rPr>
  </w:style>
  <w:style w:type="paragraph" w:styleId="MacroText">
    <w:name w:val="macro"/>
    <w:link w:val="MacroTextChar"/>
    <w:uiPriority w:val="99"/>
    <w:unhideWhenUsed/>
    <w:rsid w:val="00BA7A0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character" w:customStyle="1" w:styleId="MacroTextChar">
    <w:name w:val="Macro Text Char"/>
    <w:basedOn w:val="DefaultParagraphFont"/>
    <w:link w:val="MacroText"/>
    <w:uiPriority w:val="99"/>
    <w:rsid w:val="00BA7A08"/>
    <w:rPr>
      <w:rFonts w:ascii="Courier" w:eastAsiaTheme="minorEastAsia" w:hAnsi="Courier" w:cstheme="minorBidi"/>
    </w:rPr>
  </w:style>
  <w:style w:type="paragraph" w:styleId="TOCHeading">
    <w:name w:val="TOC Heading"/>
    <w:basedOn w:val="Heading1"/>
    <w:next w:val="Normal"/>
    <w:uiPriority w:val="39"/>
    <w:semiHidden/>
    <w:unhideWhenUsed/>
    <w:qFormat/>
    <w:rsid w:val="00BA7A08"/>
    <w:pPr>
      <w:widowControl/>
      <w:numPr>
        <w:numId w:val="0"/>
      </w:numPr>
      <w:bidi w:val="0"/>
      <w:spacing w:before="480" w:line="276" w:lineRule="auto"/>
      <w:jc w:val="left"/>
      <w:outlineLvl w:val="9"/>
    </w:pPr>
    <w:rPr>
      <w:rFonts w:asciiTheme="majorHAnsi" w:eastAsiaTheme="majorEastAsia" w:hAnsiTheme="majorHAnsi" w:cstheme="majorBidi"/>
      <w:b/>
      <w:color w:val="2E74B5" w:themeColor="accent1" w:themeShade="BF"/>
      <w:sz w:val="28"/>
      <w:szCs w:val="28"/>
      <w:lang w:bidi="ar-SA"/>
    </w:rPr>
  </w:style>
  <w:style w:type="table" w:styleId="LightShading">
    <w:name w:val="Light Shading"/>
    <w:basedOn w:val="TableNormal"/>
    <w:uiPriority w:val="60"/>
    <w:rsid w:val="00BA7A08"/>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A7A08"/>
    <w:rPr>
      <w:rFonts w:asciiTheme="minorHAnsi" w:eastAsiaTheme="minorEastAsia" w:hAnsiTheme="minorHAnsi" w:cstheme="minorBidi"/>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BA7A08"/>
    <w:rPr>
      <w:rFonts w:asciiTheme="minorHAnsi" w:eastAsiaTheme="minorEastAsia" w:hAnsiTheme="minorHAnsi" w:cstheme="minorBid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BA7A08"/>
    <w:rPr>
      <w:rFonts w:asciiTheme="minorHAnsi" w:eastAsiaTheme="minorEastAsia" w:hAnsiTheme="minorHAnsi" w:cstheme="minorBid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BA7A08"/>
    <w:rPr>
      <w:rFonts w:asciiTheme="minorHAnsi" w:eastAsiaTheme="minorEastAsia" w:hAnsiTheme="minorHAnsi" w:cstheme="minorBid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BA7A08"/>
    <w:rPr>
      <w:rFonts w:asciiTheme="minorHAnsi" w:eastAsiaTheme="minorEastAsia" w:hAnsiTheme="minorHAnsi" w:cstheme="minorBidi"/>
      <w:color w:val="2F5496" w:themeColor="accent5" w:themeShade="BF"/>
      <w:sz w:val="22"/>
      <w:szCs w:val="22"/>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BA7A08"/>
    <w:rPr>
      <w:rFonts w:asciiTheme="minorHAnsi" w:eastAsiaTheme="minorEastAsia" w:hAnsiTheme="minorHAnsi" w:cstheme="minorBid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rynqvb">
    <w:name w:val="rynqvb"/>
    <w:basedOn w:val="DefaultParagraphFont"/>
    <w:rsid w:val="00561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1826">
      <w:bodyDiv w:val="1"/>
      <w:marLeft w:val="0"/>
      <w:marRight w:val="0"/>
      <w:marTop w:val="0"/>
      <w:marBottom w:val="0"/>
      <w:divBdr>
        <w:top w:val="none" w:sz="0" w:space="0" w:color="auto"/>
        <w:left w:val="none" w:sz="0" w:space="0" w:color="auto"/>
        <w:bottom w:val="none" w:sz="0" w:space="0" w:color="auto"/>
        <w:right w:val="none" w:sz="0" w:space="0" w:color="auto"/>
      </w:divBdr>
    </w:div>
    <w:div w:id="203637488">
      <w:bodyDiv w:val="1"/>
      <w:marLeft w:val="0"/>
      <w:marRight w:val="0"/>
      <w:marTop w:val="0"/>
      <w:marBottom w:val="0"/>
      <w:divBdr>
        <w:top w:val="none" w:sz="0" w:space="0" w:color="auto"/>
        <w:left w:val="none" w:sz="0" w:space="0" w:color="auto"/>
        <w:bottom w:val="none" w:sz="0" w:space="0" w:color="auto"/>
        <w:right w:val="none" w:sz="0" w:space="0" w:color="auto"/>
      </w:divBdr>
    </w:div>
    <w:div w:id="265970544">
      <w:bodyDiv w:val="1"/>
      <w:marLeft w:val="0"/>
      <w:marRight w:val="0"/>
      <w:marTop w:val="0"/>
      <w:marBottom w:val="0"/>
      <w:divBdr>
        <w:top w:val="none" w:sz="0" w:space="0" w:color="auto"/>
        <w:left w:val="none" w:sz="0" w:space="0" w:color="auto"/>
        <w:bottom w:val="none" w:sz="0" w:space="0" w:color="auto"/>
        <w:right w:val="none" w:sz="0" w:space="0" w:color="auto"/>
      </w:divBdr>
    </w:div>
    <w:div w:id="831339008">
      <w:bodyDiv w:val="1"/>
      <w:marLeft w:val="0"/>
      <w:marRight w:val="0"/>
      <w:marTop w:val="0"/>
      <w:marBottom w:val="0"/>
      <w:divBdr>
        <w:top w:val="none" w:sz="0" w:space="0" w:color="auto"/>
        <w:left w:val="none" w:sz="0" w:space="0" w:color="auto"/>
        <w:bottom w:val="none" w:sz="0" w:space="0" w:color="auto"/>
        <w:right w:val="none" w:sz="0" w:space="0" w:color="auto"/>
      </w:divBdr>
    </w:div>
    <w:div w:id="839540822">
      <w:bodyDiv w:val="1"/>
      <w:marLeft w:val="0"/>
      <w:marRight w:val="0"/>
      <w:marTop w:val="0"/>
      <w:marBottom w:val="0"/>
      <w:divBdr>
        <w:top w:val="none" w:sz="0" w:space="0" w:color="auto"/>
        <w:left w:val="none" w:sz="0" w:space="0" w:color="auto"/>
        <w:bottom w:val="none" w:sz="0" w:space="0" w:color="auto"/>
        <w:right w:val="none" w:sz="0" w:space="0" w:color="auto"/>
      </w:divBdr>
    </w:div>
    <w:div w:id="900410235">
      <w:bodyDiv w:val="1"/>
      <w:marLeft w:val="0"/>
      <w:marRight w:val="0"/>
      <w:marTop w:val="0"/>
      <w:marBottom w:val="0"/>
      <w:divBdr>
        <w:top w:val="none" w:sz="0" w:space="0" w:color="auto"/>
        <w:left w:val="none" w:sz="0" w:space="0" w:color="auto"/>
        <w:bottom w:val="none" w:sz="0" w:space="0" w:color="auto"/>
        <w:right w:val="none" w:sz="0" w:space="0" w:color="auto"/>
      </w:divBdr>
      <w:divsChild>
        <w:div w:id="636033454">
          <w:marLeft w:val="0"/>
          <w:marRight w:val="0"/>
          <w:marTop w:val="0"/>
          <w:marBottom w:val="0"/>
          <w:divBdr>
            <w:top w:val="none" w:sz="0" w:space="0" w:color="auto"/>
            <w:left w:val="none" w:sz="0" w:space="0" w:color="auto"/>
            <w:bottom w:val="none" w:sz="0" w:space="0" w:color="auto"/>
            <w:right w:val="none" w:sz="0" w:space="0" w:color="auto"/>
          </w:divBdr>
        </w:div>
        <w:div w:id="598879436">
          <w:marLeft w:val="0"/>
          <w:marRight w:val="0"/>
          <w:marTop w:val="0"/>
          <w:marBottom w:val="0"/>
          <w:divBdr>
            <w:top w:val="none" w:sz="0" w:space="0" w:color="auto"/>
            <w:left w:val="none" w:sz="0" w:space="0" w:color="auto"/>
            <w:bottom w:val="none" w:sz="0" w:space="0" w:color="auto"/>
            <w:right w:val="none" w:sz="0" w:space="0" w:color="auto"/>
          </w:divBdr>
          <w:divsChild>
            <w:div w:id="1753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165471">
      <w:bodyDiv w:val="1"/>
      <w:marLeft w:val="0"/>
      <w:marRight w:val="0"/>
      <w:marTop w:val="0"/>
      <w:marBottom w:val="0"/>
      <w:divBdr>
        <w:top w:val="none" w:sz="0" w:space="0" w:color="auto"/>
        <w:left w:val="none" w:sz="0" w:space="0" w:color="auto"/>
        <w:bottom w:val="none" w:sz="0" w:space="0" w:color="auto"/>
        <w:right w:val="none" w:sz="0" w:space="0" w:color="auto"/>
      </w:divBdr>
    </w:div>
    <w:div w:id="1209101460">
      <w:bodyDiv w:val="1"/>
      <w:marLeft w:val="0"/>
      <w:marRight w:val="0"/>
      <w:marTop w:val="0"/>
      <w:marBottom w:val="0"/>
      <w:divBdr>
        <w:top w:val="none" w:sz="0" w:space="0" w:color="auto"/>
        <w:left w:val="none" w:sz="0" w:space="0" w:color="auto"/>
        <w:bottom w:val="none" w:sz="0" w:space="0" w:color="auto"/>
        <w:right w:val="none" w:sz="0" w:space="0" w:color="auto"/>
      </w:divBdr>
    </w:div>
    <w:div w:id="1322152881">
      <w:bodyDiv w:val="1"/>
      <w:marLeft w:val="0"/>
      <w:marRight w:val="0"/>
      <w:marTop w:val="0"/>
      <w:marBottom w:val="0"/>
      <w:divBdr>
        <w:top w:val="none" w:sz="0" w:space="0" w:color="auto"/>
        <w:left w:val="none" w:sz="0" w:space="0" w:color="auto"/>
        <w:bottom w:val="none" w:sz="0" w:space="0" w:color="auto"/>
        <w:right w:val="none" w:sz="0" w:space="0" w:color="auto"/>
      </w:divBdr>
      <w:divsChild>
        <w:div w:id="1716074571">
          <w:marLeft w:val="0"/>
          <w:marRight w:val="0"/>
          <w:marTop w:val="0"/>
          <w:marBottom w:val="0"/>
          <w:divBdr>
            <w:top w:val="none" w:sz="0" w:space="0" w:color="auto"/>
            <w:left w:val="none" w:sz="0" w:space="0" w:color="auto"/>
            <w:bottom w:val="none" w:sz="0" w:space="0" w:color="auto"/>
            <w:right w:val="none" w:sz="0" w:space="0" w:color="auto"/>
          </w:divBdr>
        </w:div>
      </w:divsChild>
    </w:div>
    <w:div w:id="143944449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765419012">
      <w:bodyDiv w:val="1"/>
      <w:marLeft w:val="0"/>
      <w:marRight w:val="0"/>
      <w:marTop w:val="0"/>
      <w:marBottom w:val="0"/>
      <w:divBdr>
        <w:top w:val="none" w:sz="0" w:space="0" w:color="auto"/>
        <w:left w:val="none" w:sz="0" w:space="0" w:color="auto"/>
        <w:bottom w:val="none" w:sz="0" w:space="0" w:color="auto"/>
        <w:right w:val="none" w:sz="0" w:space="0" w:color="auto"/>
      </w:divBdr>
    </w:div>
    <w:div w:id="182900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4-2099-1611" TargetMode="External"/><Relationship Id="rId18" Type="http://schemas.openxmlformats.org/officeDocument/2006/relationships/hyperlink" Target="https://www.openaccess.nl/en/what-is-open-acces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reativecommons.org/licenses/by/4.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hyperlink" Target="http://creativecommons.org/licenses/by/4.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icology.ir/article_217824.html?lang=en" TargetMode="External"/><Relationship Id="rId24" Type="http://schemas.openxmlformats.org/officeDocument/2006/relationships/image" Target="media/image50.png"/><Relationship Id="rId32"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openaccess.nl/en/what-is-open-access" TargetMode="External"/><Relationship Id="rId28" Type="http://schemas.openxmlformats.org/officeDocument/2006/relationships/footer" Target="footer2.xml"/><Relationship Id="rId10" Type="http://schemas.openxmlformats.org/officeDocument/2006/relationships/hyperlink" Target="https://doi.org/10.22034/dpr.2026.604152.1031" TargetMode="External"/><Relationship Id="rId19" Type="http://schemas.openxmlformats.org/officeDocument/2006/relationships/image" Target="media/image5.png"/><Relationship Id="rId31" Type="http://schemas.openxmlformats.org/officeDocument/2006/relationships/hyperlink" Target="https://doi.org/10.22034/crtc.2022.348480.101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elhammalekzadeh@ihcs.ac.ir" TargetMode="External"/><Relationship Id="rId22" Type="http://schemas.openxmlformats.org/officeDocument/2006/relationships/image" Target="media/image40.png"/><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hyperlink" Target="https://orcid.org/0000-0001-5287-7427"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D:\&#1606;&#1585;&#1583;%20&#1608;%20&#1588;&#1591;&#1585;&#1606;&#15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A0E81-68D1-4B53-9FA5-C820A120A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نرد و شطرنج.dot</Template>
  <TotalTime>27</TotalTime>
  <Pages>6</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The Evolution of Professional-Cultural Associations in Pahlavi-Era Iran: An Analysis of the Formation and Demise of the Iranian Engineers' Association (1942–1979)</vt:lpstr>
    </vt:vector>
  </TitlesOfParts>
  <Company/>
  <LinksUpToDate>false</LinksUpToDate>
  <CharactersWithSpaces>5153</CharactersWithSpaces>
  <SharedDoc>false</SharedDoc>
  <HLinks>
    <vt:vector size="6" baseType="variant">
      <vt:variant>
        <vt:i4>6881340</vt:i4>
      </vt:variant>
      <vt:variant>
        <vt:i4>0</vt:i4>
      </vt:variant>
      <vt:variant>
        <vt:i4>0</vt:i4>
      </vt:variant>
      <vt:variant>
        <vt:i4>5</vt:i4>
      </vt:variant>
      <vt:variant>
        <vt:lpwstr>https://perlit.tabrizu.ac.ir/article_12610_442eb37357c03df65a8b61dcc3a559d5.pdf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Professional-Cultural Associations in Pahlavi-Era Iran: An Analysis of the Formation and Demise of the Iranian Engineers' Association (1942–1979)</dc:title>
  <dc:subject/>
  <dc:creator>Elham malekzadeh;Narges kalali</dc:creator>
  <cp:keywords>Journal of Diplomatics Studies and Research</cp:keywords>
  <dc:description/>
  <cp:lastModifiedBy>Asus</cp:lastModifiedBy>
  <cp:revision>8</cp:revision>
  <cp:lastPrinted>2026-10-08T06:36:00Z</cp:lastPrinted>
  <dcterms:created xsi:type="dcterms:W3CDTF">2026-10-29T02:54:00Z</dcterms:created>
  <dcterms:modified xsi:type="dcterms:W3CDTF">2026-10-29T03:27:00Z</dcterms:modified>
</cp:coreProperties>
</file>