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9BC494" w14:textId="367D3D76" w:rsidR="00B70AD8" w:rsidRPr="000728C5" w:rsidRDefault="00DB4D61" w:rsidP="00BB0C19">
      <w:pPr>
        <w:bidi w:val="0"/>
        <w:spacing w:line="360" w:lineRule="auto"/>
        <w:ind w:firstLine="0"/>
        <w:jc w:val="center"/>
        <w:rPr>
          <w:rFonts w:asciiTheme="majorBidi" w:hAnsiTheme="majorBidi" w:cstheme="majorBidi"/>
          <w:b/>
          <w:sz w:val="26"/>
          <w:szCs w:val="26"/>
        </w:rPr>
      </w:pPr>
      <w:bookmarkStart w:id="0" w:name="_GoBack"/>
      <w:bookmarkEnd w:id="0"/>
      <w:r w:rsidRPr="00B70AD8">
        <w:rPr>
          <w:rFonts w:asciiTheme="majorBidi" w:hAnsiTheme="majorBidi" w:cstheme="majorBidi"/>
          <w:noProof/>
          <w:sz w:val="26"/>
          <w:szCs w:val="26"/>
          <w:rtl/>
        </w:rPr>
        <w:drawing>
          <wp:anchor distT="0" distB="0" distL="114300" distR="114300" simplePos="0" relativeHeight="251800576" behindDoc="0" locked="0" layoutInCell="1" allowOverlap="1" wp14:anchorId="5239BAC4" wp14:editId="726C971A">
            <wp:simplePos x="0" y="0"/>
            <wp:positionH relativeFrom="column">
              <wp:posOffset>1299210</wp:posOffset>
            </wp:positionH>
            <wp:positionV relativeFrom="paragraph">
              <wp:posOffset>386938</wp:posOffset>
            </wp:positionV>
            <wp:extent cx="162560" cy="162560"/>
            <wp:effectExtent l="0" t="0" r="8890" b="8890"/>
            <wp:wrapNone/>
            <wp:docPr id="20" name="Picture 20">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ownload.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2560" cy="162560"/>
                    </a:xfrm>
                    <a:prstGeom prst="rect">
                      <a:avLst/>
                    </a:prstGeom>
                  </pic:spPr>
                </pic:pic>
              </a:graphicData>
            </a:graphic>
            <wp14:sizeRelH relativeFrom="margin">
              <wp14:pctWidth>0</wp14:pctWidth>
            </wp14:sizeRelH>
            <wp14:sizeRelV relativeFrom="margin">
              <wp14:pctHeight>0</wp14:pctHeight>
            </wp14:sizeRelV>
          </wp:anchor>
        </w:drawing>
      </w:r>
      <w:r w:rsidR="00847163" w:rsidRPr="000728C5">
        <w:rPr>
          <w:rFonts w:asciiTheme="majorBidi" w:hAnsiTheme="majorBidi" w:cstheme="majorBidi"/>
          <w:b/>
          <w:noProof/>
          <w:sz w:val="26"/>
          <w:szCs w:val="26"/>
          <w:rtl/>
        </w:rPr>
        <w:drawing>
          <wp:anchor distT="0" distB="0" distL="114300" distR="114300" simplePos="0" relativeHeight="251779072" behindDoc="0" locked="0" layoutInCell="1" allowOverlap="1" wp14:anchorId="1AC4547A" wp14:editId="7C788612">
            <wp:simplePos x="0" y="0"/>
            <wp:positionH relativeFrom="column">
              <wp:posOffset>-61710</wp:posOffset>
            </wp:positionH>
            <wp:positionV relativeFrom="paragraph">
              <wp:posOffset>0</wp:posOffset>
            </wp:positionV>
            <wp:extent cx="222250" cy="223110"/>
            <wp:effectExtent l="0" t="0" r="6350" b="5715"/>
            <wp:wrapNone/>
            <wp:docPr id="302923180" name="Picture 302923180">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648858" name="Picture 936648858">
                      <a:hlinkClick r:id="rId11"/>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22250" cy="223110"/>
                    </a:xfrm>
                    <a:prstGeom prst="rect">
                      <a:avLst/>
                    </a:prstGeom>
                  </pic:spPr>
                </pic:pic>
              </a:graphicData>
            </a:graphic>
            <wp14:sizeRelH relativeFrom="margin">
              <wp14:pctWidth>0</wp14:pctWidth>
            </wp14:sizeRelH>
            <wp14:sizeRelV relativeFrom="margin">
              <wp14:pctHeight>0</wp14:pctHeight>
            </wp14:sizeRelV>
          </wp:anchor>
        </w:drawing>
      </w:r>
      <w:r w:rsidR="00BB0C19">
        <w:rPr>
          <w:rFonts w:asciiTheme="majorBidi" w:hAnsiTheme="majorBidi" w:cstheme="majorBidi"/>
          <w:b/>
          <w:sz w:val="26"/>
          <w:szCs w:val="26"/>
        </w:rPr>
        <w:t>Title …………………………………………………..</w:t>
      </w:r>
    </w:p>
    <w:p w14:paraId="58016051" w14:textId="2F9140B8" w:rsidR="00E02A30" w:rsidRPr="00561810" w:rsidRDefault="00BB0C19" w:rsidP="00BB0C19">
      <w:pPr>
        <w:bidi w:val="0"/>
        <w:ind w:firstLine="0"/>
        <w:jc w:val="center"/>
        <w:rPr>
          <w:rFonts w:asciiTheme="majorBidi" w:hAnsiTheme="majorBidi" w:cstheme="majorBidi"/>
          <w:sz w:val="22"/>
          <w:szCs w:val="22"/>
        </w:rPr>
      </w:pPr>
      <w:r w:rsidRPr="00B70AD8">
        <w:rPr>
          <w:rFonts w:asciiTheme="majorBidi" w:hAnsiTheme="majorBidi" w:cstheme="majorBidi"/>
          <w:noProof/>
          <w:sz w:val="26"/>
          <w:szCs w:val="26"/>
          <w:rtl/>
        </w:rPr>
        <w:drawing>
          <wp:anchor distT="0" distB="0" distL="114300" distR="114300" simplePos="0" relativeHeight="251802624" behindDoc="0" locked="0" layoutInCell="1" allowOverlap="1" wp14:anchorId="4B5C3B93" wp14:editId="75675D7E">
            <wp:simplePos x="0" y="0"/>
            <wp:positionH relativeFrom="column">
              <wp:posOffset>2989264</wp:posOffset>
            </wp:positionH>
            <wp:positionV relativeFrom="paragraph">
              <wp:posOffset>5080</wp:posOffset>
            </wp:positionV>
            <wp:extent cx="162560" cy="162560"/>
            <wp:effectExtent l="0" t="0" r="8890" b="8890"/>
            <wp:wrapNone/>
            <wp:docPr id="8" name="Picture 8">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ownload.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2560" cy="162560"/>
                    </a:xfrm>
                    <a:prstGeom prst="rect">
                      <a:avLst/>
                    </a:prstGeom>
                  </pic:spPr>
                </pic:pic>
              </a:graphicData>
            </a:graphic>
            <wp14:sizeRelH relativeFrom="margin">
              <wp14:pctWidth>0</wp14:pctWidth>
            </wp14:sizeRelH>
            <wp14:sizeRelV relativeFrom="margin">
              <wp14:pctHeight>0</wp14:pctHeight>
            </wp14:sizeRelV>
          </wp:anchor>
        </w:drawing>
      </w:r>
      <w:r w:rsidR="00847163" w:rsidRPr="00577BBC">
        <w:rPr>
          <w:rFonts w:asciiTheme="majorBidi" w:hAnsiTheme="majorBidi" w:cstheme="majorBidi"/>
          <w:noProof/>
          <w:szCs w:val="24"/>
          <w:rtl/>
        </w:rPr>
        <w:drawing>
          <wp:anchor distT="0" distB="0" distL="114300" distR="114300" simplePos="0" relativeHeight="251770880" behindDoc="0" locked="0" layoutInCell="1" allowOverlap="1" wp14:anchorId="51C25679" wp14:editId="50AEBE14">
            <wp:simplePos x="0" y="0"/>
            <wp:positionH relativeFrom="column">
              <wp:posOffset>1488836</wp:posOffset>
            </wp:positionH>
            <wp:positionV relativeFrom="paragraph">
              <wp:posOffset>15908</wp:posOffset>
            </wp:positionV>
            <wp:extent cx="161290" cy="135890"/>
            <wp:effectExtent l="0" t="0" r="0" b="0"/>
            <wp:wrapNone/>
            <wp:docPr id="46" name="Picture 46">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ownload (1).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61290" cy="135890"/>
                    </a:xfrm>
                    <a:prstGeom prst="rect">
                      <a:avLst/>
                    </a:prstGeom>
                  </pic:spPr>
                </pic:pic>
              </a:graphicData>
            </a:graphic>
            <wp14:sizeRelH relativeFrom="margin">
              <wp14:pctWidth>0</wp14:pctWidth>
            </wp14:sizeRelH>
            <wp14:sizeRelV relativeFrom="margin">
              <wp14:pctHeight>0</wp14:pctHeight>
            </wp14:sizeRelV>
          </wp:anchor>
        </w:drawing>
      </w:r>
      <w:proofErr w:type="gramStart"/>
      <w:r>
        <w:rPr>
          <w:rFonts w:ascii="rtl-font" w:hAnsi="rtl-font"/>
          <w:color w:val="000000"/>
          <w:sz w:val="21"/>
          <w:szCs w:val="21"/>
          <w:shd w:val="clear" w:color="auto" w:fill="FFFFFF"/>
        </w:rPr>
        <w:t>Name  Surname</w:t>
      </w:r>
      <w:proofErr w:type="gramEnd"/>
      <w:r w:rsidR="008B5D92">
        <w:rPr>
          <w:rStyle w:val="FootnoteReference"/>
          <w:rFonts w:ascii="rtl-font" w:hAnsi="rtl-font"/>
          <w:color w:val="000000"/>
          <w:sz w:val="21"/>
          <w:szCs w:val="21"/>
          <w:shd w:val="clear" w:color="auto" w:fill="FFFFFF"/>
        </w:rPr>
        <w:footnoteReference w:id="1"/>
      </w:r>
      <w:r w:rsidR="00847163">
        <w:rPr>
          <w:rFonts w:ascii="rtl-font" w:hAnsi="rtl-font"/>
          <w:color w:val="000000"/>
          <w:sz w:val="21"/>
          <w:szCs w:val="21"/>
          <w:shd w:val="clear" w:color="auto" w:fill="FFFFFF"/>
        </w:rPr>
        <w:tab/>
      </w:r>
      <w:r w:rsidR="00847163">
        <w:rPr>
          <w:rFonts w:ascii="rtl-font" w:hAnsi="rtl-font"/>
          <w:color w:val="000000"/>
          <w:sz w:val="21"/>
          <w:szCs w:val="21"/>
          <w:shd w:val="clear" w:color="auto" w:fill="FFFFFF"/>
        </w:rPr>
        <w:tab/>
      </w:r>
      <w:r w:rsidRPr="00BB0C19">
        <w:rPr>
          <w:rFonts w:ascii="rtl-font" w:hAnsi="rtl-font"/>
          <w:color w:val="000000"/>
          <w:sz w:val="21"/>
          <w:szCs w:val="21"/>
          <w:shd w:val="clear" w:color="auto" w:fill="FFFFFF"/>
        </w:rPr>
        <w:t>Name  Surname</w:t>
      </w:r>
      <w:r w:rsidRPr="00BB0C19">
        <w:rPr>
          <w:rStyle w:val="FootnoteReference"/>
          <w:rFonts w:ascii="rtl-font" w:hAnsi="rtl-font"/>
          <w:color w:val="000000"/>
          <w:sz w:val="21"/>
          <w:szCs w:val="21"/>
          <w:shd w:val="clear" w:color="auto" w:fill="FFFFFF"/>
          <w:vertAlign w:val="baseline"/>
        </w:rPr>
        <w:t xml:space="preserve"> </w:t>
      </w:r>
      <w:r w:rsidR="008B5D92">
        <w:rPr>
          <w:rStyle w:val="FootnoteReference"/>
          <w:rFonts w:asciiTheme="majorBidi" w:hAnsiTheme="majorBidi" w:cstheme="majorBidi"/>
          <w:sz w:val="22"/>
          <w:szCs w:val="22"/>
        </w:rPr>
        <w:footnoteReference w:id="2"/>
      </w:r>
    </w:p>
    <w:p w14:paraId="2016C889" w14:textId="1D27E0EC" w:rsidR="001504D0" w:rsidRPr="00354048" w:rsidRDefault="001504D0" w:rsidP="009273F3">
      <w:pPr>
        <w:bidi w:val="0"/>
        <w:spacing w:after="0" w:line="360" w:lineRule="auto"/>
        <w:ind w:firstLine="0"/>
        <w:jc w:val="center"/>
        <w:rPr>
          <w:rFonts w:asciiTheme="majorBidi" w:hAnsiTheme="majorBidi" w:cstheme="majorBidi"/>
          <w:color w:val="C00000"/>
          <w:sz w:val="20"/>
          <w:szCs w:val="20"/>
        </w:rPr>
      </w:pPr>
      <w:r w:rsidRPr="009273F3">
        <w:rPr>
          <w:rFonts w:asciiTheme="majorBidi" w:hAnsiTheme="majorBidi" w:cstheme="majorBidi"/>
          <w:color w:val="C00000"/>
          <w:sz w:val="20"/>
          <w:szCs w:val="20"/>
        </w:rPr>
        <w:t>Submited:</w:t>
      </w:r>
      <w:r w:rsidRPr="009273F3">
        <w:rPr>
          <w:rFonts w:asciiTheme="majorBidi" w:hAnsiTheme="majorBidi" w:cstheme="majorBidi"/>
          <w:sz w:val="20"/>
          <w:szCs w:val="20"/>
        </w:rPr>
        <w:t xml:space="preserve"> </w:t>
      </w:r>
      <w:r w:rsidRPr="009273F3">
        <w:rPr>
          <w:rFonts w:asciiTheme="majorBidi" w:hAnsiTheme="majorBidi" w:cstheme="majorBidi"/>
          <w:color w:val="C00000"/>
          <w:sz w:val="20"/>
          <w:szCs w:val="20"/>
        </w:rPr>
        <w:t>202</w:t>
      </w:r>
      <w:r w:rsidR="000E19C1" w:rsidRPr="009273F3">
        <w:rPr>
          <w:rFonts w:asciiTheme="majorBidi" w:hAnsiTheme="majorBidi" w:cstheme="majorBidi"/>
          <w:color w:val="C00000"/>
          <w:sz w:val="20"/>
          <w:szCs w:val="20"/>
        </w:rPr>
        <w:t>6</w:t>
      </w:r>
      <w:r w:rsidRPr="009273F3">
        <w:rPr>
          <w:rFonts w:asciiTheme="majorBidi" w:hAnsiTheme="majorBidi" w:cstheme="majorBidi"/>
          <w:color w:val="C00000"/>
          <w:sz w:val="20"/>
          <w:szCs w:val="20"/>
        </w:rPr>
        <w:t>-</w:t>
      </w:r>
      <w:r w:rsidR="000E3FB0" w:rsidRPr="009273F3">
        <w:rPr>
          <w:rFonts w:asciiTheme="majorBidi" w:hAnsiTheme="majorBidi" w:cstheme="majorBidi"/>
          <w:color w:val="C00000"/>
          <w:sz w:val="20"/>
          <w:szCs w:val="20"/>
        </w:rPr>
        <w:t>09</w:t>
      </w:r>
      <w:r w:rsidRPr="009273F3">
        <w:rPr>
          <w:rFonts w:asciiTheme="majorBidi" w:hAnsiTheme="majorBidi" w:cstheme="majorBidi"/>
          <w:color w:val="C00000"/>
          <w:sz w:val="20"/>
          <w:szCs w:val="20"/>
        </w:rPr>
        <w:t>-</w:t>
      </w:r>
      <w:r w:rsidR="005F4D8B" w:rsidRPr="009273F3">
        <w:rPr>
          <w:rFonts w:asciiTheme="majorBidi" w:hAnsiTheme="majorBidi" w:cstheme="majorBidi"/>
          <w:color w:val="C00000"/>
          <w:sz w:val="20"/>
          <w:szCs w:val="20"/>
        </w:rPr>
        <w:t>24</w:t>
      </w:r>
      <w:r w:rsidRPr="009273F3">
        <w:rPr>
          <w:rFonts w:asciiTheme="majorBidi" w:hAnsiTheme="majorBidi" w:cstheme="majorBidi"/>
          <w:color w:val="C00000"/>
          <w:sz w:val="20"/>
          <w:szCs w:val="20"/>
        </w:rPr>
        <w:t xml:space="preserve">   Revised:</w:t>
      </w:r>
      <w:r w:rsidRPr="009273F3">
        <w:rPr>
          <w:rFonts w:asciiTheme="majorBidi" w:hAnsiTheme="majorBidi" w:cstheme="majorBidi"/>
          <w:sz w:val="20"/>
          <w:szCs w:val="20"/>
        </w:rPr>
        <w:t xml:space="preserve"> </w:t>
      </w:r>
      <w:r w:rsidRPr="009273F3">
        <w:rPr>
          <w:rFonts w:asciiTheme="majorBidi" w:hAnsiTheme="majorBidi" w:cstheme="majorBidi"/>
          <w:color w:val="C00000"/>
          <w:sz w:val="20"/>
          <w:szCs w:val="20"/>
        </w:rPr>
        <w:t>202</w:t>
      </w:r>
      <w:r w:rsidR="000E19C1" w:rsidRPr="009273F3">
        <w:rPr>
          <w:rFonts w:asciiTheme="majorBidi" w:hAnsiTheme="majorBidi" w:cstheme="majorBidi"/>
          <w:color w:val="C00000"/>
          <w:sz w:val="20"/>
          <w:szCs w:val="20"/>
        </w:rPr>
        <w:t>6</w:t>
      </w:r>
      <w:r w:rsidRPr="009273F3">
        <w:rPr>
          <w:rFonts w:asciiTheme="majorBidi" w:hAnsiTheme="majorBidi" w:cstheme="majorBidi"/>
          <w:color w:val="C00000"/>
          <w:sz w:val="20"/>
          <w:szCs w:val="20"/>
        </w:rPr>
        <w:t>-</w:t>
      </w:r>
      <w:r w:rsidR="00597DC4" w:rsidRPr="009273F3">
        <w:rPr>
          <w:rFonts w:asciiTheme="majorBidi" w:hAnsiTheme="majorBidi" w:cstheme="majorBidi"/>
          <w:color w:val="C00000"/>
          <w:sz w:val="20"/>
          <w:szCs w:val="20"/>
        </w:rPr>
        <w:t>09</w:t>
      </w:r>
      <w:r w:rsidRPr="009273F3">
        <w:rPr>
          <w:rFonts w:asciiTheme="majorBidi" w:hAnsiTheme="majorBidi" w:cstheme="majorBidi"/>
          <w:color w:val="C00000"/>
          <w:sz w:val="20"/>
          <w:szCs w:val="20"/>
        </w:rPr>
        <w:t>-</w:t>
      </w:r>
      <w:r w:rsidR="005F4D8B" w:rsidRPr="009273F3">
        <w:rPr>
          <w:rFonts w:asciiTheme="majorBidi" w:hAnsiTheme="majorBidi" w:cstheme="majorBidi"/>
          <w:color w:val="C00000"/>
          <w:sz w:val="20"/>
          <w:szCs w:val="20"/>
        </w:rPr>
        <w:t>27</w:t>
      </w:r>
      <w:r w:rsidRPr="009273F3">
        <w:rPr>
          <w:rFonts w:asciiTheme="majorBidi" w:hAnsiTheme="majorBidi" w:cstheme="majorBidi"/>
          <w:color w:val="C00000"/>
          <w:sz w:val="20"/>
          <w:szCs w:val="20"/>
        </w:rPr>
        <w:t xml:space="preserve">    Accepted: 202</w:t>
      </w:r>
      <w:r w:rsidR="000E19C1" w:rsidRPr="009273F3">
        <w:rPr>
          <w:rFonts w:asciiTheme="majorBidi" w:hAnsiTheme="majorBidi" w:cstheme="majorBidi"/>
          <w:color w:val="C00000"/>
          <w:sz w:val="20"/>
          <w:szCs w:val="20"/>
        </w:rPr>
        <w:t>6</w:t>
      </w:r>
      <w:r w:rsidRPr="009273F3">
        <w:rPr>
          <w:rFonts w:asciiTheme="majorBidi" w:hAnsiTheme="majorBidi" w:cstheme="majorBidi"/>
          <w:color w:val="C00000"/>
          <w:sz w:val="20"/>
          <w:szCs w:val="20"/>
        </w:rPr>
        <w:t>-</w:t>
      </w:r>
      <w:r w:rsidR="001422CC" w:rsidRPr="009273F3">
        <w:rPr>
          <w:rFonts w:asciiTheme="majorBidi" w:hAnsiTheme="majorBidi" w:cstheme="majorBidi"/>
          <w:color w:val="C00000"/>
          <w:sz w:val="20"/>
          <w:szCs w:val="20"/>
        </w:rPr>
        <w:t>09</w:t>
      </w:r>
      <w:r w:rsidRPr="009273F3">
        <w:rPr>
          <w:rFonts w:asciiTheme="majorBidi" w:hAnsiTheme="majorBidi" w:cstheme="majorBidi"/>
          <w:color w:val="C00000"/>
          <w:sz w:val="20"/>
          <w:szCs w:val="20"/>
        </w:rPr>
        <w:t>-</w:t>
      </w:r>
      <w:r w:rsidR="005F4D8B" w:rsidRPr="009273F3">
        <w:rPr>
          <w:rFonts w:asciiTheme="majorBidi" w:hAnsiTheme="majorBidi" w:cstheme="majorBidi"/>
          <w:color w:val="C00000"/>
          <w:sz w:val="20"/>
          <w:szCs w:val="20"/>
        </w:rPr>
        <w:t>29</w:t>
      </w:r>
      <w:r w:rsidRPr="009273F3">
        <w:rPr>
          <w:rFonts w:asciiTheme="majorBidi" w:hAnsiTheme="majorBidi" w:cstheme="majorBidi"/>
          <w:color w:val="C00000"/>
          <w:sz w:val="20"/>
          <w:szCs w:val="20"/>
        </w:rPr>
        <w:t xml:space="preserve">    Published: 2026-</w:t>
      </w:r>
      <w:r w:rsidR="00E042A4" w:rsidRPr="009273F3">
        <w:rPr>
          <w:rFonts w:asciiTheme="majorBidi" w:hAnsiTheme="majorBidi" w:cstheme="majorBidi"/>
          <w:color w:val="C00000"/>
          <w:sz w:val="20"/>
          <w:szCs w:val="20"/>
        </w:rPr>
        <w:t>10</w:t>
      </w:r>
      <w:r w:rsidR="000E19C1" w:rsidRPr="009273F3">
        <w:rPr>
          <w:rFonts w:asciiTheme="majorBidi" w:hAnsiTheme="majorBidi" w:cstheme="majorBidi"/>
          <w:color w:val="C00000"/>
          <w:sz w:val="20"/>
          <w:szCs w:val="20"/>
        </w:rPr>
        <w:t>-</w:t>
      </w:r>
      <w:r w:rsidR="005F4D8B" w:rsidRPr="009273F3">
        <w:rPr>
          <w:rFonts w:asciiTheme="majorBidi" w:hAnsiTheme="majorBidi" w:cstheme="majorBidi"/>
          <w:color w:val="C00000"/>
          <w:sz w:val="20"/>
          <w:szCs w:val="20"/>
        </w:rPr>
        <w:t>08</w:t>
      </w:r>
      <w:r w:rsidRPr="009273F3">
        <w:rPr>
          <w:rFonts w:asciiTheme="majorBidi" w:hAnsiTheme="majorBidi" w:cstheme="majorBidi"/>
          <w:color w:val="C00000"/>
          <w:sz w:val="20"/>
          <w:szCs w:val="20"/>
        </w:rPr>
        <w:t xml:space="preserve">   pp.</w:t>
      </w:r>
      <w:r w:rsidR="00FC418E" w:rsidRPr="009273F3">
        <w:rPr>
          <w:rFonts w:asciiTheme="majorBidi" w:hAnsiTheme="majorBidi" w:cstheme="majorBidi"/>
          <w:color w:val="C00000"/>
          <w:sz w:val="20"/>
          <w:szCs w:val="20"/>
        </w:rPr>
        <w:t>314</w:t>
      </w:r>
      <w:r w:rsidRPr="009273F3">
        <w:rPr>
          <w:rFonts w:asciiTheme="majorBidi" w:hAnsiTheme="majorBidi" w:cstheme="majorBidi"/>
          <w:color w:val="C00000"/>
          <w:sz w:val="20"/>
          <w:szCs w:val="20"/>
        </w:rPr>
        <w:t>-</w:t>
      </w:r>
      <w:r w:rsidR="00CE49DA" w:rsidRPr="009273F3">
        <w:rPr>
          <w:rFonts w:asciiTheme="majorBidi" w:hAnsiTheme="majorBidi" w:cstheme="majorBidi"/>
          <w:color w:val="C00000"/>
          <w:sz w:val="20"/>
          <w:szCs w:val="20"/>
        </w:rPr>
        <w:t>3</w:t>
      </w:r>
      <w:r w:rsidR="009273F3" w:rsidRPr="009273F3">
        <w:rPr>
          <w:rFonts w:asciiTheme="majorBidi" w:hAnsiTheme="majorBidi" w:cstheme="majorBidi"/>
          <w:color w:val="C00000"/>
          <w:sz w:val="20"/>
          <w:szCs w:val="20"/>
        </w:rPr>
        <w:t>30</w:t>
      </w:r>
    </w:p>
    <w:p w14:paraId="2517F00F" w14:textId="77777777" w:rsidR="001504D0" w:rsidRPr="00B70AD8" w:rsidRDefault="001504D0" w:rsidP="00052478">
      <w:pPr>
        <w:bidi w:val="0"/>
        <w:spacing w:after="0" w:line="360" w:lineRule="auto"/>
        <w:ind w:firstLine="0"/>
        <w:rPr>
          <w:rFonts w:asciiTheme="majorBidi" w:hAnsiTheme="majorBidi" w:cstheme="majorBidi"/>
          <w:b/>
          <w:bCs/>
          <w:color w:val="444444"/>
          <w:sz w:val="26"/>
          <w:szCs w:val="26"/>
          <w:shd w:val="clear" w:color="auto" w:fill="FFFFFF"/>
        </w:rPr>
      </w:pPr>
      <w:r w:rsidRPr="00B70AD8">
        <w:rPr>
          <w:rFonts w:asciiTheme="majorBidi" w:hAnsiTheme="majorBidi" w:cstheme="majorBidi"/>
          <w:b/>
          <w:bCs/>
          <w:color w:val="444444"/>
          <w:sz w:val="26"/>
          <w:szCs w:val="26"/>
          <w:shd w:val="clear" w:color="auto" w:fill="FFFFFF"/>
        </w:rPr>
        <w:t>Abstract</w:t>
      </w:r>
    </w:p>
    <w:p w14:paraId="4BD4F16C" w14:textId="7F44BA7F" w:rsidR="000728C5" w:rsidRDefault="00BB0C19" w:rsidP="00070309">
      <w:pPr>
        <w:widowControl/>
        <w:bidi w:val="0"/>
        <w:spacing w:after="0"/>
        <w:ind w:firstLine="720"/>
        <w:rPr>
          <w:sz w:val="26"/>
          <w:szCs w:val="26"/>
        </w:rPr>
      </w:pPr>
      <w:r w:rsidRPr="00BB0C19">
        <w:rPr>
          <w:rFonts w:eastAsia="Times New Roman" w:cs="Times New Roman"/>
          <w:szCs w:val="24"/>
        </w:rPr>
        <w:t xml:space="preserve">Text Text Text Text Text Text Text Text Text Text Text Text Text Text Text Text Text Text Text Text Text Text Text Text Text </w:t>
      </w:r>
      <w:r w:rsidR="00070309" w:rsidRPr="00070309">
        <w:rPr>
          <w:sz w:val="26"/>
          <w:szCs w:val="26"/>
        </w:rPr>
        <w:t>Text Text Text Text Text Text Text Text Text Text Text Text Text Text Text Text Text Text Text</w:t>
      </w:r>
      <w:r w:rsidR="00070309" w:rsidRPr="00070309">
        <w:t xml:space="preserve"> </w:t>
      </w:r>
      <w:r w:rsidR="00070309" w:rsidRPr="00070309">
        <w:rPr>
          <w:sz w:val="26"/>
          <w:szCs w:val="26"/>
        </w:rPr>
        <w:t>Text Text Text Text Text Text Text Text Text Text Text Text Text Text Text Text Text Text Text</w:t>
      </w:r>
      <w:r w:rsidR="00070309" w:rsidRPr="00070309">
        <w:t xml:space="preserve"> </w:t>
      </w:r>
      <w:r w:rsidR="00070309" w:rsidRPr="00070309">
        <w:rPr>
          <w:sz w:val="26"/>
          <w:szCs w:val="26"/>
        </w:rPr>
        <w:t>Text Text Text Text Text Text Text Text Text Text Text Text Text Text Text Text Text Text Text</w:t>
      </w:r>
    </w:p>
    <w:p w14:paraId="1E8F8B13" w14:textId="77777777" w:rsidR="00766668" w:rsidRPr="00DB4D61" w:rsidRDefault="00766668" w:rsidP="00766668">
      <w:pPr>
        <w:widowControl/>
        <w:bidi w:val="0"/>
        <w:spacing w:after="0"/>
        <w:ind w:firstLine="720"/>
        <w:rPr>
          <w:rFonts w:eastAsia="Times New Roman" w:cs="Times New Roman"/>
          <w:szCs w:val="24"/>
          <w:rtl/>
        </w:rPr>
      </w:pPr>
    </w:p>
    <w:p w14:paraId="16D6755B" w14:textId="79382E08" w:rsidR="00B70AD8" w:rsidRDefault="00B70AD8" w:rsidP="00BB0C19">
      <w:pPr>
        <w:bidi w:val="0"/>
        <w:jc w:val="lowKashida"/>
        <w:rPr>
          <w:rFonts w:asciiTheme="majorBidi" w:hAnsiTheme="majorBidi" w:cstheme="majorBidi"/>
          <w:sz w:val="26"/>
          <w:szCs w:val="26"/>
        </w:rPr>
      </w:pPr>
      <w:r w:rsidRPr="00B70AD8">
        <w:rPr>
          <w:rFonts w:asciiTheme="majorBidi" w:hAnsiTheme="majorBidi" w:cstheme="majorBidi"/>
          <w:b/>
          <w:bCs/>
          <w:sz w:val="26"/>
          <w:szCs w:val="26"/>
        </w:rPr>
        <w:t>Keywords:</w:t>
      </w:r>
      <w:r w:rsidRPr="00B70AD8">
        <w:rPr>
          <w:rFonts w:asciiTheme="majorBidi" w:hAnsiTheme="majorBidi" w:cstheme="majorBidi"/>
          <w:sz w:val="26"/>
          <w:szCs w:val="26"/>
        </w:rPr>
        <w:t xml:space="preserve"> </w:t>
      </w:r>
      <w:r w:rsidR="00BB0C19">
        <w:rPr>
          <w:rFonts w:asciiTheme="majorBidi" w:hAnsiTheme="majorBidi" w:cstheme="majorBidi"/>
          <w:sz w:val="26"/>
          <w:szCs w:val="26"/>
        </w:rPr>
        <w:t>Word1. Word2. Word3…………….</w:t>
      </w:r>
    </w:p>
    <w:p w14:paraId="4DD5F0C2" w14:textId="77777777" w:rsidR="00766668" w:rsidRPr="00B70AD8" w:rsidRDefault="00766668" w:rsidP="00766668">
      <w:pPr>
        <w:bidi w:val="0"/>
        <w:jc w:val="lowKashida"/>
        <w:rPr>
          <w:rFonts w:asciiTheme="majorBidi" w:hAnsiTheme="majorBidi" w:cstheme="majorBidi"/>
          <w:sz w:val="26"/>
          <w:szCs w:val="26"/>
        </w:rPr>
      </w:pPr>
    </w:p>
    <w:p w14:paraId="1856EC48" w14:textId="5FA002E2" w:rsidR="004A2F92" w:rsidRPr="00A04C4B" w:rsidRDefault="001F6A75" w:rsidP="0018763C">
      <w:pPr>
        <w:bidi w:val="0"/>
        <w:spacing w:after="0" w:line="276" w:lineRule="auto"/>
        <w:ind w:firstLine="0"/>
        <w:jc w:val="lowKashida"/>
        <w:rPr>
          <w:rFonts w:asciiTheme="majorBidi" w:hAnsiTheme="majorBidi" w:cstheme="majorBidi"/>
          <w:sz w:val="26"/>
          <w:szCs w:val="26"/>
        </w:rPr>
      </w:pPr>
      <w:r w:rsidRPr="00A04C4B">
        <w:rPr>
          <w:rFonts w:asciiTheme="majorBidi" w:hAnsiTheme="majorBidi" w:cstheme="majorBidi"/>
          <w:sz w:val="26"/>
          <w:szCs w:val="26"/>
        </w:rPr>
        <w:t>CONFLICT OF INTERESTS</w:t>
      </w:r>
    </w:p>
    <w:p w14:paraId="47562A18" w14:textId="77777777" w:rsidR="001F6A75" w:rsidRPr="00943963" w:rsidRDefault="001F6A75" w:rsidP="004A2F92">
      <w:pPr>
        <w:bidi w:val="0"/>
        <w:spacing w:line="276" w:lineRule="auto"/>
        <w:ind w:firstLine="0"/>
        <w:jc w:val="lowKashida"/>
        <w:rPr>
          <w:rFonts w:asciiTheme="majorBidi" w:hAnsiTheme="majorBidi" w:cstheme="majorBidi"/>
          <w:szCs w:val="24"/>
        </w:rPr>
      </w:pPr>
      <w:r w:rsidRPr="00943963">
        <w:rPr>
          <w:rFonts w:asciiTheme="majorBidi" w:hAnsiTheme="majorBidi" w:cstheme="majorBidi"/>
          <w:szCs w:val="24"/>
        </w:rPr>
        <w:t>The authors declare that there is no conflict of interest regarding the publication of this paper.</w:t>
      </w:r>
    </w:p>
    <w:p w14:paraId="33B34372" w14:textId="3C742BE8" w:rsidR="00A94D6A" w:rsidRDefault="00A94D6A" w:rsidP="00A94D6A">
      <w:pPr>
        <w:shd w:val="clear" w:color="auto" w:fill="FFFFFF"/>
        <w:bidi w:val="0"/>
        <w:spacing w:after="0" w:line="276" w:lineRule="auto"/>
        <w:ind w:firstLine="0"/>
        <w:rPr>
          <w:rFonts w:asciiTheme="majorBidi" w:eastAsia="Times New Roman" w:hAnsiTheme="majorBidi" w:cstheme="majorBidi"/>
          <w:color w:val="212529"/>
          <w:szCs w:val="24"/>
        </w:rPr>
      </w:pPr>
      <w:r w:rsidRPr="00943963">
        <w:rPr>
          <w:rFonts w:asciiTheme="majorBidi" w:hAnsiTheme="majorBidi" w:cstheme="majorBidi"/>
          <w:noProof/>
          <w:szCs w:val="24"/>
          <w:rtl/>
        </w:rPr>
        <mc:AlternateContent>
          <mc:Choice Requires="wps">
            <w:drawing>
              <wp:anchor distT="0" distB="0" distL="114300" distR="114300" simplePos="0" relativeHeight="251798528" behindDoc="0" locked="0" layoutInCell="1" allowOverlap="1" wp14:anchorId="4FC52EF5" wp14:editId="40CC961E">
                <wp:simplePos x="0" y="0"/>
                <wp:positionH relativeFrom="margin">
                  <wp:posOffset>27296</wp:posOffset>
                </wp:positionH>
                <wp:positionV relativeFrom="paragraph">
                  <wp:posOffset>114</wp:posOffset>
                </wp:positionV>
                <wp:extent cx="5889625" cy="848995"/>
                <wp:effectExtent l="0" t="0" r="0" b="8255"/>
                <wp:wrapTopAndBottom/>
                <wp:docPr id="1" name="Rounded Rectangle 5"/>
                <wp:cNvGraphicFramePr/>
                <a:graphic xmlns:a="http://schemas.openxmlformats.org/drawingml/2006/main">
                  <a:graphicData uri="http://schemas.microsoft.com/office/word/2010/wordprocessingShape">
                    <wps:wsp>
                      <wps:cNvSpPr/>
                      <wps:spPr>
                        <a:xfrm>
                          <a:off x="0" y="0"/>
                          <a:ext cx="5889625" cy="848995"/>
                        </a:xfrm>
                        <a:prstGeom prst="roundRect">
                          <a:avLst/>
                        </a:prstGeom>
                        <a:gradFill flip="none" rotWithShape="1">
                          <a:gsLst>
                            <a:gs pos="0">
                              <a:schemeClr val="accent1">
                                <a:tint val="66000"/>
                                <a:satMod val="160000"/>
                              </a:schemeClr>
                            </a:gs>
                            <a:gs pos="50000">
                              <a:schemeClr val="accent1">
                                <a:tint val="44500"/>
                                <a:satMod val="160000"/>
                              </a:schemeClr>
                            </a:gs>
                            <a:gs pos="100000">
                              <a:schemeClr val="accent1">
                                <a:tint val="23500"/>
                                <a:satMod val="160000"/>
                              </a:schemeClr>
                            </a:gs>
                          </a:gsLst>
                          <a:lin ang="16200000" scaled="1"/>
                          <a:tileRect/>
                        </a:gradFill>
                        <a:ln>
                          <a:noFill/>
                        </a:ln>
                      </wps:spPr>
                      <wps:style>
                        <a:lnRef idx="0">
                          <a:scrgbClr r="0" g="0" b="0"/>
                        </a:lnRef>
                        <a:fillRef idx="0">
                          <a:scrgbClr r="0" g="0" b="0"/>
                        </a:fillRef>
                        <a:effectRef idx="0">
                          <a:scrgbClr r="0" g="0" b="0"/>
                        </a:effectRef>
                        <a:fontRef idx="minor">
                          <a:schemeClr val="lt1"/>
                        </a:fontRef>
                      </wps:style>
                      <wps:txbx>
                        <w:txbxContent>
                          <w:p w14:paraId="6FAC77A8" w14:textId="77777777" w:rsidR="00A94D6A" w:rsidRPr="00FB30A5" w:rsidRDefault="00A94D6A" w:rsidP="00A94D6A">
                            <w:pPr>
                              <w:bidi w:val="0"/>
                              <w:spacing w:after="0"/>
                              <w:ind w:firstLine="0"/>
                              <w:jc w:val="left"/>
                              <w:rPr>
                                <w:rFonts w:asciiTheme="majorBidi" w:hAnsiTheme="majorBidi" w:cstheme="majorBidi"/>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B30A5">
                              <w:rPr>
                                <w:rFonts w:asciiTheme="majorBidi" w:hAnsiTheme="majorBidi" w:cstheme="majorBidi"/>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This is an open access article under the terms of the </w:t>
                            </w:r>
                            <w:hyperlink r:id="rId16" w:history="1">
                              <w:r w:rsidRPr="00FB30A5">
                                <w:rPr>
                                  <w:rStyle w:val="Hyperlink"/>
                                  <w:rFonts w:asciiTheme="majorBidi" w:hAnsiTheme="majorBidi" w:cstheme="majorBidi"/>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Creative Commons Attribution-NonCommercial License</w:t>
                              </w:r>
                            </w:hyperlink>
                            <w:r w:rsidRPr="00FB30A5">
                              <w:rPr>
                                <w:rFonts w:asciiTheme="majorBidi" w:hAnsiTheme="majorBidi" w:cstheme="majorBidi"/>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which permits use, distribution and reproduction in any medium, provided the original work is properly cited and is not used for commercial purposes. </w:t>
                            </w:r>
                          </w:p>
                          <w:p w14:paraId="467749BD" w14:textId="77777777" w:rsidR="00A94D6A" w:rsidRPr="00FB30A5" w:rsidRDefault="00A94D6A" w:rsidP="00A94D6A">
                            <w:pPr>
                              <w:bidi w:val="0"/>
                              <w:spacing w:after="0"/>
                              <w:ind w:firstLine="0"/>
                              <w:jc w:val="left"/>
                              <w:rPr>
                                <w:rFonts w:asciiTheme="majorBidi" w:hAnsiTheme="majorBidi" w:cstheme="majorBidi"/>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B30A5">
                              <w:rPr>
                                <w:rFonts w:asciiTheme="majorBidi" w:hAnsiTheme="majorBidi" w:cstheme="majorBidi"/>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2024 The Author(s). Journal of Codicology and manuscript research published by Torath pub</w:t>
                            </w:r>
                            <w:r>
                              <w:rPr>
                                <w:rFonts w:asciiTheme="majorBidi" w:hAnsiTheme="majorBidi" w:cstheme="majorBidi"/>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FB30A5">
                              <w:rPr>
                                <w:rFonts w:asciiTheme="majorBidi" w:hAnsiTheme="majorBidi" w:cstheme="majorBidi"/>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gramStart"/>
                            <w:r w:rsidRPr="00FB30A5">
                              <w:rPr>
                                <w:rFonts w:asciiTheme="majorBidi" w:hAnsiTheme="majorBidi" w:cstheme="majorBidi"/>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on</w:t>
                            </w:r>
                            <w:proofErr w:type="gramEnd"/>
                            <w:r w:rsidRPr="00FB30A5">
                              <w:rPr>
                                <w:rFonts w:asciiTheme="majorBidi" w:hAnsiTheme="majorBidi" w:cstheme="majorBidi"/>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behalf of  the Scientific Association of Manuscript Research and Codicology of IRAN.</w:t>
                            </w:r>
                          </w:p>
                          <w:p w14:paraId="6954AC1A" w14:textId="77777777" w:rsidR="00A94D6A" w:rsidRDefault="00A94D6A" w:rsidP="00A94D6A">
                            <w:pPr>
                              <w:jc w:val="center"/>
                              <w:rPr>
                                <w:rtl/>
                              </w:rPr>
                            </w:pPr>
                            <w:r>
                              <w:rPr>
                                <w:rFonts w:ascii="IRNazanin" w:hAnsi="IRNazanin" w:cs="IRNazanin"/>
                                <w:noProof/>
                                <w:sz w:val="28"/>
                                <w:rtl/>
                              </w:rPr>
                              <w:drawing>
                                <wp:inline distT="0" distB="0" distL="0" distR="0" wp14:anchorId="6E8A2493" wp14:editId="44AA0593">
                                  <wp:extent cx="731520" cy="255702"/>
                                  <wp:effectExtent l="0" t="0" r="0" b="0"/>
                                  <wp:docPr id="2" name="Picture 2">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ownload.png"/>
                                          <pic:cNvPicPr/>
                                        </pic:nvPicPr>
                                        <pic:blipFill>
                                          <a:blip r:embed="rId17">
                                            <a:extLst>
                                              <a:ext uri="{28A0092B-C50C-407E-A947-70E740481C1C}">
                                                <a14:useLocalDpi xmlns:a14="http://schemas.microsoft.com/office/drawing/2010/main" val="0"/>
                                              </a:ext>
                                            </a:extLst>
                                          </a:blip>
                                          <a:stretch>
                                            <a:fillRect/>
                                          </a:stretch>
                                        </pic:blipFill>
                                        <pic:spPr>
                                          <a:xfrm>
                                            <a:off x="0" y="0"/>
                                            <a:ext cx="746187" cy="260829"/>
                                          </a:xfrm>
                                          <a:prstGeom prst="rect">
                                            <a:avLst/>
                                          </a:prstGeom>
                                        </pic:spPr>
                                      </pic:pic>
                                    </a:graphicData>
                                  </a:graphic>
                                </wp:inline>
                              </w:drawing>
                            </w:r>
                            <w:r>
                              <w:rPr>
                                <w:rFonts w:ascii="IRNazanin" w:hAnsi="IRNazanin" w:cs="IRNazanin"/>
                                <w:noProof/>
                                <w:sz w:val="28"/>
                                <w:rtl/>
                              </w:rPr>
                              <w:drawing>
                                <wp:inline distT="0" distB="0" distL="0" distR="0" wp14:anchorId="49A4C114" wp14:editId="508FEC97">
                                  <wp:extent cx="671277" cy="253092"/>
                                  <wp:effectExtent l="0" t="0" r="0" b="0"/>
                                  <wp:docPr id="6" name="Picture 6">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pen_Access.png"/>
                                          <pic:cNvPicPr/>
                                        </pic:nvPicPr>
                                        <pic:blipFill>
                                          <a:blip r:embed="rId19">
                                            <a:extLst>
                                              <a:ext uri="{28A0092B-C50C-407E-A947-70E740481C1C}">
                                                <a14:useLocalDpi xmlns:a14="http://schemas.microsoft.com/office/drawing/2010/main" val="0"/>
                                              </a:ext>
                                            </a:extLst>
                                          </a:blip>
                                          <a:stretch>
                                            <a:fillRect/>
                                          </a:stretch>
                                        </pic:blipFill>
                                        <pic:spPr>
                                          <a:xfrm>
                                            <a:off x="0" y="0"/>
                                            <a:ext cx="700938" cy="264275"/>
                                          </a:xfrm>
                                          <a:prstGeom prst="rect">
                                            <a:avLst/>
                                          </a:prstGeom>
                                        </pic:spPr>
                                      </pic:pic>
                                    </a:graphicData>
                                  </a:graphic>
                                </wp:inline>
                              </w:drawing>
                            </w:r>
                          </w:p>
                          <w:p w14:paraId="705B567B" w14:textId="77777777" w:rsidR="00A94D6A" w:rsidRDefault="00A94D6A" w:rsidP="00A94D6A"/>
                          <w:p w14:paraId="7B11A23E" w14:textId="77777777" w:rsidR="00A94D6A" w:rsidRDefault="00A94D6A" w:rsidP="00A94D6A">
                            <w:pPr>
                              <w:jc w:val="center"/>
                            </w:pPr>
                          </w:p>
                        </w:txbxContent>
                      </wps:txbx>
                      <wps:bodyPr rot="0" spcFirstLastPara="0" vertOverflow="overflow" horzOverflow="overflow" vert="horz" wrap="square" lIns="0" tIns="0" rIns="0" bIns="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FC52EF5" id="Rounded Rectangle 5" o:spid="_x0000_s1026" style="position:absolute;left:0;text-align:left;margin-left:2.15pt;margin-top:0;width:463.75pt;height:66.85pt;z-index:251798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" fillcolor="#92bce3 [2132]" stroked="f">
                <v:fill color2="#d9e8f5 [756]" rotate="t" angle="180" colors="0 #9ac3f6;.5 #c1d8f8;1 #e1ecfb" focus="100%" type="gradient"/>
                <v:textbox inset="0,0,0,0">
                  <w:txbxContent>
                    <w:p w14:paraId="6FAC77A8" w14:textId="77777777" w:rsidR="00A94D6A" w:rsidRPr="00FB30A5" w:rsidRDefault="00A94D6A" w:rsidP="00A94D6A">
                      <w:pPr>
                        <w:bidi w:val="0"/>
                        <w:spacing w:after="0"/>
                        <w:ind w:firstLine="0"/>
                        <w:jc w:val="left"/>
                        <w:rPr>
                          <w:rFonts w:asciiTheme="majorBidi" w:hAnsiTheme="majorBidi" w:cstheme="majorBidi"/>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B30A5">
                        <w:rPr>
                          <w:rFonts w:asciiTheme="majorBidi" w:hAnsiTheme="majorBidi" w:cstheme="majorBidi"/>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This is an open access article under the terms of the </w:t>
                      </w:r>
                      <w:hyperlink r:id="rId20" w:history="1">
                        <w:r w:rsidRPr="00FB30A5">
                          <w:rPr>
                            <w:rStyle w:val="Hyperlink"/>
                            <w:rFonts w:asciiTheme="majorBidi" w:hAnsiTheme="majorBidi" w:cstheme="majorBidi"/>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Creative Commons Attribution-NonCommercial License</w:t>
                        </w:r>
                      </w:hyperlink>
                      <w:r w:rsidRPr="00FB30A5">
                        <w:rPr>
                          <w:rFonts w:asciiTheme="majorBidi" w:hAnsiTheme="majorBidi" w:cstheme="majorBidi"/>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which permits use, distribution and reproduction in any medium, provided the original work is properly cited and is not used for commercial purposes. </w:t>
                      </w:r>
                    </w:p>
                    <w:p w14:paraId="467749BD" w14:textId="77777777" w:rsidR="00A94D6A" w:rsidRPr="00FB30A5" w:rsidRDefault="00A94D6A" w:rsidP="00A94D6A">
                      <w:pPr>
                        <w:bidi w:val="0"/>
                        <w:spacing w:after="0"/>
                        <w:ind w:firstLine="0"/>
                        <w:jc w:val="left"/>
                        <w:rPr>
                          <w:rFonts w:asciiTheme="majorBidi" w:hAnsiTheme="majorBidi" w:cstheme="majorBidi"/>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B30A5">
                        <w:rPr>
                          <w:rFonts w:asciiTheme="majorBidi" w:hAnsiTheme="majorBidi" w:cstheme="majorBidi"/>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2024 The Author(s). Journal of Codicology and manuscript research published by Torath pub</w:t>
                      </w:r>
                      <w:r>
                        <w:rPr>
                          <w:rFonts w:asciiTheme="majorBidi" w:hAnsiTheme="majorBidi" w:cstheme="majorBidi"/>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FB30A5">
                        <w:rPr>
                          <w:rFonts w:asciiTheme="majorBidi" w:hAnsiTheme="majorBidi" w:cstheme="majorBidi"/>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gramStart"/>
                      <w:r w:rsidRPr="00FB30A5">
                        <w:rPr>
                          <w:rFonts w:asciiTheme="majorBidi" w:hAnsiTheme="majorBidi" w:cstheme="majorBidi"/>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on</w:t>
                      </w:r>
                      <w:proofErr w:type="gramEnd"/>
                      <w:r w:rsidRPr="00FB30A5">
                        <w:rPr>
                          <w:rFonts w:asciiTheme="majorBidi" w:hAnsiTheme="majorBidi" w:cstheme="majorBidi"/>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behalf of  the Scientific Association of Manuscript Research and Codicology of IRAN.</w:t>
                      </w:r>
                    </w:p>
                    <w:p w14:paraId="6954AC1A" w14:textId="77777777" w:rsidR="00A94D6A" w:rsidRDefault="00A94D6A" w:rsidP="00A94D6A">
                      <w:pPr>
                        <w:jc w:val="center"/>
                        <w:rPr>
                          <w:rtl/>
                        </w:rPr>
                      </w:pPr>
                      <w:r>
                        <w:rPr>
                          <w:rFonts w:ascii="IRNazanin" w:hAnsi="IRNazanin" w:cs="IRNazanin"/>
                          <w:noProof/>
                          <w:sz w:val="28"/>
                          <w:rtl/>
                        </w:rPr>
                        <w:drawing>
                          <wp:inline distT="0" distB="0" distL="0" distR="0" wp14:anchorId="6E8A2493" wp14:editId="44AA0593">
                            <wp:extent cx="731520" cy="255702"/>
                            <wp:effectExtent l="0" t="0" r="0" b="0"/>
                            <wp:docPr id="2" name="Picture 2">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ownload.png"/>
                                    <pic:cNvPicPr/>
                                  </pic:nvPicPr>
                                  <pic:blipFill>
                                    <a:blip r:embed="rId22">
                                      <a:extLst>
                                        <a:ext uri="{28A0092B-C50C-407E-A947-70E740481C1C}">
                                          <a14:useLocalDpi xmlns:a14="http://schemas.microsoft.com/office/drawing/2010/main" val="0"/>
                                        </a:ext>
                                      </a:extLst>
                                    </a:blip>
                                    <a:stretch>
                                      <a:fillRect/>
                                    </a:stretch>
                                  </pic:blipFill>
                                  <pic:spPr>
                                    <a:xfrm>
                                      <a:off x="0" y="0"/>
                                      <a:ext cx="746187" cy="260829"/>
                                    </a:xfrm>
                                    <a:prstGeom prst="rect">
                                      <a:avLst/>
                                    </a:prstGeom>
                                  </pic:spPr>
                                </pic:pic>
                              </a:graphicData>
                            </a:graphic>
                          </wp:inline>
                        </w:drawing>
                      </w:r>
                      <w:r>
                        <w:rPr>
                          <w:rFonts w:ascii="IRNazanin" w:hAnsi="IRNazanin" w:cs="IRNazanin"/>
                          <w:noProof/>
                          <w:sz w:val="28"/>
                          <w:rtl/>
                        </w:rPr>
                        <w:drawing>
                          <wp:inline distT="0" distB="0" distL="0" distR="0" wp14:anchorId="49A4C114" wp14:editId="508FEC97">
                            <wp:extent cx="671277" cy="253092"/>
                            <wp:effectExtent l="0" t="0" r="0" b="0"/>
                            <wp:docPr id="6" name="Picture 6">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pen_Access.png"/>
                                    <pic:cNvPicPr/>
                                  </pic:nvPicPr>
                                  <pic:blipFill>
                                    <a:blip r:embed="rId24">
                                      <a:extLst>
                                        <a:ext uri="{28A0092B-C50C-407E-A947-70E740481C1C}">
                                          <a14:useLocalDpi xmlns:a14="http://schemas.microsoft.com/office/drawing/2010/main" val="0"/>
                                        </a:ext>
                                      </a:extLst>
                                    </a:blip>
                                    <a:stretch>
                                      <a:fillRect/>
                                    </a:stretch>
                                  </pic:blipFill>
                                  <pic:spPr>
                                    <a:xfrm>
                                      <a:off x="0" y="0"/>
                                      <a:ext cx="700938" cy="264275"/>
                                    </a:xfrm>
                                    <a:prstGeom prst="rect">
                                      <a:avLst/>
                                    </a:prstGeom>
                                  </pic:spPr>
                                </pic:pic>
                              </a:graphicData>
                            </a:graphic>
                          </wp:inline>
                        </w:drawing>
                      </w:r>
                    </w:p>
                    <w:p w14:paraId="705B567B" w14:textId="77777777" w:rsidR="00A94D6A" w:rsidRDefault="00A94D6A" w:rsidP="00A94D6A"/>
                    <w:p w14:paraId="7B11A23E" w14:textId="77777777" w:rsidR="00A94D6A" w:rsidRDefault="00A94D6A" w:rsidP="00A94D6A">
                      <w:pPr>
                        <w:jc w:val="center"/>
                      </w:pPr>
                    </w:p>
                  </w:txbxContent>
                </v:textbox>
                <w10:wrap type="topAndBottom" anchorx="margin"/>
              </v:roundrect>
            </w:pict>
          </mc:Fallback>
        </mc:AlternateContent>
      </w:r>
    </w:p>
    <w:p w14:paraId="26952E24" w14:textId="77777777" w:rsidR="00BB0C19" w:rsidRDefault="00BB0C19">
      <w:pPr>
        <w:widowControl/>
        <w:bidi w:val="0"/>
        <w:spacing w:after="0"/>
        <w:ind w:firstLine="0"/>
        <w:jc w:val="left"/>
        <w:rPr>
          <w:rFonts w:asciiTheme="majorBidi" w:eastAsia="Times New Roman" w:hAnsiTheme="majorBidi" w:cstheme="majorBidi"/>
          <w:b/>
          <w:bCs/>
          <w:color w:val="212529"/>
          <w:szCs w:val="24"/>
        </w:rPr>
      </w:pPr>
      <w:r>
        <w:rPr>
          <w:rFonts w:asciiTheme="majorBidi" w:eastAsia="Times New Roman" w:hAnsiTheme="majorBidi" w:cstheme="majorBidi"/>
          <w:b/>
          <w:bCs/>
          <w:color w:val="212529"/>
          <w:szCs w:val="24"/>
        </w:rPr>
        <w:br w:type="page"/>
      </w:r>
    </w:p>
    <w:p w14:paraId="0C9111FE" w14:textId="77777777" w:rsidR="00517168" w:rsidRDefault="00B70AD8" w:rsidP="00517168">
      <w:pPr>
        <w:shd w:val="clear" w:color="auto" w:fill="FFFFFF"/>
        <w:bidi w:val="0"/>
        <w:spacing w:after="0" w:line="360" w:lineRule="auto"/>
        <w:ind w:firstLine="0"/>
        <w:rPr>
          <w:rFonts w:asciiTheme="majorBidi" w:eastAsia="Times New Roman" w:hAnsiTheme="majorBidi" w:cstheme="majorBidi"/>
          <w:color w:val="212529"/>
          <w:szCs w:val="24"/>
        </w:rPr>
      </w:pPr>
      <w:r w:rsidRPr="0018763C">
        <w:rPr>
          <w:rFonts w:asciiTheme="majorBidi" w:eastAsia="Times New Roman" w:hAnsiTheme="majorBidi" w:cstheme="majorBidi"/>
          <w:b/>
          <w:bCs/>
          <w:color w:val="212529"/>
          <w:szCs w:val="24"/>
        </w:rPr>
        <w:lastRenderedPageBreak/>
        <w:t>References:</w:t>
      </w:r>
      <w:r w:rsidR="00BB0C19">
        <w:rPr>
          <w:rFonts w:asciiTheme="majorBidi" w:eastAsia="Times New Roman" w:hAnsiTheme="majorBidi" w:cstheme="majorBidi"/>
          <w:b/>
          <w:bCs/>
          <w:color w:val="212529"/>
          <w:szCs w:val="24"/>
        </w:rPr>
        <w:t xml:space="preserve"> </w:t>
      </w:r>
    </w:p>
    <w:p w14:paraId="679555CC" w14:textId="10B1B59D" w:rsidR="00517168" w:rsidRPr="00517168" w:rsidRDefault="00517168" w:rsidP="00517168">
      <w:pPr>
        <w:shd w:val="clear" w:color="auto" w:fill="FFFFFF"/>
        <w:bidi w:val="0"/>
        <w:spacing w:after="0" w:line="360" w:lineRule="auto"/>
        <w:ind w:firstLine="0"/>
        <w:rPr>
          <w:rFonts w:asciiTheme="majorBidi" w:eastAsia="Times New Roman" w:hAnsiTheme="majorBidi" w:cstheme="majorBidi"/>
          <w:color w:val="212529"/>
          <w:szCs w:val="24"/>
        </w:rPr>
      </w:pPr>
      <w:r w:rsidRPr="00517168">
        <w:rPr>
          <w:rFonts w:asciiTheme="majorBidi" w:eastAsia="Times New Roman" w:hAnsiTheme="majorBidi" w:cstheme="majorBidi"/>
          <w:color w:val="212529"/>
          <w:szCs w:val="24"/>
        </w:rPr>
        <w:t>Examples:</w:t>
      </w:r>
    </w:p>
    <w:p w14:paraId="6BDC8C4F" w14:textId="77777777" w:rsidR="00517168" w:rsidRPr="00517168" w:rsidRDefault="00517168" w:rsidP="00517168">
      <w:pPr>
        <w:pStyle w:val="ListParagraph"/>
        <w:numPr>
          <w:ilvl w:val="0"/>
          <w:numId w:val="44"/>
        </w:numPr>
        <w:shd w:val="clear" w:color="auto" w:fill="FFFFFF"/>
        <w:spacing w:after="0" w:line="360" w:lineRule="auto"/>
        <w:jc w:val="both"/>
        <w:rPr>
          <w:rFonts w:asciiTheme="majorBidi" w:eastAsia="Times New Roman" w:hAnsiTheme="majorBidi" w:cstheme="majorBidi"/>
          <w:color w:val="212529"/>
          <w:szCs w:val="24"/>
        </w:rPr>
      </w:pPr>
      <w:r w:rsidRPr="00517168">
        <w:rPr>
          <w:rFonts w:asciiTheme="majorBidi" w:eastAsia="Times New Roman" w:hAnsiTheme="majorBidi" w:cstheme="majorBidi"/>
          <w:color w:val="212529"/>
          <w:szCs w:val="24"/>
        </w:rPr>
        <w:t>Author(s) surname and first name (or the name of the institution acting as the author), full book title, translator(s) surname and first name (preceded by the term "translated by"), volume number, edition number, place of publication, publisher, and date of publication.</w:t>
      </w:r>
    </w:p>
    <w:p w14:paraId="1696C6AC" w14:textId="77777777" w:rsidR="00517168" w:rsidRPr="00517168" w:rsidRDefault="00517168" w:rsidP="00517168">
      <w:pPr>
        <w:pStyle w:val="ListParagraph"/>
        <w:numPr>
          <w:ilvl w:val="0"/>
          <w:numId w:val="44"/>
        </w:numPr>
        <w:shd w:val="clear" w:color="auto" w:fill="FFFFFF"/>
        <w:spacing w:after="0" w:line="360" w:lineRule="auto"/>
        <w:jc w:val="both"/>
        <w:rPr>
          <w:rFonts w:asciiTheme="majorBidi" w:eastAsia="Times New Roman" w:hAnsiTheme="majorBidi" w:cstheme="majorBidi"/>
          <w:color w:val="212529"/>
          <w:szCs w:val="24"/>
        </w:rPr>
      </w:pPr>
      <w:r w:rsidRPr="00517168">
        <w:rPr>
          <w:rFonts w:asciiTheme="majorBidi" w:eastAsia="Times New Roman" w:hAnsiTheme="majorBidi" w:cstheme="majorBidi"/>
          <w:color w:val="212529"/>
          <w:szCs w:val="24"/>
        </w:rPr>
        <w:t>Author(s) surname and first name, thesis title, degree for which the thesis was submitted, name of the university, location of the university, page numbers, and date of publication.</w:t>
      </w:r>
    </w:p>
    <w:p w14:paraId="77DE9570" w14:textId="77777777" w:rsidR="00517168" w:rsidRPr="00517168" w:rsidRDefault="00517168" w:rsidP="00517168">
      <w:pPr>
        <w:pStyle w:val="ListParagraph"/>
        <w:numPr>
          <w:ilvl w:val="0"/>
          <w:numId w:val="44"/>
        </w:numPr>
        <w:shd w:val="clear" w:color="auto" w:fill="FFFFFF"/>
        <w:spacing w:after="0" w:line="360" w:lineRule="auto"/>
        <w:jc w:val="both"/>
        <w:rPr>
          <w:rFonts w:asciiTheme="majorBidi" w:eastAsia="Times New Roman" w:hAnsiTheme="majorBidi" w:cstheme="majorBidi"/>
          <w:color w:val="212529"/>
          <w:szCs w:val="24"/>
        </w:rPr>
      </w:pPr>
      <w:r w:rsidRPr="00517168">
        <w:rPr>
          <w:rFonts w:asciiTheme="majorBidi" w:eastAsia="Times New Roman" w:hAnsiTheme="majorBidi" w:cstheme="majorBidi"/>
          <w:color w:val="212529"/>
          <w:szCs w:val="24"/>
        </w:rPr>
        <w:t>Surname and first name of the principal investigator, title of the research project, registration number, full name of the commissioning entity, location where the project was conducted, and date of the project.</w:t>
      </w:r>
    </w:p>
    <w:p w14:paraId="0BB34038" w14:textId="77777777" w:rsidR="00107831" w:rsidRDefault="00517168" w:rsidP="00517168">
      <w:pPr>
        <w:pStyle w:val="ListParagraph"/>
        <w:numPr>
          <w:ilvl w:val="0"/>
          <w:numId w:val="44"/>
        </w:numPr>
        <w:shd w:val="clear" w:color="auto" w:fill="FFFFFF"/>
        <w:spacing w:after="0" w:line="360" w:lineRule="auto"/>
        <w:jc w:val="both"/>
        <w:rPr>
          <w:rFonts w:asciiTheme="majorBidi" w:eastAsia="Times New Roman" w:hAnsiTheme="majorBidi" w:cstheme="majorBidi"/>
          <w:color w:val="212529"/>
          <w:szCs w:val="24"/>
        </w:rPr>
      </w:pPr>
      <w:r w:rsidRPr="00517168">
        <w:rPr>
          <w:rFonts w:asciiTheme="majorBidi" w:eastAsia="Times New Roman" w:hAnsiTheme="majorBidi" w:cstheme="majorBidi"/>
          <w:color w:val="212529"/>
          <w:szCs w:val="24"/>
        </w:rPr>
        <w:t>Author(s) surname and first name, "article title," name of the journal or conference, volume or issue number, page numbers, location of publication (for journals) or venue (for conferences), and date of publication.</w:t>
      </w:r>
    </w:p>
    <w:p w14:paraId="76C18348" w14:textId="77777777" w:rsidR="00107831" w:rsidRDefault="00107831" w:rsidP="00517168">
      <w:pPr>
        <w:pStyle w:val="ListParagraph"/>
        <w:numPr>
          <w:ilvl w:val="0"/>
          <w:numId w:val="44"/>
        </w:numPr>
        <w:shd w:val="clear" w:color="auto" w:fill="FFFFFF"/>
        <w:spacing w:after="0" w:line="360" w:lineRule="auto"/>
        <w:jc w:val="both"/>
        <w:rPr>
          <w:rFonts w:asciiTheme="majorBidi" w:eastAsia="Times New Roman" w:hAnsiTheme="majorBidi" w:cstheme="majorBidi"/>
          <w:color w:val="212529"/>
          <w:szCs w:val="24"/>
        </w:rPr>
        <w:sectPr w:rsidR="00107831" w:rsidSect="00FC418E">
          <w:headerReference w:type="even" r:id="rId25"/>
          <w:headerReference w:type="default" r:id="rId26"/>
          <w:footerReference w:type="even" r:id="rId27"/>
          <w:footerReference w:type="default" r:id="rId28"/>
          <w:headerReference w:type="first" r:id="rId29"/>
          <w:footerReference w:type="first" r:id="rId30"/>
          <w:footnotePr>
            <w:numRestart w:val="eachPage"/>
          </w:footnotePr>
          <w:pgSz w:w="12240" w:h="15840"/>
          <w:pgMar w:top="1440" w:right="1440" w:bottom="1440" w:left="1440" w:header="720" w:footer="720" w:gutter="0"/>
          <w:pgNumType w:start="314"/>
          <w:cols w:space="720"/>
          <w:docGrid w:linePitch="360"/>
        </w:sectPr>
      </w:pPr>
    </w:p>
    <w:p w14:paraId="188237C3" w14:textId="78D64D46" w:rsidR="002738FE" w:rsidRPr="00517168" w:rsidRDefault="002738FE" w:rsidP="00107831">
      <w:pPr>
        <w:pStyle w:val="ListParagraph"/>
        <w:shd w:val="clear" w:color="auto" w:fill="FFFFFF"/>
        <w:spacing w:after="0" w:line="360" w:lineRule="auto"/>
        <w:ind w:left="360"/>
        <w:jc w:val="both"/>
        <w:rPr>
          <w:rFonts w:asciiTheme="majorBidi" w:eastAsia="Times New Roman" w:hAnsiTheme="majorBidi" w:cstheme="majorBidi"/>
          <w:color w:val="212529"/>
          <w:szCs w:val="24"/>
        </w:rPr>
      </w:pPr>
    </w:p>
    <w:p w14:paraId="37271694" w14:textId="77777777" w:rsidR="002738FE" w:rsidRPr="002738FE" w:rsidRDefault="002738FE" w:rsidP="002738FE">
      <w:pPr>
        <w:pStyle w:val="ListParagraph"/>
        <w:shd w:val="clear" w:color="auto" w:fill="FFFFFF"/>
        <w:spacing w:after="0"/>
        <w:rPr>
          <w:rFonts w:asciiTheme="majorBidi" w:eastAsia="Times New Roman" w:hAnsiTheme="majorBidi" w:cstheme="majorBidi"/>
          <w:color w:val="212529"/>
          <w:sz w:val="24"/>
          <w:szCs w:val="24"/>
          <w:lang w:bidi="fa-IR"/>
        </w:rPr>
      </w:pPr>
    </w:p>
    <w:p w14:paraId="4271A22B" w14:textId="70CC1282" w:rsidR="00B2373D" w:rsidRPr="00470AF2" w:rsidRDefault="00775F93" w:rsidP="00BB0C19">
      <w:pPr>
        <w:ind w:left="360" w:firstLine="0"/>
        <w:jc w:val="center"/>
        <w:rPr>
          <w:rFonts w:ascii="IRNazanin" w:hAnsi="IRNazanin" w:cs="IRNazanin"/>
          <w:b/>
          <w:bCs/>
          <w:sz w:val="28"/>
          <w:vertAlign w:val="superscript"/>
          <w:rtl/>
        </w:rPr>
      </w:pPr>
      <w:r w:rsidRPr="00775F93">
        <w:rPr>
          <w:rFonts w:ascii="IRNazanin" w:hAnsi="IRNazanin" w:cs="IRNazanin"/>
          <w:noProof/>
          <w:sz w:val="26"/>
          <w:szCs w:val="26"/>
          <w:rtl/>
        </w:rPr>
        <w:drawing>
          <wp:anchor distT="0" distB="0" distL="114300" distR="114300" simplePos="0" relativeHeight="251805696" behindDoc="0" locked="0" layoutInCell="1" allowOverlap="1" wp14:anchorId="0D48B104" wp14:editId="6073B82E">
            <wp:simplePos x="0" y="0"/>
            <wp:positionH relativeFrom="column">
              <wp:posOffset>4906645</wp:posOffset>
            </wp:positionH>
            <wp:positionV relativeFrom="paragraph">
              <wp:posOffset>22860</wp:posOffset>
            </wp:positionV>
            <wp:extent cx="222250" cy="223110"/>
            <wp:effectExtent l="0" t="0" r="6350" b="5715"/>
            <wp:wrapNone/>
            <wp:docPr id="10" name="Picture 10">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648858" name="Picture 936648858">
                      <a:hlinkClick r:id="rId11"/>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22250" cy="223110"/>
                    </a:xfrm>
                    <a:prstGeom prst="rect">
                      <a:avLst/>
                    </a:prstGeom>
                  </pic:spPr>
                </pic:pic>
              </a:graphicData>
            </a:graphic>
            <wp14:sizeRelH relativeFrom="margin">
              <wp14:pctWidth>0</wp14:pctWidth>
            </wp14:sizeRelH>
            <wp14:sizeRelV relativeFrom="margin">
              <wp14:pctHeight>0</wp14:pctHeight>
            </wp14:sizeRelV>
          </wp:anchor>
        </w:drawing>
      </w:r>
      <w:r w:rsidR="00BB0C19">
        <w:rPr>
          <w:rFonts w:ascii="IRNazanin" w:hAnsi="IRNazanin" w:cs="IRNazanin" w:hint="cs"/>
          <w:b/>
          <w:bCs/>
          <w:sz w:val="28"/>
          <w:rtl/>
        </w:rPr>
        <w:t>عنوان مقاله</w:t>
      </w:r>
    </w:p>
    <w:p w14:paraId="530FD566" w14:textId="716788D8" w:rsidR="000E719C" w:rsidRPr="00545613" w:rsidRDefault="00BB0C19" w:rsidP="00BB0C19">
      <w:pPr>
        <w:jc w:val="center"/>
        <w:rPr>
          <w:rFonts w:ascii="IRNazanin" w:hAnsi="IRNazanin" w:cs="IRNazanin"/>
          <w:sz w:val="26"/>
          <w:szCs w:val="26"/>
          <w:rtl/>
        </w:rPr>
      </w:pPr>
      <w:r w:rsidRPr="00775F93">
        <w:rPr>
          <w:rFonts w:ascii="IRNazanin" w:hAnsi="IRNazanin" w:cs="IRNazanin"/>
          <w:noProof/>
          <w:sz w:val="26"/>
          <w:szCs w:val="26"/>
          <w:rtl/>
        </w:rPr>
        <w:drawing>
          <wp:anchor distT="0" distB="0" distL="114300" distR="114300" simplePos="0" relativeHeight="251807744" behindDoc="0" locked="0" layoutInCell="1" allowOverlap="1" wp14:anchorId="64304A72" wp14:editId="60E70697">
            <wp:simplePos x="0" y="0"/>
            <wp:positionH relativeFrom="column">
              <wp:posOffset>2487048</wp:posOffset>
            </wp:positionH>
            <wp:positionV relativeFrom="paragraph">
              <wp:posOffset>33844</wp:posOffset>
            </wp:positionV>
            <wp:extent cx="162560" cy="162560"/>
            <wp:effectExtent l="0" t="0" r="8890" b="8890"/>
            <wp:wrapNone/>
            <wp:docPr id="12" name="Picture 12">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ownload.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2560" cy="162560"/>
                    </a:xfrm>
                    <a:prstGeom prst="rect">
                      <a:avLst/>
                    </a:prstGeom>
                  </pic:spPr>
                </pic:pic>
              </a:graphicData>
            </a:graphic>
            <wp14:sizeRelH relativeFrom="margin">
              <wp14:pctWidth>0</wp14:pctWidth>
            </wp14:sizeRelH>
            <wp14:sizeRelV relativeFrom="margin">
              <wp14:pctHeight>0</wp14:pctHeight>
            </wp14:sizeRelV>
          </wp:anchor>
        </w:drawing>
      </w:r>
      <w:r w:rsidRPr="00775F93">
        <w:rPr>
          <w:rFonts w:ascii="IRNazanin" w:hAnsi="IRNazanin" w:cs="IRNazanin"/>
          <w:noProof/>
          <w:sz w:val="26"/>
          <w:szCs w:val="26"/>
          <w:rtl/>
        </w:rPr>
        <w:drawing>
          <wp:anchor distT="0" distB="0" distL="114300" distR="114300" simplePos="0" relativeHeight="251806720" behindDoc="0" locked="0" layoutInCell="1" allowOverlap="1" wp14:anchorId="11AAFE83" wp14:editId="32121FCF">
            <wp:simplePos x="0" y="0"/>
            <wp:positionH relativeFrom="column">
              <wp:posOffset>5026660</wp:posOffset>
            </wp:positionH>
            <wp:positionV relativeFrom="paragraph">
              <wp:posOffset>41910</wp:posOffset>
            </wp:positionV>
            <wp:extent cx="162560" cy="162560"/>
            <wp:effectExtent l="0" t="0" r="8890" b="8890"/>
            <wp:wrapNone/>
            <wp:docPr id="11" name="Picture 11">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ownload.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2560" cy="162560"/>
                    </a:xfrm>
                    <a:prstGeom prst="rect">
                      <a:avLst/>
                    </a:prstGeom>
                  </pic:spPr>
                </pic:pic>
              </a:graphicData>
            </a:graphic>
            <wp14:sizeRelH relativeFrom="margin">
              <wp14:pctWidth>0</wp14:pctWidth>
            </wp14:sizeRelH>
            <wp14:sizeRelV relativeFrom="margin">
              <wp14:pctHeight>0</wp14:pctHeight>
            </wp14:sizeRelV>
          </wp:anchor>
        </w:drawing>
      </w:r>
      <w:r w:rsidRPr="00775F93">
        <w:rPr>
          <w:rFonts w:ascii="IRNazanin" w:hAnsi="IRNazanin" w:cs="IRNazanin"/>
          <w:noProof/>
          <w:sz w:val="26"/>
          <w:szCs w:val="26"/>
          <w:rtl/>
        </w:rPr>
        <w:drawing>
          <wp:anchor distT="0" distB="0" distL="114300" distR="114300" simplePos="0" relativeHeight="251804672" behindDoc="0" locked="0" layoutInCell="1" allowOverlap="1" wp14:anchorId="0BA6042E" wp14:editId="2BD289D3">
            <wp:simplePos x="0" y="0"/>
            <wp:positionH relativeFrom="column">
              <wp:posOffset>5217320</wp:posOffset>
            </wp:positionH>
            <wp:positionV relativeFrom="paragraph">
              <wp:posOffset>61261</wp:posOffset>
            </wp:positionV>
            <wp:extent cx="161290" cy="135890"/>
            <wp:effectExtent l="0" t="0" r="0" b="0"/>
            <wp:wrapNone/>
            <wp:docPr id="9" name="Picture 9">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ownload (1).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61290" cy="135890"/>
                    </a:xfrm>
                    <a:prstGeom prst="rect">
                      <a:avLst/>
                    </a:prstGeom>
                  </pic:spPr>
                </pic:pic>
              </a:graphicData>
            </a:graphic>
            <wp14:sizeRelH relativeFrom="margin">
              <wp14:pctWidth>0</wp14:pctWidth>
            </wp14:sizeRelH>
            <wp14:sizeRelV relativeFrom="margin">
              <wp14:pctHeight>0</wp14:pctHeight>
            </wp14:sizeRelV>
          </wp:anchor>
        </w:drawing>
      </w:r>
      <w:r>
        <w:rPr>
          <w:rFonts w:ascii="IRNazanin" w:hAnsi="IRNazanin" w:cs="IRNazanin" w:hint="cs"/>
          <w:sz w:val="26"/>
          <w:szCs w:val="26"/>
          <w:rtl/>
        </w:rPr>
        <w:t>نام و نام خانوادگی نویسنده مسوول</w:t>
      </w:r>
      <w:r w:rsidR="00BE3FE1">
        <w:rPr>
          <w:rStyle w:val="FootnoteReference"/>
          <w:rFonts w:ascii="IRNazanin" w:hAnsi="IRNazanin" w:cs="IRNazanin"/>
          <w:sz w:val="26"/>
          <w:szCs w:val="26"/>
          <w:rtl/>
        </w:rPr>
        <w:footnoteReference w:id="3"/>
      </w:r>
      <w:r w:rsidR="002601D7">
        <w:rPr>
          <w:rFonts w:ascii="IRNazanin" w:hAnsi="IRNazanin" w:cs="IRNazanin" w:hint="cs"/>
          <w:sz w:val="26"/>
          <w:szCs w:val="26"/>
          <w:rtl/>
        </w:rPr>
        <w:tab/>
      </w:r>
      <w:r w:rsidR="002601D7">
        <w:rPr>
          <w:rFonts w:ascii="IRNazanin" w:hAnsi="IRNazanin" w:cs="IRNazanin" w:hint="cs"/>
          <w:sz w:val="26"/>
          <w:szCs w:val="26"/>
          <w:rtl/>
        </w:rPr>
        <w:tab/>
      </w:r>
      <w:r>
        <w:rPr>
          <w:rFonts w:ascii="IRNazanin" w:hAnsi="IRNazanin" w:cs="IRNazanin" w:hint="cs"/>
          <w:sz w:val="26"/>
          <w:szCs w:val="26"/>
          <w:rtl/>
        </w:rPr>
        <w:t>نام و نام خانوادگی نویسنده بعدی</w:t>
      </w:r>
      <w:r w:rsidR="00BE3FE1">
        <w:rPr>
          <w:rStyle w:val="FootnoteReference"/>
          <w:rFonts w:ascii="IRNazanin" w:hAnsi="IRNazanin" w:cs="IRNazanin"/>
          <w:sz w:val="26"/>
          <w:szCs w:val="26"/>
          <w:rtl/>
        </w:rPr>
        <w:footnoteReference w:id="4"/>
      </w:r>
    </w:p>
    <w:p w14:paraId="46B1647F" w14:textId="55B73AED" w:rsidR="00056C40" w:rsidRPr="007C2B42" w:rsidRDefault="00056C40" w:rsidP="00BB0C19">
      <w:pPr>
        <w:spacing w:after="0" w:line="360" w:lineRule="auto"/>
        <w:ind w:firstLine="0"/>
        <w:jc w:val="center"/>
        <w:rPr>
          <w:rFonts w:ascii="IRNazanin" w:hAnsi="IRNazanin" w:cs="IRNazanin"/>
          <w:b/>
          <w:bCs/>
          <w:color w:val="FF0000"/>
          <w:sz w:val="18"/>
          <w:szCs w:val="18"/>
          <w:rtl/>
        </w:rPr>
      </w:pPr>
      <w:r w:rsidRPr="00F06652">
        <w:rPr>
          <w:rFonts w:ascii="IRMitra" w:hAnsi="IRMitra" w:cs="IRMitra"/>
          <w:b/>
          <w:bCs/>
          <w:noProof/>
          <w:sz w:val="32"/>
          <w:szCs w:val="32"/>
          <w:rtl/>
        </w:rPr>
        <w:drawing>
          <wp:anchor distT="0" distB="0" distL="114300" distR="114300" simplePos="0" relativeHeight="251667456" behindDoc="0" locked="0" layoutInCell="1" allowOverlap="1" wp14:anchorId="1E6932FB" wp14:editId="1A4190E2">
            <wp:simplePos x="0" y="0"/>
            <wp:positionH relativeFrom="column">
              <wp:posOffset>11422380</wp:posOffset>
            </wp:positionH>
            <wp:positionV relativeFrom="paragraph">
              <wp:posOffset>1307465</wp:posOffset>
            </wp:positionV>
            <wp:extent cx="250825" cy="250825"/>
            <wp:effectExtent l="0" t="0" r="0" b="0"/>
            <wp:wrapNone/>
            <wp:docPr id="70" name="Picture 70">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i.pn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50825" cy="250825"/>
                    </a:xfrm>
                    <a:prstGeom prst="rect">
                      <a:avLst/>
                    </a:prstGeom>
                  </pic:spPr>
                </pic:pic>
              </a:graphicData>
            </a:graphic>
            <wp14:sizeRelH relativeFrom="margin">
              <wp14:pctWidth>0</wp14:pctWidth>
            </wp14:sizeRelH>
            <wp14:sizeRelV relativeFrom="margin">
              <wp14:pctHeight>0</wp14:pctHeight>
            </wp14:sizeRelV>
          </wp:anchor>
        </w:drawing>
      </w:r>
      <w:r w:rsidRPr="00F06652">
        <w:rPr>
          <w:rFonts w:ascii="IRNazanin" w:hAnsi="IRNazanin" w:cs="IRNazanin" w:hint="cs"/>
          <w:b/>
          <w:bCs/>
          <w:color w:val="FF0000"/>
          <w:sz w:val="18"/>
          <w:szCs w:val="18"/>
          <w:rtl/>
        </w:rPr>
        <w:t xml:space="preserve">از صفحه </w:t>
      </w:r>
      <w:r w:rsidR="00BB0C19">
        <w:rPr>
          <w:rFonts w:ascii="IRNazanin" w:hAnsi="IRNazanin" w:cs="IRNazanin" w:hint="cs"/>
          <w:b/>
          <w:bCs/>
          <w:color w:val="FF0000"/>
          <w:sz w:val="18"/>
          <w:szCs w:val="18"/>
          <w:rtl/>
        </w:rPr>
        <w:t>......</w:t>
      </w:r>
      <w:r w:rsidR="00E858AC" w:rsidRPr="00F06652">
        <w:rPr>
          <w:rFonts w:ascii="IRNazanin" w:hAnsi="IRNazanin" w:cs="IRNazanin" w:hint="cs"/>
          <w:b/>
          <w:bCs/>
          <w:color w:val="FF0000"/>
          <w:sz w:val="18"/>
          <w:szCs w:val="18"/>
          <w:rtl/>
        </w:rPr>
        <w:t xml:space="preserve"> </w:t>
      </w:r>
      <w:r w:rsidRPr="00F06652">
        <w:rPr>
          <w:rFonts w:ascii="IRNazanin" w:hAnsi="IRNazanin" w:cs="IRNazanin" w:hint="cs"/>
          <w:b/>
          <w:bCs/>
          <w:color w:val="FF0000"/>
          <w:sz w:val="18"/>
          <w:szCs w:val="18"/>
          <w:rtl/>
        </w:rPr>
        <w:t xml:space="preserve">  تا صفحه </w:t>
      </w:r>
      <w:r w:rsidR="00BB0C19">
        <w:rPr>
          <w:rFonts w:ascii="IRNazanin" w:hAnsi="IRNazanin" w:cs="IRNazanin" w:hint="cs"/>
          <w:b/>
          <w:bCs/>
          <w:color w:val="FF0000"/>
          <w:sz w:val="18"/>
          <w:szCs w:val="18"/>
          <w:rtl/>
        </w:rPr>
        <w:t>........</w:t>
      </w:r>
      <w:r w:rsidRPr="00F06652">
        <w:rPr>
          <w:rFonts w:ascii="IRNazanin" w:hAnsi="IRNazanin" w:cs="IRNazanin" w:hint="cs"/>
          <w:b/>
          <w:bCs/>
          <w:color w:val="FF0000"/>
          <w:sz w:val="18"/>
          <w:szCs w:val="18"/>
          <w:rtl/>
        </w:rPr>
        <w:t xml:space="preserve">  ت</w:t>
      </w:r>
      <w:r w:rsidRPr="00952BFE">
        <w:rPr>
          <w:rFonts w:ascii="IRNazanin" w:hAnsi="IRNazanin" w:cs="IRNazanin" w:hint="cs"/>
          <w:b/>
          <w:bCs/>
          <w:color w:val="FF0000"/>
          <w:sz w:val="18"/>
          <w:szCs w:val="18"/>
          <w:rtl/>
        </w:rPr>
        <w:t xml:space="preserve">اریخ دریافت: </w:t>
      </w:r>
      <w:r w:rsidR="00BB0C19">
        <w:rPr>
          <w:rFonts w:ascii="IRNazanin" w:hAnsi="IRNazanin" w:cs="IRNazanin" w:hint="cs"/>
          <w:b/>
          <w:bCs/>
          <w:color w:val="FF0000"/>
          <w:sz w:val="18"/>
          <w:szCs w:val="18"/>
          <w:rtl/>
        </w:rPr>
        <w:t>01</w:t>
      </w:r>
      <w:r w:rsidRPr="00952BFE">
        <w:rPr>
          <w:rFonts w:ascii="IRNazanin" w:hAnsi="IRNazanin" w:cs="IRNazanin" w:hint="cs"/>
          <w:b/>
          <w:bCs/>
          <w:color w:val="FF0000"/>
          <w:sz w:val="18"/>
          <w:szCs w:val="18"/>
          <w:rtl/>
        </w:rPr>
        <w:t>/</w:t>
      </w:r>
      <w:r w:rsidR="00BB0C19">
        <w:rPr>
          <w:rFonts w:ascii="IRNazanin" w:hAnsi="IRNazanin" w:cs="IRNazanin" w:hint="cs"/>
          <w:b/>
          <w:bCs/>
          <w:color w:val="FF0000"/>
          <w:sz w:val="18"/>
          <w:szCs w:val="18"/>
          <w:rtl/>
        </w:rPr>
        <w:t>01</w:t>
      </w:r>
      <w:r w:rsidRPr="00952BFE">
        <w:rPr>
          <w:rFonts w:ascii="IRNazanin" w:hAnsi="IRNazanin" w:cs="IRNazanin" w:hint="cs"/>
          <w:b/>
          <w:bCs/>
          <w:color w:val="FF0000"/>
          <w:sz w:val="18"/>
          <w:szCs w:val="18"/>
          <w:rtl/>
        </w:rPr>
        <w:t>/</w:t>
      </w:r>
      <w:r w:rsidR="00BB0C19">
        <w:rPr>
          <w:rFonts w:ascii="IRNazanin" w:hAnsi="IRNazanin" w:cs="IRNazanin" w:hint="cs"/>
          <w:b/>
          <w:bCs/>
          <w:color w:val="FF0000"/>
          <w:sz w:val="18"/>
          <w:szCs w:val="18"/>
          <w:rtl/>
        </w:rPr>
        <w:t>1111</w:t>
      </w:r>
      <w:r w:rsidRPr="00952BFE">
        <w:rPr>
          <w:rFonts w:ascii="IRNazanin" w:hAnsi="IRNazanin" w:cs="IRNazanin" w:hint="cs"/>
          <w:b/>
          <w:bCs/>
          <w:color w:val="FF0000"/>
          <w:sz w:val="18"/>
          <w:szCs w:val="18"/>
          <w:rtl/>
        </w:rPr>
        <w:t xml:space="preserve"> تاریخ بازنگری: </w:t>
      </w:r>
      <w:r w:rsidR="00BB0C19">
        <w:rPr>
          <w:rFonts w:ascii="IRNazanin" w:hAnsi="IRNazanin" w:cs="IRNazanin" w:hint="cs"/>
          <w:b/>
          <w:bCs/>
          <w:color w:val="FF0000"/>
          <w:sz w:val="18"/>
          <w:szCs w:val="18"/>
          <w:rtl/>
        </w:rPr>
        <w:t>01</w:t>
      </w:r>
      <w:r w:rsidRPr="00952BFE">
        <w:rPr>
          <w:rFonts w:ascii="IRNazanin" w:hAnsi="IRNazanin" w:cs="IRNazanin" w:hint="cs"/>
          <w:b/>
          <w:bCs/>
          <w:color w:val="FF0000"/>
          <w:sz w:val="18"/>
          <w:szCs w:val="18"/>
          <w:rtl/>
        </w:rPr>
        <w:t>/</w:t>
      </w:r>
      <w:r w:rsidR="00BB0C19">
        <w:rPr>
          <w:rFonts w:ascii="IRNazanin" w:hAnsi="IRNazanin" w:cs="IRNazanin" w:hint="cs"/>
          <w:b/>
          <w:bCs/>
          <w:color w:val="FF0000"/>
          <w:sz w:val="18"/>
          <w:szCs w:val="18"/>
          <w:rtl/>
        </w:rPr>
        <w:t>01</w:t>
      </w:r>
      <w:r w:rsidRPr="00952BFE">
        <w:rPr>
          <w:rFonts w:ascii="IRNazanin" w:hAnsi="IRNazanin" w:cs="IRNazanin" w:hint="cs"/>
          <w:b/>
          <w:bCs/>
          <w:color w:val="FF0000"/>
          <w:sz w:val="18"/>
          <w:szCs w:val="18"/>
          <w:rtl/>
        </w:rPr>
        <w:t>/</w:t>
      </w:r>
      <w:r w:rsidR="00BB0C19">
        <w:rPr>
          <w:rFonts w:ascii="IRNazanin" w:hAnsi="IRNazanin" w:cs="IRNazanin" w:hint="cs"/>
          <w:b/>
          <w:bCs/>
          <w:color w:val="FF0000"/>
          <w:sz w:val="18"/>
          <w:szCs w:val="18"/>
          <w:rtl/>
        </w:rPr>
        <w:t>1111</w:t>
      </w:r>
      <w:r w:rsidRPr="00952BFE">
        <w:rPr>
          <w:rFonts w:ascii="IRNazanin" w:hAnsi="IRNazanin" w:cs="IRNazanin" w:hint="cs"/>
          <w:b/>
          <w:bCs/>
          <w:color w:val="FF0000"/>
          <w:sz w:val="18"/>
          <w:szCs w:val="18"/>
          <w:rtl/>
        </w:rPr>
        <w:t xml:space="preserve"> تاریخ پذیرش: </w:t>
      </w:r>
      <w:r w:rsidR="00BB0C19">
        <w:rPr>
          <w:rFonts w:ascii="IRNazanin" w:hAnsi="IRNazanin" w:cs="IRNazanin" w:hint="cs"/>
          <w:b/>
          <w:bCs/>
          <w:color w:val="FF0000"/>
          <w:sz w:val="18"/>
          <w:szCs w:val="18"/>
          <w:rtl/>
        </w:rPr>
        <w:t>01</w:t>
      </w:r>
      <w:r w:rsidRPr="00952BFE">
        <w:rPr>
          <w:rFonts w:ascii="IRNazanin" w:hAnsi="IRNazanin" w:cs="IRNazanin" w:hint="cs"/>
          <w:b/>
          <w:bCs/>
          <w:color w:val="FF0000"/>
          <w:sz w:val="18"/>
          <w:szCs w:val="18"/>
          <w:rtl/>
        </w:rPr>
        <w:t>/</w:t>
      </w:r>
      <w:r w:rsidR="00BB0C19">
        <w:rPr>
          <w:rFonts w:ascii="IRNazanin" w:hAnsi="IRNazanin" w:cs="IRNazanin" w:hint="cs"/>
          <w:b/>
          <w:bCs/>
          <w:color w:val="FF0000"/>
          <w:sz w:val="18"/>
          <w:szCs w:val="18"/>
          <w:rtl/>
        </w:rPr>
        <w:t>01</w:t>
      </w:r>
      <w:r w:rsidRPr="00952BFE">
        <w:rPr>
          <w:rFonts w:ascii="IRNazanin" w:hAnsi="IRNazanin" w:cs="IRNazanin" w:hint="cs"/>
          <w:b/>
          <w:bCs/>
          <w:color w:val="FF0000"/>
          <w:sz w:val="18"/>
          <w:szCs w:val="18"/>
          <w:rtl/>
        </w:rPr>
        <w:t>/</w:t>
      </w:r>
      <w:r w:rsidR="00BB0C19">
        <w:rPr>
          <w:rFonts w:ascii="IRNazanin" w:hAnsi="IRNazanin" w:cs="IRNazanin" w:hint="cs"/>
          <w:b/>
          <w:bCs/>
          <w:color w:val="FF0000"/>
          <w:sz w:val="18"/>
          <w:szCs w:val="18"/>
          <w:rtl/>
        </w:rPr>
        <w:t>1111</w:t>
      </w:r>
      <w:r w:rsidRPr="00952BFE">
        <w:rPr>
          <w:rFonts w:ascii="IRNazanin" w:hAnsi="IRNazanin" w:cs="IRNazanin" w:hint="cs"/>
          <w:b/>
          <w:bCs/>
          <w:color w:val="FF0000"/>
          <w:sz w:val="18"/>
          <w:szCs w:val="18"/>
          <w:rtl/>
        </w:rPr>
        <w:t xml:space="preserve"> تاریخ انتشار: </w:t>
      </w:r>
      <w:r w:rsidR="00BB0C19">
        <w:rPr>
          <w:rFonts w:ascii="IRNazanin" w:hAnsi="IRNazanin" w:cs="IRNazanin" w:hint="cs"/>
          <w:b/>
          <w:bCs/>
          <w:color w:val="FF0000"/>
          <w:sz w:val="18"/>
          <w:szCs w:val="18"/>
          <w:rtl/>
        </w:rPr>
        <w:t>01</w:t>
      </w:r>
      <w:r w:rsidRPr="00952BFE">
        <w:rPr>
          <w:rFonts w:ascii="IRNazanin" w:hAnsi="IRNazanin" w:cs="IRNazanin" w:hint="cs"/>
          <w:b/>
          <w:bCs/>
          <w:color w:val="FF0000"/>
          <w:sz w:val="18"/>
          <w:szCs w:val="18"/>
          <w:rtl/>
        </w:rPr>
        <w:t>/</w:t>
      </w:r>
      <w:r w:rsidR="00BB0C19">
        <w:rPr>
          <w:rFonts w:ascii="IRNazanin" w:hAnsi="IRNazanin" w:cs="IRNazanin" w:hint="cs"/>
          <w:b/>
          <w:bCs/>
          <w:color w:val="FF0000"/>
          <w:sz w:val="18"/>
          <w:szCs w:val="18"/>
          <w:rtl/>
        </w:rPr>
        <w:t>01</w:t>
      </w:r>
      <w:r w:rsidRPr="00952BFE">
        <w:rPr>
          <w:rFonts w:ascii="IRNazanin" w:hAnsi="IRNazanin" w:cs="IRNazanin" w:hint="cs"/>
          <w:b/>
          <w:bCs/>
          <w:color w:val="FF0000"/>
          <w:sz w:val="18"/>
          <w:szCs w:val="18"/>
          <w:rtl/>
        </w:rPr>
        <w:t>/</w:t>
      </w:r>
      <w:r w:rsidR="00BB0C19">
        <w:rPr>
          <w:rFonts w:ascii="IRNazanin" w:hAnsi="IRNazanin" w:cs="IRNazanin" w:hint="cs"/>
          <w:b/>
          <w:bCs/>
          <w:color w:val="FF0000"/>
          <w:sz w:val="18"/>
          <w:szCs w:val="18"/>
          <w:rtl/>
        </w:rPr>
        <w:t>1111</w:t>
      </w:r>
      <w:r w:rsidR="004B36C6" w:rsidRPr="004B36C6">
        <w:rPr>
          <w:rFonts w:ascii="IRMitra" w:hAnsi="IRMitra" w:cs="IRMitra"/>
          <w:b/>
          <w:bCs/>
          <w:noProof/>
          <w:sz w:val="32"/>
          <w:szCs w:val="32"/>
          <w:rtl/>
        </w:rPr>
        <w:t xml:space="preserve"> </w:t>
      </w:r>
    </w:p>
    <w:p w14:paraId="7D580DF6" w14:textId="77777777" w:rsidR="008843CC" w:rsidRDefault="008843CC" w:rsidP="00551D9A">
      <w:pPr>
        <w:spacing w:after="60"/>
        <w:ind w:firstLine="0"/>
        <w:rPr>
          <w:rFonts w:ascii="IRNazanin" w:hAnsi="IRNazanin" w:cs="IRNazanin"/>
          <w:b/>
          <w:bCs/>
          <w:sz w:val="26"/>
          <w:szCs w:val="26"/>
          <w:rtl/>
        </w:rPr>
      </w:pPr>
    </w:p>
    <w:p w14:paraId="132F1173" w14:textId="49D28143" w:rsidR="008A67C3" w:rsidRPr="00A51EA0" w:rsidRDefault="00E4720B" w:rsidP="00BB0C19">
      <w:pPr>
        <w:spacing w:after="60" w:line="276" w:lineRule="auto"/>
        <w:ind w:firstLine="0"/>
        <w:rPr>
          <w:rFonts w:ascii="IRNazanin" w:hAnsi="IRNazanin" w:cs="IRNazanin"/>
          <w:sz w:val="26"/>
          <w:szCs w:val="26"/>
        </w:rPr>
      </w:pPr>
      <w:r w:rsidRPr="005E4D2F">
        <w:rPr>
          <w:rFonts w:ascii="IRNazanin" w:hAnsi="IRNazanin" w:cs="IRNazanin"/>
          <w:b/>
          <w:bCs/>
          <w:sz w:val="26"/>
          <w:szCs w:val="26"/>
          <w:rtl/>
        </w:rPr>
        <w:t>چکیده</w:t>
      </w:r>
      <w:r w:rsidRPr="005E4D2F">
        <w:rPr>
          <w:rFonts w:ascii="IRNazanin" w:hAnsi="IRNazanin" w:cs="IRNazanin"/>
          <w:sz w:val="26"/>
          <w:szCs w:val="26"/>
        </w:rPr>
        <w:br/>
      </w:r>
      <w:r w:rsidR="008A67C3">
        <w:rPr>
          <w:rFonts w:ascii="IRNazanin" w:eastAsia="IRNazanin" w:hAnsi="IRNazanin" w:cs="IRNazanin" w:hint="cs"/>
          <w:sz w:val="26"/>
          <w:szCs w:val="26"/>
          <w:rtl/>
        </w:rPr>
        <w:t xml:space="preserve"> </w:t>
      </w:r>
      <w:r w:rsidR="008A67C3">
        <w:rPr>
          <w:rFonts w:ascii="IRNazanin" w:eastAsia="IRNazanin" w:hAnsi="IRNazanin" w:cs="IRNazanin" w:hint="cs"/>
          <w:sz w:val="26"/>
          <w:szCs w:val="26"/>
          <w:rtl/>
        </w:rPr>
        <w:tab/>
      </w:r>
      <w:r w:rsidR="00BB0C19" w:rsidRPr="00BB0C19">
        <w:rPr>
          <w:rFonts w:ascii="IRNazanin" w:eastAsia="IRNazanin" w:hAnsi="IRNazanin" w:cs="IRNazanin"/>
          <w:sz w:val="26"/>
          <w:szCs w:val="26"/>
          <w:rtl/>
        </w:rPr>
        <w:t>متن متن متن</w:t>
      </w:r>
      <w:r w:rsidR="00BB0C19" w:rsidRPr="00BB0C19">
        <w:rPr>
          <w:rtl/>
        </w:rPr>
        <w:t xml:space="preserve"> </w:t>
      </w:r>
      <w:r w:rsidR="00BB0C19" w:rsidRPr="00BB0C19">
        <w:rPr>
          <w:rFonts w:ascii="IRNazanin" w:eastAsia="IRNazanin" w:hAnsi="IRNazanin" w:cs="IRNazanin"/>
          <w:sz w:val="26"/>
          <w:szCs w:val="26"/>
          <w:rtl/>
        </w:rPr>
        <w:t>متن متن متن</w:t>
      </w:r>
      <w:r w:rsidR="00BB0C19" w:rsidRPr="00BB0C19">
        <w:rPr>
          <w:rtl/>
        </w:rPr>
        <w:t xml:space="preserve"> </w:t>
      </w:r>
      <w:r w:rsidR="00BB0C19" w:rsidRPr="00BB0C19">
        <w:rPr>
          <w:rFonts w:ascii="IRNazanin" w:eastAsia="IRNazanin" w:hAnsi="IRNazanin" w:cs="IRNazanin"/>
          <w:sz w:val="26"/>
          <w:szCs w:val="26"/>
          <w:rtl/>
        </w:rPr>
        <w:t>متن متن متن</w:t>
      </w:r>
      <w:r w:rsidR="00BB0C19" w:rsidRPr="00BB0C19">
        <w:rPr>
          <w:rtl/>
        </w:rPr>
        <w:t xml:space="preserve"> </w:t>
      </w:r>
      <w:r w:rsidR="00BB0C19" w:rsidRPr="00BB0C19">
        <w:rPr>
          <w:rFonts w:ascii="IRNazanin" w:eastAsia="IRNazanin" w:hAnsi="IRNazanin" w:cs="IRNazanin"/>
          <w:sz w:val="26"/>
          <w:szCs w:val="26"/>
          <w:rtl/>
        </w:rPr>
        <w:t>متن متن متن</w:t>
      </w:r>
      <w:r w:rsidR="00BB0C19" w:rsidRPr="00BB0C19">
        <w:rPr>
          <w:rtl/>
        </w:rPr>
        <w:t xml:space="preserve"> </w:t>
      </w:r>
      <w:r w:rsidR="00BB0C19" w:rsidRPr="00BB0C19">
        <w:rPr>
          <w:rFonts w:ascii="IRNazanin" w:eastAsia="IRNazanin" w:hAnsi="IRNazanin" w:cs="IRNazanin"/>
          <w:sz w:val="26"/>
          <w:szCs w:val="26"/>
          <w:rtl/>
        </w:rPr>
        <w:t>متن متن متن</w:t>
      </w:r>
      <w:r w:rsidR="00BB0C19" w:rsidRPr="00BB0C19">
        <w:rPr>
          <w:rtl/>
        </w:rPr>
        <w:t xml:space="preserve"> </w:t>
      </w:r>
      <w:r w:rsidR="00BB0C19" w:rsidRPr="00BB0C19">
        <w:rPr>
          <w:rFonts w:ascii="IRNazanin" w:eastAsia="IRNazanin" w:hAnsi="IRNazanin" w:cs="IRNazanin"/>
          <w:sz w:val="26"/>
          <w:szCs w:val="26"/>
          <w:rtl/>
        </w:rPr>
        <w:t>متن متن متن</w:t>
      </w:r>
      <w:r w:rsidR="00BB0C19" w:rsidRPr="00BB0C19">
        <w:rPr>
          <w:rtl/>
        </w:rPr>
        <w:t xml:space="preserve"> </w:t>
      </w:r>
      <w:r w:rsidR="00BB0C19" w:rsidRPr="00BB0C19">
        <w:rPr>
          <w:rFonts w:ascii="IRNazanin" w:eastAsia="IRNazanin" w:hAnsi="IRNazanin" w:cs="IRNazanin"/>
          <w:sz w:val="26"/>
          <w:szCs w:val="26"/>
          <w:rtl/>
        </w:rPr>
        <w:t>متن متن متن</w:t>
      </w:r>
      <w:r w:rsidR="00BB0C19" w:rsidRPr="00BB0C19">
        <w:rPr>
          <w:rtl/>
        </w:rPr>
        <w:t xml:space="preserve"> </w:t>
      </w:r>
      <w:r w:rsidR="00BB0C19" w:rsidRPr="00BB0C19">
        <w:rPr>
          <w:rFonts w:ascii="IRNazanin" w:eastAsia="IRNazanin" w:hAnsi="IRNazanin" w:cs="IRNazanin"/>
          <w:sz w:val="26"/>
          <w:szCs w:val="26"/>
          <w:rtl/>
        </w:rPr>
        <w:t>متن متن متن</w:t>
      </w:r>
      <w:r w:rsidR="00BB0C19" w:rsidRPr="00BB0C19">
        <w:rPr>
          <w:rtl/>
        </w:rPr>
        <w:t xml:space="preserve"> </w:t>
      </w:r>
      <w:r w:rsidR="00BB0C19" w:rsidRPr="00BB0C19">
        <w:rPr>
          <w:rFonts w:ascii="IRNazanin" w:eastAsia="IRNazanin" w:hAnsi="IRNazanin" w:cs="IRNazanin"/>
          <w:sz w:val="26"/>
          <w:szCs w:val="26"/>
          <w:rtl/>
        </w:rPr>
        <w:t>متن متن متن</w:t>
      </w:r>
      <w:r w:rsidR="00BB0C19" w:rsidRPr="00BB0C19">
        <w:rPr>
          <w:rtl/>
        </w:rPr>
        <w:t xml:space="preserve"> </w:t>
      </w:r>
      <w:r w:rsidR="00BB0C19" w:rsidRPr="00BB0C19">
        <w:rPr>
          <w:rFonts w:ascii="IRNazanin" w:eastAsia="IRNazanin" w:hAnsi="IRNazanin" w:cs="IRNazanin"/>
          <w:sz w:val="26"/>
          <w:szCs w:val="26"/>
          <w:rtl/>
        </w:rPr>
        <w:t>متن متن متن</w:t>
      </w:r>
      <w:r w:rsidR="00BB0C19" w:rsidRPr="00BB0C19">
        <w:rPr>
          <w:rtl/>
        </w:rPr>
        <w:t xml:space="preserve"> </w:t>
      </w:r>
      <w:r w:rsidR="00BB0C19" w:rsidRPr="00BB0C19">
        <w:rPr>
          <w:rFonts w:ascii="IRNazanin" w:eastAsia="IRNazanin" w:hAnsi="IRNazanin" w:cs="IRNazanin"/>
          <w:sz w:val="26"/>
          <w:szCs w:val="26"/>
          <w:rtl/>
        </w:rPr>
        <w:t>متن متن متن</w:t>
      </w:r>
      <w:r w:rsidR="00BB0C19" w:rsidRPr="00BB0C19">
        <w:rPr>
          <w:rtl/>
        </w:rPr>
        <w:t xml:space="preserve"> </w:t>
      </w:r>
      <w:r w:rsidR="00BB0C19" w:rsidRPr="00BB0C19">
        <w:rPr>
          <w:rFonts w:ascii="IRNazanin" w:eastAsia="IRNazanin" w:hAnsi="IRNazanin" w:cs="IRNazanin"/>
          <w:sz w:val="26"/>
          <w:szCs w:val="26"/>
          <w:rtl/>
        </w:rPr>
        <w:t>متن متن متن</w:t>
      </w:r>
      <w:r w:rsidR="00BB0C19" w:rsidRPr="00BB0C19">
        <w:rPr>
          <w:rtl/>
        </w:rPr>
        <w:t xml:space="preserve"> </w:t>
      </w:r>
      <w:r w:rsidR="00BB0C19" w:rsidRPr="00BB0C19">
        <w:rPr>
          <w:rFonts w:ascii="IRNazanin" w:eastAsia="IRNazanin" w:hAnsi="IRNazanin" w:cs="IRNazanin"/>
          <w:sz w:val="26"/>
          <w:szCs w:val="26"/>
          <w:rtl/>
        </w:rPr>
        <w:t>متن متن متن</w:t>
      </w:r>
      <w:r w:rsidR="00BB0C19" w:rsidRPr="00BB0C19">
        <w:rPr>
          <w:rtl/>
        </w:rPr>
        <w:t xml:space="preserve"> </w:t>
      </w:r>
      <w:r w:rsidR="00BB0C19" w:rsidRPr="00BB0C19">
        <w:rPr>
          <w:rFonts w:ascii="IRNazanin" w:eastAsia="IRNazanin" w:hAnsi="IRNazanin" w:cs="IRNazanin"/>
          <w:sz w:val="26"/>
          <w:szCs w:val="26"/>
          <w:rtl/>
        </w:rPr>
        <w:t>متن متن متن</w:t>
      </w:r>
      <w:r w:rsidR="00BB0C19" w:rsidRPr="00BB0C19">
        <w:rPr>
          <w:rtl/>
        </w:rPr>
        <w:t xml:space="preserve"> </w:t>
      </w:r>
      <w:r w:rsidR="00BB0C19" w:rsidRPr="00BB0C19">
        <w:rPr>
          <w:rFonts w:ascii="IRNazanin" w:eastAsia="IRNazanin" w:hAnsi="IRNazanin" w:cs="IRNazanin"/>
          <w:sz w:val="26"/>
          <w:szCs w:val="26"/>
          <w:rtl/>
        </w:rPr>
        <w:t>متن متن متن</w:t>
      </w:r>
      <w:r w:rsidR="00BB0C19" w:rsidRPr="00BB0C19">
        <w:rPr>
          <w:rtl/>
        </w:rPr>
        <w:t xml:space="preserve"> </w:t>
      </w:r>
      <w:r w:rsidR="00BB0C19" w:rsidRPr="00BB0C19">
        <w:rPr>
          <w:rFonts w:ascii="IRNazanin" w:eastAsia="IRNazanin" w:hAnsi="IRNazanin" w:cs="IRNazanin"/>
          <w:sz w:val="26"/>
          <w:szCs w:val="26"/>
          <w:rtl/>
        </w:rPr>
        <w:t>متن متن متن</w:t>
      </w:r>
      <w:r w:rsidR="00BB0C19" w:rsidRPr="00BB0C19">
        <w:rPr>
          <w:rtl/>
        </w:rPr>
        <w:t xml:space="preserve"> </w:t>
      </w:r>
      <w:r w:rsidR="00BB0C19" w:rsidRPr="00BB0C19">
        <w:rPr>
          <w:rFonts w:ascii="IRNazanin" w:eastAsia="IRNazanin" w:hAnsi="IRNazanin" w:cs="IRNazanin"/>
          <w:sz w:val="26"/>
          <w:szCs w:val="26"/>
          <w:rtl/>
        </w:rPr>
        <w:t>متن متن متن</w:t>
      </w:r>
      <w:r w:rsidR="00BB0C19" w:rsidRPr="00BB0C19">
        <w:rPr>
          <w:rtl/>
        </w:rPr>
        <w:t xml:space="preserve"> </w:t>
      </w:r>
      <w:r w:rsidR="00BB0C19" w:rsidRPr="00BB0C19">
        <w:rPr>
          <w:rFonts w:ascii="IRNazanin" w:eastAsia="IRNazanin" w:hAnsi="IRNazanin" w:cs="IRNazanin"/>
          <w:sz w:val="26"/>
          <w:szCs w:val="26"/>
          <w:rtl/>
        </w:rPr>
        <w:t>متن متن متن</w:t>
      </w:r>
      <w:r w:rsidR="00BB0C19" w:rsidRPr="00BB0C19">
        <w:rPr>
          <w:rtl/>
        </w:rPr>
        <w:t xml:space="preserve"> </w:t>
      </w:r>
      <w:r w:rsidR="00BB0C19" w:rsidRPr="00BB0C19">
        <w:rPr>
          <w:rFonts w:ascii="IRNazanin" w:eastAsia="IRNazanin" w:hAnsi="IRNazanin" w:cs="IRNazanin"/>
          <w:sz w:val="26"/>
          <w:szCs w:val="26"/>
          <w:rtl/>
        </w:rPr>
        <w:t>متن متن متن</w:t>
      </w:r>
      <w:r w:rsidR="00BB0C19" w:rsidRPr="00BB0C19">
        <w:rPr>
          <w:rtl/>
        </w:rPr>
        <w:t xml:space="preserve"> </w:t>
      </w:r>
      <w:r w:rsidR="00BB0C19" w:rsidRPr="00BB0C19">
        <w:rPr>
          <w:rFonts w:ascii="IRNazanin" w:eastAsia="IRNazanin" w:hAnsi="IRNazanin" w:cs="IRNazanin"/>
          <w:sz w:val="26"/>
          <w:szCs w:val="26"/>
          <w:rtl/>
        </w:rPr>
        <w:t>متن متن متن</w:t>
      </w:r>
      <w:r w:rsidR="00BB0C19" w:rsidRPr="00BB0C19">
        <w:rPr>
          <w:rtl/>
        </w:rPr>
        <w:t xml:space="preserve"> </w:t>
      </w:r>
      <w:r w:rsidR="00BB0C19" w:rsidRPr="00BB0C19">
        <w:rPr>
          <w:rFonts w:ascii="IRNazanin" w:eastAsia="IRNazanin" w:hAnsi="IRNazanin" w:cs="IRNazanin"/>
          <w:sz w:val="26"/>
          <w:szCs w:val="26"/>
          <w:rtl/>
        </w:rPr>
        <w:t>متن متن متن</w:t>
      </w:r>
      <w:r w:rsidR="00BB0C19" w:rsidRPr="00BB0C19">
        <w:rPr>
          <w:rtl/>
        </w:rPr>
        <w:t xml:space="preserve"> </w:t>
      </w:r>
      <w:r w:rsidR="00BB0C19" w:rsidRPr="00BB0C19">
        <w:rPr>
          <w:rFonts w:ascii="IRNazanin" w:eastAsia="IRNazanin" w:hAnsi="IRNazanin" w:cs="IRNazanin"/>
          <w:sz w:val="26"/>
          <w:szCs w:val="26"/>
          <w:rtl/>
        </w:rPr>
        <w:t>متن متن متن</w:t>
      </w:r>
      <w:r w:rsidR="00BB0C19" w:rsidRPr="00BB0C19">
        <w:rPr>
          <w:rtl/>
        </w:rPr>
        <w:t xml:space="preserve"> </w:t>
      </w:r>
      <w:r w:rsidR="00BB0C19" w:rsidRPr="00BB0C19">
        <w:rPr>
          <w:rFonts w:ascii="IRNazanin" w:eastAsia="IRNazanin" w:hAnsi="IRNazanin" w:cs="IRNazanin"/>
          <w:sz w:val="26"/>
          <w:szCs w:val="26"/>
          <w:rtl/>
        </w:rPr>
        <w:t>متن متن متن</w:t>
      </w:r>
      <w:r w:rsidR="00BB0C19" w:rsidRPr="00BB0C19">
        <w:rPr>
          <w:rtl/>
        </w:rPr>
        <w:t xml:space="preserve"> </w:t>
      </w:r>
      <w:r w:rsidR="00BB0C19" w:rsidRPr="00BB0C19">
        <w:rPr>
          <w:rFonts w:ascii="IRNazanin" w:eastAsia="IRNazanin" w:hAnsi="IRNazanin" w:cs="IRNazanin"/>
          <w:sz w:val="26"/>
          <w:szCs w:val="26"/>
          <w:rtl/>
        </w:rPr>
        <w:t>متن متن متن</w:t>
      </w:r>
      <w:r w:rsidR="00BB0C19" w:rsidRPr="00BB0C19">
        <w:rPr>
          <w:rtl/>
        </w:rPr>
        <w:t xml:space="preserve"> </w:t>
      </w:r>
      <w:r w:rsidR="00BB0C19" w:rsidRPr="00BB0C19">
        <w:rPr>
          <w:rFonts w:ascii="IRNazanin" w:eastAsia="IRNazanin" w:hAnsi="IRNazanin" w:cs="IRNazanin"/>
          <w:sz w:val="26"/>
          <w:szCs w:val="26"/>
          <w:rtl/>
        </w:rPr>
        <w:t>متن متن متن</w:t>
      </w:r>
      <w:r w:rsidR="00BB0C19" w:rsidRPr="00BB0C19">
        <w:rPr>
          <w:rtl/>
        </w:rPr>
        <w:t xml:space="preserve"> </w:t>
      </w:r>
      <w:r w:rsidR="00BB0C19" w:rsidRPr="00BB0C19">
        <w:rPr>
          <w:rFonts w:ascii="IRNazanin" w:eastAsia="IRNazanin" w:hAnsi="IRNazanin" w:cs="IRNazanin"/>
          <w:sz w:val="26"/>
          <w:szCs w:val="26"/>
          <w:rtl/>
        </w:rPr>
        <w:t>متن متن متن</w:t>
      </w:r>
      <w:r w:rsidR="00BB0C19" w:rsidRPr="00BB0C19">
        <w:rPr>
          <w:rtl/>
        </w:rPr>
        <w:t xml:space="preserve"> </w:t>
      </w:r>
      <w:r w:rsidR="00BB0C19" w:rsidRPr="00BB0C19">
        <w:rPr>
          <w:rFonts w:ascii="IRNazanin" w:eastAsia="IRNazanin" w:hAnsi="IRNazanin" w:cs="IRNazanin"/>
          <w:sz w:val="26"/>
          <w:szCs w:val="26"/>
          <w:rtl/>
        </w:rPr>
        <w:t>متن متن متن</w:t>
      </w:r>
      <w:r w:rsidR="00BB0C19" w:rsidRPr="00BB0C19">
        <w:rPr>
          <w:rtl/>
        </w:rPr>
        <w:t xml:space="preserve"> </w:t>
      </w:r>
      <w:r w:rsidR="00BB0C19" w:rsidRPr="00BB0C19">
        <w:rPr>
          <w:rFonts w:ascii="IRNazanin" w:eastAsia="IRNazanin" w:hAnsi="IRNazanin" w:cs="IRNazanin"/>
          <w:sz w:val="26"/>
          <w:szCs w:val="26"/>
          <w:rtl/>
        </w:rPr>
        <w:t>متن متن متن</w:t>
      </w:r>
      <w:r w:rsidR="00BB0C19" w:rsidRPr="00BB0C19">
        <w:rPr>
          <w:rtl/>
        </w:rPr>
        <w:t xml:space="preserve"> </w:t>
      </w:r>
      <w:r w:rsidR="00BB0C19" w:rsidRPr="00BB0C19">
        <w:rPr>
          <w:rFonts w:ascii="IRNazanin" w:eastAsia="IRNazanin" w:hAnsi="IRNazanin" w:cs="IRNazanin"/>
          <w:sz w:val="26"/>
          <w:szCs w:val="26"/>
          <w:rtl/>
        </w:rPr>
        <w:t>متن متن متن</w:t>
      </w:r>
      <w:r w:rsidR="00BB0C19" w:rsidRPr="00BB0C19">
        <w:rPr>
          <w:rtl/>
        </w:rPr>
        <w:t xml:space="preserve"> </w:t>
      </w:r>
      <w:r w:rsidR="00BB0C19" w:rsidRPr="00BB0C19">
        <w:rPr>
          <w:rFonts w:ascii="IRNazanin" w:eastAsia="IRNazanin" w:hAnsi="IRNazanin" w:cs="IRNazanin"/>
          <w:sz w:val="26"/>
          <w:szCs w:val="26"/>
          <w:rtl/>
        </w:rPr>
        <w:t>متن متن متن</w:t>
      </w:r>
      <w:r w:rsidR="00BB0C19" w:rsidRPr="00BB0C19">
        <w:rPr>
          <w:rtl/>
        </w:rPr>
        <w:t xml:space="preserve"> </w:t>
      </w:r>
      <w:r w:rsidR="00BB0C19" w:rsidRPr="00BB0C19">
        <w:rPr>
          <w:rFonts w:ascii="IRNazanin" w:eastAsia="IRNazanin" w:hAnsi="IRNazanin" w:cs="IRNazanin"/>
          <w:sz w:val="26"/>
          <w:szCs w:val="26"/>
          <w:rtl/>
        </w:rPr>
        <w:t>متن متن متن</w:t>
      </w:r>
      <w:r w:rsidR="00BB0C19" w:rsidRPr="00BB0C19">
        <w:rPr>
          <w:rtl/>
        </w:rPr>
        <w:t xml:space="preserve"> </w:t>
      </w:r>
      <w:r w:rsidR="00BB0C19" w:rsidRPr="00BB0C19">
        <w:rPr>
          <w:rFonts w:ascii="IRNazanin" w:eastAsia="IRNazanin" w:hAnsi="IRNazanin" w:cs="IRNazanin"/>
          <w:sz w:val="26"/>
          <w:szCs w:val="26"/>
          <w:rtl/>
        </w:rPr>
        <w:t>متن متن متن</w:t>
      </w:r>
      <w:r w:rsidR="00BB0C19" w:rsidRPr="00BB0C19">
        <w:rPr>
          <w:rtl/>
        </w:rPr>
        <w:t xml:space="preserve"> </w:t>
      </w:r>
      <w:r w:rsidR="00BB0C19" w:rsidRPr="00BB0C19">
        <w:rPr>
          <w:rFonts w:ascii="IRNazanin" w:eastAsia="IRNazanin" w:hAnsi="IRNazanin" w:cs="IRNazanin"/>
          <w:sz w:val="26"/>
          <w:szCs w:val="26"/>
          <w:rtl/>
        </w:rPr>
        <w:t>متن متن متن</w:t>
      </w:r>
      <w:r w:rsidR="00BB0C19" w:rsidRPr="00BB0C19">
        <w:rPr>
          <w:rtl/>
        </w:rPr>
        <w:t xml:space="preserve"> </w:t>
      </w:r>
      <w:r w:rsidR="00BB0C19" w:rsidRPr="00BB0C19">
        <w:rPr>
          <w:rFonts w:ascii="IRNazanin" w:eastAsia="IRNazanin" w:hAnsi="IRNazanin" w:cs="IRNazanin"/>
          <w:sz w:val="26"/>
          <w:szCs w:val="26"/>
          <w:rtl/>
        </w:rPr>
        <w:t>متن متن متن</w:t>
      </w:r>
      <w:r w:rsidR="00BB0C19" w:rsidRPr="00BB0C19">
        <w:rPr>
          <w:rtl/>
        </w:rPr>
        <w:t xml:space="preserve"> </w:t>
      </w:r>
      <w:r w:rsidR="00BB0C19" w:rsidRPr="00BB0C19">
        <w:rPr>
          <w:rFonts w:ascii="IRNazanin" w:eastAsia="IRNazanin" w:hAnsi="IRNazanin" w:cs="IRNazanin"/>
          <w:sz w:val="26"/>
          <w:szCs w:val="26"/>
          <w:rtl/>
        </w:rPr>
        <w:t>متن متن متن</w:t>
      </w:r>
      <w:r w:rsidR="00BB0C19" w:rsidRPr="00BB0C19">
        <w:rPr>
          <w:rtl/>
        </w:rPr>
        <w:t xml:space="preserve"> </w:t>
      </w:r>
      <w:r w:rsidR="00BB0C19" w:rsidRPr="00BB0C19">
        <w:rPr>
          <w:rFonts w:ascii="IRNazanin" w:eastAsia="IRNazanin" w:hAnsi="IRNazanin" w:cs="IRNazanin"/>
          <w:sz w:val="26"/>
          <w:szCs w:val="26"/>
          <w:rtl/>
        </w:rPr>
        <w:t>متن متن متن</w:t>
      </w:r>
      <w:r w:rsidR="00BB0C19" w:rsidRPr="00BB0C19">
        <w:rPr>
          <w:rtl/>
        </w:rPr>
        <w:t xml:space="preserve"> </w:t>
      </w:r>
      <w:r w:rsidR="00BB0C19" w:rsidRPr="00BB0C19">
        <w:rPr>
          <w:rFonts w:ascii="IRNazanin" w:eastAsia="IRNazanin" w:hAnsi="IRNazanin" w:cs="IRNazanin"/>
          <w:sz w:val="26"/>
          <w:szCs w:val="26"/>
          <w:rtl/>
        </w:rPr>
        <w:t>متن متن متن</w:t>
      </w:r>
      <w:r w:rsidR="00BB0C19" w:rsidRPr="00BB0C19">
        <w:rPr>
          <w:rtl/>
        </w:rPr>
        <w:t xml:space="preserve"> </w:t>
      </w:r>
      <w:r w:rsidR="00BB0C19" w:rsidRPr="00BB0C19">
        <w:rPr>
          <w:rFonts w:ascii="IRNazanin" w:eastAsia="IRNazanin" w:hAnsi="IRNazanin" w:cs="IRNazanin"/>
          <w:sz w:val="26"/>
          <w:szCs w:val="26"/>
          <w:rtl/>
        </w:rPr>
        <w:t>متن متن متن</w:t>
      </w:r>
      <w:r w:rsidR="00BB0C19" w:rsidRPr="00BB0C19">
        <w:rPr>
          <w:rtl/>
        </w:rPr>
        <w:t xml:space="preserve"> </w:t>
      </w:r>
      <w:r w:rsidR="00BB0C19" w:rsidRPr="00BB0C19">
        <w:rPr>
          <w:rFonts w:ascii="IRNazanin" w:eastAsia="IRNazanin" w:hAnsi="IRNazanin" w:cs="IRNazanin"/>
          <w:sz w:val="26"/>
          <w:szCs w:val="26"/>
          <w:rtl/>
        </w:rPr>
        <w:t>متن متن متن</w:t>
      </w:r>
      <w:r w:rsidR="00BB0C19" w:rsidRPr="00BB0C19">
        <w:rPr>
          <w:rtl/>
        </w:rPr>
        <w:t xml:space="preserve"> </w:t>
      </w:r>
      <w:r w:rsidR="00BB0C19" w:rsidRPr="00BB0C19">
        <w:rPr>
          <w:rFonts w:ascii="IRNazanin" w:eastAsia="IRNazanin" w:hAnsi="IRNazanin" w:cs="IRNazanin"/>
          <w:sz w:val="26"/>
          <w:szCs w:val="26"/>
          <w:rtl/>
        </w:rPr>
        <w:t>متن متن متن</w:t>
      </w:r>
      <w:r w:rsidR="00BB0C19" w:rsidRPr="00BB0C19">
        <w:rPr>
          <w:rtl/>
        </w:rPr>
        <w:t xml:space="preserve"> </w:t>
      </w:r>
      <w:r w:rsidR="00BB0C19" w:rsidRPr="00BB0C19">
        <w:rPr>
          <w:rFonts w:ascii="IRNazanin" w:eastAsia="IRNazanin" w:hAnsi="IRNazanin" w:cs="IRNazanin"/>
          <w:sz w:val="26"/>
          <w:szCs w:val="26"/>
          <w:rtl/>
        </w:rPr>
        <w:t>متن متن متن</w:t>
      </w:r>
      <w:r w:rsidR="00BB0C19" w:rsidRPr="00BB0C19">
        <w:rPr>
          <w:rtl/>
        </w:rPr>
        <w:t xml:space="preserve"> </w:t>
      </w:r>
      <w:r w:rsidR="00BB0C19" w:rsidRPr="00BB0C19">
        <w:rPr>
          <w:rFonts w:ascii="IRNazanin" w:eastAsia="IRNazanin" w:hAnsi="IRNazanin" w:cs="IRNazanin"/>
          <w:sz w:val="26"/>
          <w:szCs w:val="26"/>
          <w:rtl/>
        </w:rPr>
        <w:t>متن متن متن</w:t>
      </w:r>
      <w:r w:rsidR="00BB0C19" w:rsidRPr="00BB0C19">
        <w:rPr>
          <w:rtl/>
        </w:rPr>
        <w:t xml:space="preserve"> </w:t>
      </w:r>
      <w:r w:rsidR="00BB0C19" w:rsidRPr="00BB0C19">
        <w:rPr>
          <w:rFonts w:ascii="IRNazanin" w:eastAsia="IRNazanin" w:hAnsi="IRNazanin" w:cs="IRNazanin"/>
          <w:sz w:val="26"/>
          <w:szCs w:val="26"/>
          <w:rtl/>
        </w:rPr>
        <w:t>متن متن متن</w:t>
      </w:r>
      <w:r w:rsidR="00BB0C19" w:rsidRPr="00BB0C19">
        <w:rPr>
          <w:rtl/>
        </w:rPr>
        <w:t xml:space="preserve"> </w:t>
      </w:r>
      <w:r w:rsidR="00BB0C19" w:rsidRPr="00BB0C19">
        <w:rPr>
          <w:rFonts w:ascii="IRNazanin" w:eastAsia="IRNazanin" w:hAnsi="IRNazanin" w:cs="IRNazanin"/>
          <w:sz w:val="26"/>
          <w:szCs w:val="26"/>
          <w:rtl/>
        </w:rPr>
        <w:t>متن متن متن</w:t>
      </w:r>
      <w:r w:rsidR="00BB0C19" w:rsidRPr="00BB0C19">
        <w:rPr>
          <w:rtl/>
        </w:rPr>
        <w:t xml:space="preserve"> </w:t>
      </w:r>
      <w:r w:rsidR="00BB0C19" w:rsidRPr="00BB0C19">
        <w:rPr>
          <w:rFonts w:ascii="IRNazanin" w:eastAsia="IRNazanin" w:hAnsi="IRNazanin" w:cs="IRNazanin"/>
          <w:sz w:val="26"/>
          <w:szCs w:val="26"/>
          <w:rtl/>
        </w:rPr>
        <w:t>متن متن متن</w:t>
      </w:r>
      <w:r w:rsidR="00BB0C19" w:rsidRPr="00BB0C19">
        <w:rPr>
          <w:rtl/>
        </w:rPr>
        <w:t xml:space="preserve"> </w:t>
      </w:r>
      <w:r w:rsidR="00BB0C19" w:rsidRPr="00BB0C19">
        <w:rPr>
          <w:rFonts w:ascii="IRNazanin" w:eastAsia="IRNazanin" w:hAnsi="IRNazanin" w:cs="IRNazanin"/>
          <w:sz w:val="26"/>
          <w:szCs w:val="26"/>
          <w:rtl/>
        </w:rPr>
        <w:t>متن متن متن</w:t>
      </w:r>
      <w:r w:rsidR="00BB0C19" w:rsidRPr="00BB0C19">
        <w:rPr>
          <w:rtl/>
        </w:rPr>
        <w:t xml:space="preserve"> </w:t>
      </w:r>
      <w:r w:rsidR="00BB0C19" w:rsidRPr="00BB0C19">
        <w:rPr>
          <w:rFonts w:ascii="IRNazanin" w:eastAsia="IRNazanin" w:hAnsi="IRNazanin" w:cs="IRNazanin"/>
          <w:sz w:val="26"/>
          <w:szCs w:val="26"/>
          <w:rtl/>
        </w:rPr>
        <w:t>متن متن متن</w:t>
      </w:r>
      <w:r w:rsidR="00BB0C19" w:rsidRPr="00BB0C19">
        <w:rPr>
          <w:rtl/>
        </w:rPr>
        <w:t xml:space="preserve"> </w:t>
      </w:r>
      <w:r w:rsidR="00BB0C19" w:rsidRPr="00BB0C19">
        <w:rPr>
          <w:rFonts w:ascii="IRNazanin" w:eastAsia="IRNazanin" w:hAnsi="IRNazanin" w:cs="IRNazanin"/>
          <w:sz w:val="26"/>
          <w:szCs w:val="26"/>
          <w:rtl/>
        </w:rPr>
        <w:t>متن متن متن</w:t>
      </w:r>
      <w:r w:rsidR="00BB0C19" w:rsidRPr="00BB0C19">
        <w:rPr>
          <w:rtl/>
        </w:rPr>
        <w:t xml:space="preserve"> </w:t>
      </w:r>
      <w:r w:rsidR="00BB0C19" w:rsidRPr="00BB0C19">
        <w:rPr>
          <w:rFonts w:ascii="IRNazanin" w:eastAsia="IRNazanin" w:hAnsi="IRNazanin" w:cs="IRNazanin"/>
          <w:sz w:val="26"/>
          <w:szCs w:val="26"/>
          <w:rtl/>
        </w:rPr>
        <w:t>متن متن متن</w:t>
      </w:r>
      <w:r w:rsidR="00BB0C19" w:rsidRPr="00BB0C19">
        <w:rPr>
          <w:rtl/>
        </w:rPr>
        <w:t xml:space="preserve"> </w:t>
      </w:r>
      <w:r w:rsidR="00BB0C19" w:rsidRPr="00BB0C19">
        <w:rPr>
          <w:rFonts w:ascii="IRNazanin" w:eastAsia="IRNazanin" w:hAnsi="IRNazanin" w:cs="IRNazanin"/>
          <w:sz w:val="26"/>
          <w:szCs w:val="26"/>
          <w:rtl/>
        </w:rPr>
        <w:t>متن متن متن</w:t>
      </w:r>
      <w:r w:rsidR="00BB0C19" w:rsidRPr="00BB0C19">
        <w:rPr>
          <w:rtl/>
        </w:rPr>
        <w:t xml:space="preserve"> </w:t>
      </w:r>
      <w:r w:rsidR="00BB0C19" w:rsidRPr="00BB0C19">
        <w:rPr>
          <w:rFonts w:ascii="IRNazanin" w:eastAsia="IRNazanin" w:hAnsi="IRNazanin" w:cs="IRNazanin"/>
          <w:sz w:val="26"/>
          <w:szCs w:val="26"/>
          <w:rtl/>
        </w:rPr>
        <w:t>متن متن متن</w:t>
      </w:r>
      <w:r w:rsidR="00BB0C19" w:rsidRPr="00BB0C19">
        <w:rPr>
          <w:rtl/>
        </w:rPr>
        <w:t xml:space="preserve"> </w:t>
      </w:r>
      <w:r w:rsidR="00BB0C19" w:rsidRPr="00BB0C19">
        <w:rPr>
          <w:rFonts w:ascii="IRNazanin" w:eastAsia="IRNazanin" w:hAnsi="IRNazanin" w:cs="IRNazanin"/>
          <w:sz w:val="26"/>
          <w:szCs w:val="26"/>
          <w:rtl/>
        </w:rPr>
        <w:t>متن متن متن</w:t>
      </w:r>
      <w:r w:rsidR="00BB0C19" w:rsidRPr="00BB0C19">
        <w:rPr>
          <w:rtl/>
        </w:rPr>
        <w:t xml:space="preserve"> </w:t>
      </w:r>
      <w:r w:rsidR="00BB0C19" w:rsidRPr="00BB0C19">
        <w:rPr>
          <w:rFonts w:ascii="IRNazanin" w:eastAsia="IRNazanin" w:hAnsi="IRNazanin" w:cs="IRNazanin"/>
          <w:sz w:val="26"/>
          <w:szCs w:val="26"/>
          <w:rtl/>
        </w:rPr>
        <w:t>متن متن متن</w:t>
      </w:r>
      <w:r w:rsidR="00BB0C19" w:rsidRPr="00BB0C19">
        <w:rPr>
          <w:rtl/>
        </w:rPr>
        <w:t xml:space="preserve"> </w:t>
      </w:r>
      <w:r w:rsidR="00BB0C19" w:rsidRPr="00BB0C19">
        <w:rPr>
          <w:rFonts w:ascii="IRNazanin" w:eastAsia="IRNazanin" w:hAnsi="IRNazanin" w:cs="IRNazanin"/>
          <w:sz w:val="26"/>
          <w:szCs w:val="26"/>
          <w:rtl/>
        </w:rPr>
        <w:t>متن متن متن</w:t>
      </w:r>
      <w:r w:rsidR="00BB0C19" w:rsidRPr="00BB0C19">
        <w:rPr>
          <w:rtl/>
        </w:rPr>
        <w:t xml:space="preserve"> </w:t>
      </w:r>
      <w:r w:rsidR="00BB0C19" w:rsidRPr="00BB0C19">
        <w:rPr>
          <w:rFonts w:ascii="IRNazanin" w:eastAsia="IRNazanin" w:hAnsi="IRNazanin" w:cs="IRNazanin"/>
          <w:sz w:val="26"/>
          <w:szCs w:val="26"/>
          <w:rtl/>
        </w:rPr>
        <w:t>متن متن متن</w:t>
      </w:r>
      <w:r w:rsidR="00BB0C19" w:rsidRPr="00BB0C19">
        <w:rPr>
          <w:rtl/>
        </w:rPr>
        <w:t xml:space="preserve"> </w:t>
      </w:r>
      <w:r w:rsidR="00BB0C19" w:rsidRPr="00BB0C19">
        <w:rPr>
          <w:rFonts w:ascii="IRNazanin" w:eastAsia="IRNazanin" w:hAnsi="IRNazanin" w:cs="IRNazanin"/>
          <w:sz w:val="26"/>
          <w:szCs w:val="26"/>
          <w:rtl/>
        </w:rPr>
        <w:t>متن متن متن</w:t>
      </w:r>
      <w:r w:rsidR="00551D9A" w:rsidRPr="00551D9A">
        <w:rPr>
          <w:rFonts w:ascii="IRNazanin" w:eastAsia="IRNazanin" w:hAnsi="IRNazanin" w:cs="IRNazanin"/>
          <w:sz w:val="26"/>
          <w:szCs w:val="26"/>
          <w:rtl/>
        </w:rPr>
        <w:t>.</w:t>
      </w:r>
    </w:p>
    <w:p w14:paraId="7642A7E2" w14:textId="0114B9F8" w:rsidR="00E4720B" w:rsidRPr="005E4D2F" w:rsidRDefault="00E4720B" w:rsidP="008A67C3">
      <w:pPr>
        <w:rPr>
          <w:rFonts w:ascii="IRNazanin" w:hAnsi="IRNazanin" w:cs="IRNazanin"/>
          <w:sz w:val="26"/>
          <w:szCs w:val="26"/>
          <w:rtl/>
        </w:rPr>
      </w:pPr>
    </w:p>
    <w:p w14:paraId="676B6DD2" w14:textId="281DA79A" w:rsidR="002A7EA8" w:rsidRPr="005E4D2F" w:rsidRDefault="009B67F3" w:rsidP="00D10159">
      <w:pPr>
        <w:rPr>
          <w:rFonts w:ascii="IRNazanin" w:hAnsi="IRNazanin" w:cs="IRNazanin"/>
          <w:sz w:val="26"/>
          <w:szCs w:val="26"/>
          <w:rtl/>
        </w:rPr>
      </w:pPr>
      <w:r w:rsidRPr="005E4D2F">
        <w:rPr>
          <w:rFonts w:cs="B Zar"/>
          <w:b/>
          <w:bCs/>
          <w:noProof/>
          <w:sz w:val="26"/>
          <w:szCs w:val="26"/>
        </w:rPr>
        <mc:AlternateContent>
          <mc:Choice Requires="wps">
            <w:drawing>
              <wp:anchor distT="45720" distB="45720" distL="114300" distR="114300" simplePos="0" relativeHeight="251777024" behindDoc="0" locked="0" layoutInCell="1" allowOverlap="1" wp14:anchorId="5CA3D183" wp14:editId="4A6CEC3E">
                <wp:simplePos x="0" y="0"/>
                <wp:positionH relativeFrom="margin">
                  <wp:align>center</wp:align>
                </wp:positionH>
                <wp:positionV relativeFrom="paragraph">
                  <wp:posOffset>610235</wp:posOffset>
                </wp:positionV>
                <wp:extent cx="4429125" cy="842645"/>
                <wp:effectExtent l="0" t="0" r="28575" b="14605"/>
                <wp:wrapTopAndBottom/>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29125" cy="842645"/>
                        </a:xfrm>
                        <a:prstGeom prst="rect">
                          <a:avLst/>
                        </a:prstGeom>
                        <a:solidFill>
                          <a:srgbClr val="FFFFFF"/>
                        </a:solidFill>
                        <a:ln w="9525">
                          <a:solidFill>
                            <a:srgbClr val="000000"/>
                          </a:solidFill>
                          <a:miter lim="800000"/>
                          <a:headEnd/>
                          <a:tailEnd/>
                        </a:ln>
                      </wps:spPr>
                      <wps:txbx>
                        <w:txbxContent>
                          <w:p w14:paraId="68206F42" w14:textId="474C6211" w:rsidR="00E4720B" w:rsidRPr="00BD403F" w:rsidRDefault="00E4720B" w:rsidP="00BB0C19">
                            <w:pPr>
                              <w:bidi w:val="0"/>
                              <w:ind w:firstLine="0"/>
                              <w:rPr>
                                <w:szCs w:val="24"/>
                              </w:rPr>
                            </w:pPr>
                            <w:r w:rsidRPr="00BD403F">
                              <w:rPr>
                                <w:rFonts w:cs="Calibri"/>
                                <w:b/>
                                <w:bCs/>
                                <w:szCs w:val="24"/>
                              </w:rPr>
                              <w:t xml:space="preserve">Cite this </w:t>
                            </w:r>
                            <w:r w:rsidR="00F87F2E">
                              <w:rPr>
                                <w:rFonts w:cs="Calibri"/>
                                <w:b/>
                                <w:bCs/>
                                <w:szCs w:val="24"/>
                              </w:rPr>
                              <w:t xml:space="preserve">article: </w:t>
                            </w:r>
                            <w:r w:rsidR="00BB0C19" w:rsidRPr="00BB0C19">
                              <w:rPr>
                                <w:rFonts w:ascii="rtl-font" w:hAnsi="rtl-font"/>
                                <w:color w:val="000000"/>
                                <w:szCs w:val="24"/>
                                <w:shd w:val="clear" w:color="auto" w:fill="FFFFFF"/>
                              </w:rPr>
                              <w:t>Name Surname,</w:t>
                            </w:r>
                            <w:r w:rsidR="00BB0C19" w:rsidRPr="00BB0C19">
                              <w:t xml:space="preserve"> </w:t>
                            </w:r>
                            <w:r w:rsidR="00BB0C19" w:rsidRPr="00BB0C19">
                              <w:rPr>
                                <w:rFonts w:ascii="rtl-font" w:hAnsi="rtl-font"/>
                                <w:color w:val="000000"/>
                                <w:szCs w:val="24"/>
                                <w:shd w:val="clear" w:color="auto" w:fill="FFFFFF"/>
                              </w:rPr>
                              <w:t>Name Surname</w:t>
                            </w:r>
                            <w:r w:rsidR="00BB0C19">
                              <w:rPr>
                                <w:rFonts w:cs="Calibri"/>
                                <w:szCs w:val="24"/>
                              </w:rPr>
                              <w:t xml:space="preserve"> </w:t>
                            </w:r>
                            <w:r w:rsidRPr="00BD403F">
                              <w:rPr>
                                <w:rFonts w:cs="Calibri"/>
                                <w:szCs w:val="24"/>
                              </w:rPr>
                              <w:t xml:space="preserve">(2026). </w:t>
                            </w:r>
                            <w:r w:rsidR="00BB0C19">
                              <w:rPr>
                                <w:szCs w:val="24"/>
                              </w:rPr>
                              <w:t>Title</w:t>
                            </w:r>
                            <w:r w:rsidR="00551D9A">
                              <w:rPr>
                                <w:szCs w:val="24"/>
                              </w:rPr>
                              <w:t xml:space="preserve">. </w:t>
                            </w:r>
                            <w:r w:rsidRPr="00BD403F">
                              <w:rPr>
                                <w:rFonts w:cs="Calibri"/>
                                <w:szCs w:val="24"/>
                              </w:rPr>
                              <w:t>Journal of Diplomatics Studies and Research (DPR) Vol-</w:t>
                            </w:r>
                            <w:proofErr w:type="gramStart"/>
                            <w:r w:rsidR="00BB0C19">
                              <w:rPr>
                                <w:rFonts w:cs="Calibri"/>
                                <w:szCs w:val="24"/>
                              </w:rPr>
                              <w:t>?</w:t>
                            </w:r>
                            <w:r w:rsidRPr="00BD403F">
                              <w:rPr>
                                <w:rFonts w:cs="Calibri"/>
                                <w:szCs w:val="24"/>
                              </w:rPr>
                              <w:t>,</w:t>
                            </w:r>
                            <w:proofErr w:type="gramEnd"/>
                            <w:r w:rsidRPr="00BD403F">
                              <w:rPr>
                                <w:rFonts w:cs="Calibri"/>
                                <w:szCs w:val="24"/>
                              </w:rPr>
                              <w:t xml:space="preserve"> Issue-</w:t>
                            </w:r>
                            <w:r w:rsidR="00BB0C19">
                              <w:rPr>
                                <w:rFonts w:cs="Calibri"/>
                                <w:szCs w:val="24"/>
                              </w:rPr>
                              <w:t>?</w:t>
                            </w:r>
                            <w:r w:rsidRPr="00FF14A7">
                              <w:rPr>
                                <w:rFonts w:cs="Calibri"/>
                                <w:szCs w:val="24"/>
                              </w:rPr>
                              <w:t>,</w:t>
                            </w:r>
                            <w:r w:rsidRPr="00FF14A7">
                              <w:rPr>
                                <w:szCs w:val="24"/>
                              </w:rPr>
                              <w:t xml:space="preserve"> </w:t>
                            </w:r>
                            <w:r w:rsidR="00BB0C19">
                              <w:rPr>
                                <w:szCs w:val="24"/>
                              </w:rPr>
                              <w:t>111</w:t>
                            </w:r>
                            <w:r w:rsidRPr="00FF14A7">
                              <w:rPr>
                                <w:szCs w:val="24"/>
                              </w:rPr>
                              <w:t>-</w:t>
                            </w:r>
                            <w:r w:rsidR="00BB0C19">
                              <w:rPr>
                                <w:szCs w:val="24"/>
                              </w:rPr>
                              <w:t>111</w:t>
                            </w:r>
                            <w:r w:rsidRPr="00BD403F">
                              <w:rPr>
                                <w:szCs w:val="24"/>
                              </w:rPr>
                              <w:t xml:space="preserve">. </w:t>
                            </w:r>
                            <w:r w:rsidR="00775F93" w:rsidRPr="00BB0C19">
                              <w:rPr>
                                <w:color w:val="70AD47" w:themeColor="accent6"/>
                                <w:szCs w:val="24"/>
                              </w:rPr>
                              <w:t>https://doi.org/10.22034/dpr.2026.604152.</w:t>
                            </w:r>
                            <w:r w:rsidR="00BB0C19" w:rsidRPr="00BB0C19">
                              <w:rPr>
                                <w:color w:val="70AD47" w:themeColor="accent6"/>
                                <w:szCs w:val="24"/>
                              </w:rPr>
                              <w:t>0000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CA3D183" id="_x0000_t202" coordsize="21600,21600" o:spt="202" path="m,l,21600r21600,l21600,xe">
                <v:stroke joinstyle="miter"/>
                <v:path gradientshapeok="t" o:connecttype="rect"/>
              </v:shapetype>
              <v:shape id="Text Box 2" o:spid="_x0000_s1027" type="#_x0000_t202" style="position:absolute;left:0;text-align:left;margin-left:0;margin-top:48.05pt;width:348.75pt;height:66.35pt;z-index:25177702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">
                <v:textbox>
                  <w:txbxContent>
                    <w:p w14:paraId="68206F42" w14:textId="474C6211" w:rsidR="00E4720B" w:rsidRPr="00BD403F" w:rsidRDefault="00E4720B" w:rsidP="00BB0C19">
                      <w:pPr>
                        <w:bidi w:val="0"/>
                        <w:ind w:firstLine="0"/>
                        <w:rPr>
                          <w:szCs w:val="24"/>
                        </w:rPr>
                      </w:pPr>
                      <w:r w:rsidRPr="00BD403F">
                        <w:rPr>
                          <w:rFonts w:cs="Calibri"/>
                          <w:b/>
                          <w:bCs/>
                          <w:szCs w:val="24"/>
                        </w:rPr>
                        <w:t xml:space="preserve">Cite this </w:t>
                      </w:r>
                      <w:r w:rsidR="00F87F2E">
                        <w:rPr>
                          <w:rFonts w:cs="Calibri"/>
                          <w:b/>
                          <w:bCs/>
                          <w:szCs w:val="24"/>
                        </w:rPr>
                        <w:t xml:space="preserve">article: </w:t>
                      </w:r>
                      <w:r w:rsidR="00BB0C19" w:rsidRPr="00BB0C19">
                        <w:rPr>
                          <w:rFonts w:ascii="rtl-font" w:hAnsi="rtl-font"/>
                          <w:color w:val="000000"/>
                          <w:szCs w:val="24"/>
                          <w:shd w:val="clear" w:color="auto" w:fill="FFFFFF"/>
                        </w:rPr>
                        <w:t>Name Surname,</w:t>
                      </w:r>
                      <w:r w:rsidR="00BB0C19" w:rsidRPr="00BB0C19">
                        <w:t xml:space="preserve"> </w:t>
                      </w:r>
                      <w:r w:rsidR="00BB0C19" w:rsidRPr="00BB0C19">
                        <w:rPr>
                          <w:rFonts w:ascii="rtl-font" w:hAnsi="rtl-font"/>
                          <w:color w:val="000000"/>
                          <w:szCs w:val="24"/>
                          <w:shd w:val="clear" w:color="auto" w:fill="FFFFFF"/>
                        </w:rPr>
                        <w:t>Name Surname</w:t>
                      </w:r>
                      <w:r w:rsidR="00BB0C19">
                        <w:rPr>
                          <w:rFonts w:cs="Calibri"/>
                          <w:szCs w:val="24"/>
                        </w:rPr>
                        <w:t xml:space="preserve"> </w:t>
                      </w:r>
                      <w:r w:rsidRPr="00BD403F">
                        <w:rPr>
                          <w:rFonts w:cs="Calibri"/>
                          <w:szCs w:val="24"/>
                        </w:rPr>
                        <w:t xml:space="preserve">(2026). </w:t>
                      </w:r>
                      <w:r w:rsidR="00BB0C19">
                        <w:rPr>
                          <w:szCs w:val="24"/>
                        </w:rPr>
                        <w:t>Title</w:t>
                      </w:r>
                      <w:r w:rsidR="00551D9A">
                        <w:rPr>
                          <w:szCs w:val="24"/>
                        </w:rPr>
                        <w:t xml:space="preserve">. </w:t>
                      </w:r>
                      <w:r w:rsidRPr="00BD403F">
                        <w:rPr>
                          <w:rFonts w:cs="Calibri"/>
                          <w:szCs w:val="24"/>
                        </w:rPr>
                        <w:t>Journal of Diplomatics Studies and Research (DPR) Vol-</w:t>
                      </w:r>
                      <w:proofErr w:type="gramStart"/>
                      <w:r w:rsidR="00BB0C19">
                        <w:rPr>
                          <w:rFonts w:cs="Calibri"/>
                          <w:szCs w:val="24"/>
                        </w:rPr>
                        <w:t>?</w:t>
                      </w:r>
                      <w:r w:rsidRPr="00BD403F">
                        <w:rPr>
                          <w:rFonts w:cs="Calibri"/>
                          <w:szCs w:val="24"/>
                        </w:rPr>
                        <w:t>,</w:t>
                      </w:r>
                      <w:proofErr w:type="gramEnd"/>
                      <w:r w:rsidRPr="00BD403F">
                        <w:rPr>
                          <w:rFonts w:cs="Calibri"/>
                          <w:szCs w:val="24"/>
                        </w:rPr>
                        <w:t xml:space="preserve"> Issue-</w:t>
                      </w:r>
                      <w:r w:rsidR="00BB0C19">
                        <w:rPr>
                          <w:rFonts w:cs="Calibri"/>
                          <w:szCs w:val="24"/>
                        </w:rPr>
                        <w:t>?</w:t>
                      </w:r>
                      <w:r w:rsidRPr="00FF14A7">
                        <w:rPr>
                          <w:rFonts w:cs="Calibri"/>
                          <w:szCs w:val="24"/>
                        </w:rPr>
                        <w:t>,</w:t>
                      </w:r>
                      <w:r w:rsidRPr="00FF14A7">
                        <w:rPr>
                          <w:szCs w:val="24"/>
                        </w:rPr>
                        <w:t xml:space="preserve"> </w:t>
                      </w:r>
                      <w:r w:rsidR="00BB0C19">
                        <w:rPr>
                          <w:szCs w:val="24"/>
                        </w:rPr>
                        <w:t>111</w:t>
                      </w:r>
                      <w:r w:rsidRPr="00FF14A7">
                        <w:rPr>
                          <w:szCs w:val="24"/>
                        </w:rPr>
                        <w:t>-</w:t>
                      </w:r>
                      <w:r w:rsidR="00BB0C19">
                        <w:rPr>
                          <w:szCs w:val="24"/>
                        </w:rPr>
                        <w:t>111</w:t>
                      </w:r>
                      <w:r w:rsidRPr="00BD403F">
                        <w:rPr>
                          <w:szCs w:val="24"/>
                        </w:rPr>
                        <w:t xml:space="preserve">. </w:t>
                      </w:r>
                      <w:r w:rsidR="00775F93" w:rsidRPr="00BB0C19">
                        <w:rPr>
                          <w:color w:val="70AD47" w:themeColor="accent6"/>
                          <w:szCs w:val="24"/>
                        </w:rPr>
                        <w:t>https://doi.org/10.22034/dpr.2026.604152.</w:t>
                      </w:r>
                      <w:r w:rsidR="00BB0C19" w:rsidRPr="00BB0C19">
                        <w:rPr>
                          <w:color w:val="70AD47" w:themeColor="accent6"/>
                          <w:szCs w:val="24"/>
                        </w:rPr>
                        <w:t>0000</w:t>
                      </w:r>
                    </w:p>
                  </w:txbxContent>
                </v:textbox>
                <w10:wrap type="topAndBottom" anchorx="margin"/>
              </v:shape>
            </w:pict>
          </mc:Fallback>
        </mc:AlternateContent>
      </w:r>
      <w:r w:rsidR="00E4720B" w:rsidRPr="005E4D2F">
        <w:rPr>
          <w:rFonts w:ascii="IRNazanin" w:hAnsi="IRNazanin" w:cs="IRNazanin"/>
          <w:b/>
          <w:bCs/>
          <w:sz w:val="26"/>
          <w:szCs w:val="26"/>
          <w:rtl/>
        </w:rPr>
        <w:t>کلمات کلیدی:</w:t>
      </w:r>
      <w:r w:rsidR="00E4720B" w:rsidRPr="005E4D2F">
        <w:rPr>
          <w:rFonts w:ascii="IRNazanin" w:hAnsi="IRNazanin" w:cs="IRNazanin" w:hint="cs"/>
          <w:sz w:val="26"/>
          <w:szCs w:val="26"/>
          <w:rtl/>
        </w:rPr>
        <w:t xml:space="preserve"> </w:t>
      </w:r>
      <w:r w:rsidR="00BB0C19">
        <w:rPr>
          <w:rFonts w:ascii="IRNazanin" w:eastAsia="IRNazanin" w:hAnsi="IRNazanin" w:cs="IRNazanin" w:hint="cs"/>
          <w:sz w:val="26"/>
          <w:szCs w:val="26"/>
          <w:rtl/>
        </w:rPr>
        <w:t>کلمه، کلمه، کلمه ..........</w:t>
      </w:r>
    </w:p>
    <w:p w14:paraId="51EE280C" w14:textId="0D911200" w:rsidR="002A7EA8" w:rsidRDefault="002A7EA8">
      <w:pPr>
        <w:widowControl/>
        <w:bidi w:val="0"/>
        <w:spacing w:after="0"/>
        <w:ind w:firstLine="0"/>
        <w:jc w:val="left"/>
        <w:rPr>
          <w:rFonts w:ascii="IRNazanin" w:hAnsi="IRNazanin" w:cs="IRNazanin"/>
          <w:sz w:val="26"/>
          <w:szCs w:val="26"/>
        </w:rPr>
      </w:pPr>
      <w:r>
        <w:rPr>
          <w:rFonts w:ascii="IRNazanin" w:hAnsi="IRNazanin" w:cs="IRNazanin"/>
          <w:sz w:val="26"/>
          <w:szCs w:val="26"/>
        </w:rPr>
        <w:br w:type="page"/>
      </w:r>
    </w:p>
    <w:p w14:paraId="30A3FBFD" w14:textId="5AA12EB6" w:rsidR="00574E2E" w:rsidRPr="00574E2E" w:rsidRDefault="00574E2E" w:rsidP="00D05FB8">
      <w:pPr>
        <w:rPr>
          <w:rFonts w:ascii="IRNazanin" w:hAnsi="IRNazanin" w:cs="IRNazanin" w:hint="cs"/>
          <w:b/>
          <w:bCs/>
          <w:sz w:val="28"/>
          <w:rtl/>
        </w:rPr>
      </w:pPr>
      <w:r w:rsidRPr="00574E2E">
        <w:rPr>
          <w:rFonts w:ascii="IRNazanin" w:hAnsi="IRNazanin" w:cs="IRNazanin"/>
          <w:b/>
          <w:bCs/>
          <w:sz w:val="28"/>
          <w:rtl/>
        </w:rPr>
        <w:lastRenderedPageBreak/>
        <w:t>مقدمه</w:t>
      </w:r>
    </w:p>
    <w:p w14:paraId="6A799B6D" w14:textId="77777777" w:rsidR="0062794E" w:rsidRDefault="0062794E" w:rsidP="00574E2E">
      <w:pPr>
        <w:rPr>
          <w:rFonts w:ascii="IRNazanin" w:hAnsi="IRNazanin" w:cs="IRNazanin"/>
          <w:b/>
          <w:bCs/>
          <w:sz w:val="28"/>
          <w:rtl/>
        </w:rPr>
      </w:pPr>
      <w:r w:rsidRPr="0062794E">
        <w:rPr>
          <w:rFonts w:ascii="IRNazanin" w:hAnsi="IRNazanin" w:cs="IRNazanin"/>
          <w:sz w:val="28"/>
          <w:rtl/>
        </w:rPr>
        <w:t xml:space="preserve">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w:t>
      </w:r>
    </w:p>
    <w:p w14:paraId="54136CE3" w14:textId="77777777" w:rsidR="0062794E" w:rsidRDefault="0062794E" w:rsidP="00574E2E">
      <w:pPr>
        <w:rPr>
          <w:rFonts w:ascii="IRNazanin" w:hAnsi="IRNazanin" w:cs="IRNazanin"/>
          <w:b/>
          <w:bCs/>
          <w:sz w:val="28"/>
          <w:rtl/>
        </w:rPr>
      </w:pPr>
    </w:p>
    <w:p w14:paraId="4E6B80BD" w14:textId="5441A090" w:rsidR="00574E2E" w:rsidRPr="00574E2E" w:rsidRDefault="00BB0C19" w:rsidP="00BB0C19">
      <w:pPr>
        <w:rPr>
          <w:rFonts w:ascii="IRNazanin" w:hAnsi="IRNazanin" w:cs="IRNazanin"/>
          <w:sz w:val="28"/>
          <w:rtl/>
        </w:rPr>
      </w:pPr>
      <w:r>
        <w:rPr>
          <w:rFonts w:ascii="IRNazanin" w:hAnsi="IRNazanin" w:cs="IRNazanin" w:hint="cs"/>
          <w:b/>
          <w:bCs/>
          <w:sz w:val="28"/>
          <w:rtl/>
        </w:rPr>
        <w:t xml:space="preserve">(اختیاری) </w:t>
      </w:r>
      <w:r w:rsidR="00574E2E" w:rsidRPr="00574E2E">
        <w:rPr>
          <w:rFonts w:ascii="IRNazanin" w:hAnsi="IRNazanin" w:cs="IRNazanin"/>
          <w:b/>
          <w:bCs/>
          <w:sz w:val="28"/>
          <w:rtl/>
        </w:rPr>
        <w:t>چارچوب نظری</w:t>
      </w:r>
    </w:p>
    <w:p w14:paraId="0D36AF5A" w14:textId="0A1A9DCB" w:rsidR="00BB0C19" w:rsidRPr="00574E2E" w:rsidRDefault="00BB0C19" w:rsidP="0062794E">
      <w:pPr>
        <w:rPr>
          <w:rFonts w:ascii="IRNazanin" w:hAnsi="IRNazanin" w:cs="IRNazanin"/>
          <w:sz w:val="28"/>
        </w:rPr>
      </w:pPr>
      <w:r w:rsidRPr="00BB0C19">
        <w:rPr>
          <w:rFonts w:ascii="IRNazanin" w:hAnsi="IRNazanin" w:cs="IRNazanin"/>
          <w:sz w:val="28"/>
          <w:rtl/>
        </w:rPr>
        <w:t xml:space="preserve">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w:t>
      </w:r>
    </w:p>
    <w:p w14:paraId="05F1B743" w14:textId="1A151D17" w:rsidR="00574E2E" w:rsidRPr="00574E2E" w:rsidRDefault="00574E2E" w:rsidP="00574E2E">
      <w:pPr>
        <w:rPr>
          <w:rFonts w:ascii="IRNazanin" w:hAnsi="IRNazanin" w:cs="IRNazanin"/>
          <w:sz w:val="28"/>
          <w:rtl/>
        </w:rPr>
      </w:pPr>
    </w:p>
    <w:p w14:paraId="25103539" w14:textId="4C91F3D1" w:rsidR="00574E2E" w:rsidRPr="00574E2E" w:rsidRDefault="00BB0C19" w:rsidP="00574E2E">
      <w:pPr>
        <w:rPr>
          <w:rFonts w:ascii="IRNazanin" w:hAnsi="IRNazanin" w:cs="IRNazanin"/>
          <w:b/>
          <w:bCs/>
          <w:sz w:val="28"/>
          <w:rtl/>
        </w:rPr>
      </w:pPr>
      <w:r w:rsidRPr="0062794E">
        <w:rPr>
          <w:rFonts w:ascii="IRNazanin" w:hAnsi="IRNazanin" w:cs="IRNazanin" w:hint="cs"/>
          <w:b/>
          <w:bCs/>
          <w:color w:val="FF0000"/>
          <w:sz w:val="28"/>
          <w:rtl/>
        </w:rPr>
        <w:t>(ضروری)</w:t>
      </w:r>
      <w:r>
        <w:rPr>
          <w:rFonts w:ascii="IRNazanin" w:hAnsi="IRNazanin" w:cs="IRNazanin" w:hint="cs"/>
          <w:b/>
          <w:bCs/>
          <w:sz w:val="28"/>
          <w:rtl/>
        </w:rPr>
        <w:t xml:space="preserve"> </w:t>
      </w:r>
      <w:r w:rsidR="00574E2E" w:rsidRPr="00574E2E">
        <w:rPr>
          <w:rFonts w:ascii="IRNazanin" w:hAnsi="IRNazanin" w:cs="IRNazanin"/>
          <w:b/>
          <w:bCs/>
          <w:sz w:val="28"/>
          <w:rtl/>
        </w:rPr>
        <w:t>پیشینۀ تحقیق</w:t>
      </w:r>
    </w:p>
    <w:p w14:paraId="788FAD71" w14:textId="3A243ABB" w:rsidR="00574E2E" w:rsidRDefault="00BB0C19" w:rsidP="0062794E">
      <w:pPr>
        <w:rPr>
          <w:rFonts w:ascii="IRNazanin" w:hAnsi="IRNazanin" w:cs="IRNazanin"/>
          <w:sz w:val="28"/>
          <w:rtl/>
        </w:rPr>
      </w:pPr>
      <w:r w:rsidRPr="00BB0C19">
        <w:rPr>
          <w:rFonts w:ascii="IRNazanin" w:hAnsi="IRNazanin" w:cs="IRNazanin"/>
          <w:sz w:val="28"/>
          <w:rtl/>
        </w:rPr>
        <w:t xml:space="preserve">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w:t>
      </w:r>
      <w:r w:rsidRPr="00BB0C19">
        <w:rPr>
          <w:rFonts w:ascii="IRNazanin" w:hAnsi="IRNazanin" w:cs="IRNazanin" w:hint="cs"/>
          <w:color w:val="FF0000"/>
          <w:sz w:val="28"/>
          <w:rtl/>
        </w:rPr>
        <w:t xml:space="preserve">(در </w:t>
      </w:r>
      <w:r>
        <w:rPr>
          <w:rFonts w:ascii="IRNazanin" w:hAnsi="IRNazanin" w:cs="IRNazanin" w:hint="cs"/>
          <w:color w:val="FF0000"/>
          <w:sz w:val="28"/>
          <w:rtl/>
        </w:rPr>
        <w:t>پایان پیشینه پژوهش</w:t>
      </w:r>
      <w:r w:rsidRPr="00BB0C19">
        <w:rPr>
          <w:rFonts w:ascii="IRNazanin" w:hAnsi="IRNazanin" w:cs="IRNazanin" w:hint="cs"/>
          <w:color w:val="FF0000"/>
          <w:sz w:val="28"/>
          <w:rtl/>
        </w:rPr>
        <w:t xml:space="preserve"> مشخص شود که این پژوهش چه کاستی‌هایی را در تحقیقات پیشین تکمیل می‌کند.)</w:t>
      </w:r>
    </w:p>
    <w:p w14:paraId="123B5AE4" w14:textId="77777777" w:rsidR="0062794E" w:rsidRDefault="0062794E" w:rsidP="00BB0C19">
      <w:pPr>
        <w:rPr>
          <w:rFonts w:ascii="IRNazanin" w:hAnsi="IRNazanin" w:cs="IRNazanin"/>
          <w:sz w:val="28"/>
          <w:rtl/>
        </w:rPr>
      </w:pPr>
    </w:p>
    <w:p w14:paraId="2935B7EB" w14:textId="4D4F2637" w:rsidR="0062794E" w:rsidRPr="00574E2E" w:rsidRDefault="0062794E" w:rsidP="0062794E">
      <w:pPr>
        <w:rPr>
          <w:rFonts w:ascii="IRNazanin" w:hAnsi="IRNazanin" w:cs="IRNazanin"/>
          <w:b/>
          <w:bCs/>
          <w:sz w:val="28"/>
          <w:rtl/>
        </w:rPr>
      </w:pPr>
      <w:r>
        <w:rPr>
          <w:rFonts w:ascii="IRNazanin" w:hAnsi="IRNazanin" w:cs="IRNazanin" w:hint="cs"/>
          <w:b/>
          <w:bCs/>
          <w:sz w:val="28"/>
          <w:rtl/>
        </w:rPr>
        <w:t xml:space="preserve">(اختیاری) روش شناسی </w:t>
      </w:r>
    </w:p>
    <w:p w14:paraId="03F182C4" w14:textId="3361619F" w:rsidR="0062794E" w:rsidRDefault="0062794E" w:rsidP="0062794E">
      <w:pPr>
        <w:rPr>
          <w:rFonts w:ascii="IRNazanin" w:hAnsi="IRNazanin" w:cs="IRNazanin"/>
          <w:sz w:val="28"/>
          <w:rtl/>
        </w:rPr>
      </w:pPr>
      <w:r w:rsidRPr="00BB0C19">
        <w:rPr>
          <w:rFonts w:ascii="IRNazanin" w:hAnsi="IRNazanin" w:cs="IRNazanin"/>
          <w:sz w:val="28"/>
          <w:rtl/>
        </w:rPr>
        <w:t xml:space="preserve">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w:t>
      </w:r>
    </w:p>
    <w:p w14:paraId="39EAEECC" w14:textId="77777777" w:rsidR="0062794E" w:rsidRPr="00574E2E" w:rsidRDefault="0062794E" w:rsidP="0062794E">
      <w:pPr>
        <w:rPr>
          <w:rFonts w:ascii="IRNazanin" w:hAnsi="IRNazanin" w:cs="IRNazanin"/>
          <w:sz w:val="28"/>
          <w:rtl/>
        </w:rPr>
      </w:pPr>
    </w:p>
    <w:p w14:paraId="3AFDC09C" w14:textId="4AD57610" w:rsidR="00574E2E" w:rsidRPr="00574E2E" w:rsidRDefault="00BB0C19" w:rsidP="00BB0C19">
      <w:pPr>
        <w:rPr>
          <w:rFonts w:ascii="IRNazanin" w:hAnsi="IRNazanin" w:cs="IRNazanin"/>
          <w:sz w:val="28"/>
          <w:rtl/>
        </w:rPr>
      </w:pPr>
      <w:r w:rsidRPr="0062794E">
        <w:rPr>
          <w:rFonts w:ascii="IRNazanin" w:hAnsi="IRNazanin" w:cs="IRNazanin" w:hint="cs"/>
          <w:b/>
          <w:bCs/>
          <w:color w:val="FF0000"/>
          <w:sz w:val="28"/>
          <w:rtl/>
        </w:rPr>
        <w:t>(ضروری)</w:t>
      </w:r>
      <w:r>
        <w:rPr>
          <w:rFonts w:ascii="IRNazanin" w:hAnsi="IRNazanin" w:cs="IRNazanin" w:hint="cs"/>
          <w:b/>
          <w:bCs/>
          <w:sz w:val="28"/>
          <w:rtl/>
        </w:rPr>
        <w:t xml:space="preserve"> یافته های پژوهش </w:t>
      </w:r>
    </w:p>
    <w:p w14:paraId="67B9B725" w14:textId="4CABABF6" w:rsidR="00574E2E" w:rsidRDefault="00BB0C19" w:rsidP="0062794E">
      <w:pPr>
        <w:rPr>
          <w:rFonts w:ascii="IRNazanin" w:hAnsi="IRNazanin" w:cs="IRNazanin"/>
          <w:sz w:val="28"/>
          <w:rtl/>
        </w:rPr>
      </w:pPr>
      <w:r w:rsidRPr="00BB0C19">
        <w:rPr>
          <w:rFonts w:ascii="IRNazanin" w:hAnsi="IRNazanin" w:cs="IRNazanin"/>
          <w:sz w:val="28"/>
          <w:rtl/>
        </w:rPr>
        <w:t xml:space="preserve">متن متن متن متن متن متن متن متن متن متن متن متن متن متن متن متن متن متن متن متن متن متن متن </w:t>
      </w:r>
      <w:r w:rsidRPr="00BB0C19">
        <w:rPr>
          <w:rFonts w:ascii="IRNazanin" w:hAnsi="IRNazanin" w:cs="IRNazanin"/>
          <w:sz w:val="28"/>
          <w:rtl/>
        </w:rPr>
        <w:lastRenderedPageBreak/>
        <w:t xml:space="preserve">متن متن متن متن متن متن متن متن متن متن متن متن متن متن متن متن متن متن متن متن متن متن متن متن متن متن متن متن متن متن متن متن </w:t>
      </w:r>
    </w:p>
    <w:p w14:paraId="70F0E916" w14:textId="77777777" w:rsidR="0062794E" w:rsidRDefault="0062794E" w:rsidP="0062794E">
      <w:pPr>
        <w:rPr>
          <w:rFonts w:ascii="IRNazanin" w:hAnsi="IRNazanin" w:cs="IRNazanin"/>
          <w:sz w:val="28"/>
          <w:rtl/>
        </w:rPr>
      </w:pPr>
    </w:p>
    <w:p w14:paraId="0AA9F17E" w14:textId="12A28037" w:rsidR="00BB0C19" w:rsidRDefault="00BB0C19" w:rsidP="0062794E">
      <w:pPr>
        <w:rPr>
          <w:rFonts w:ascii="IRNazanin" w:hAnsi="IRNazanin" w:cs="IRNazanin"/>
          <w:b/>
          <w:bCs/>
          <w:sz w:val="28"/>
          <w:rtl/>
        </w:rPr>
      </w:pPr>
      <w:r>
        <w:rPr>
          <w:rFonts w:ascii="IRNazanin" w:hAnsi="IRNazanin" w:cs="IRNazanin" w:hint="cs"/>
          <w:b/>
          <w:bCs/>
          <w:sz w:val="28"/>
          <w:rtl/>
        </w:rPr>
        <w:t>(</w:t>
      </w:r>
      <w:r w:rsidR="0062794E">
        <w:rPr>
          <w:rFonts w:ascii="IRNazanin" w:hAnsi="IRNazanin" w:cs="IRNazanin" w:hint="cs"/>
          <w:b/>
          <w:bCs/>
          <w:sz w:val="28"/>
          <w:rtl/>
        </w:rPr>
        <w:t>ضروری</w:t>
      </w:r>
      <w:r>
        <w:rPr>
          <w:rFonts w:ascii="IRNazanin" w:hAnsi="IRNazanin" w:cs="IRNazanin" w:hint="cs"/>
          <w:b/>
          <w:bCs/>
          <w:sz w:val="28"/>
          <w:rtl/>
        </w:rPr>
        <w:t xml:space="preserve">) </w:t>
      </w:r>
      <w:r w:rsidR="0062794E">
        <w:rPr>
          <w:rFonts w:ascii="IRNazanin" w:hAnsi="IRNazanin" w:cs="IRNazanin" w:hint="cs"/>
          <w:b/>
          <w:bCs/>
          <w:sz w:val="28"/>
          <w:rtl/>
        </w:rPr>
        <w:t xml:space="preserve">بحث / </w:t>
      </w:r>
      <w:r w:rsidRPr="00BB0C19">
        <w:rPr>
          <w:rFonts w:ascii="IRNazanin" w:hAnsi="IRNazanin" w:cs="IRNazanin" w:hint="cs"/>
          <w:b/>
          <w:bCs/>
          <w:sz w:val="28"/>
          <w:rtl/>
        </w:rPr>
        <w:t>تحلیل و بررسی یافته</w:t>
      </w:r>
      <w:r>
        <w:rPr>
          <w:rFonts w:ascii="IRNazanin" w:hAnsi="IRNazanin" w:cs="IRNazanin" w:hint="cs"/>
          <w:b/>
          <w:bCs/>
          <w:sz w:val="28"/>
          <w:rtl/>
        </w:rPr>
        <w:t>‌</w:t>
      </w:r>
      <w:r w:rsidRPr="00BB0C19">
        <w:rPr>
          <w:rFonts w:ascii="IRNazanin" w:hAnsi="IRNazanin" w:cs="IRNazanin" w:hint="cs"/>
          <w:b/>
          <w:bCs/>
          <w:sz w:val="28"/>
          <w:rtl/>
        </w:rPr>
        <w:t>ها</w:t>
      </w:r>
    </w:p>
    <w:p w14:paraId="70D387ED" w14:textId="1E9EDFAB" w:rsidR="00BB0C19" w:rsidRDefault="00BB0C19" w:rsidP="0062794E">
      <w:pPr>
        <w:rPr>
          <w:rFonts w:ascii="IRNazanin" w:hAnsi="IRNazanin" w:cs="IRNazanin"/>
          <w:sz w:val="28"/>
          <w:rtl/>
        </w:rPr>
      </w:pPr>
      <w:r w:rsidRPr="00BB0C19">
        <w:rPr>
          <w:rFonts w:ascii="IRNazanin" w:hAnsi="IRNazanin" w:cs="IRNazanin"/>
          <w:sz w:val="28"/>
          <w:rtl/>
        </w:rPr>
        <w:t xml:space="preserve">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w:t>
      </w:r>
    </w:p>
    <w:p w14:paraId="4FF76B6D" w14:textId="77777777" w:rsidR="0062794E" w:rsidRPr="00BB0C19" w:rsidRDefault="0062794E" w:rsidP="0062794E">
      <w:pPr>
        <w:rPr>
          <w:rFonts w:ascii="IRNazanin" w:hAnsi="IRNazanin" w:cs="IRNazanin"/>
          <w:sz w:val="28"/>
          <w:rtl/>
        </w:rPr>
      </w:pPr>
    </w:p>
    <w:p w14:paraId="5AB3F5C9" w14:textId="02477B26" w:rsidR="00574E2E" w:rsidRPr="00574E2E" w:rsidRDefault="00BB0C19" w:rsidP="00574E2E">
      <w:pPr>
        <w:rPr>
          <w:rFonts w:ascii="IRNazanin" w:hAnsi="IRNazanin" w:cs="IRNazanin"/>
          <w:b/>
          <w:bCs/>
          <w:sz w:val="28"/>
          <w:rtl/>
        </w:rPr>
      </w:pPr>
      <w:r w:rsidRPr="0062794E">
        <w:rPr>
          <w:rFonts w:ascii="IRNazanin" w:hAnsi="IRNazanin" w:cs="IRNazanin" w:hint="cs"/>
          <w:b/>
          <w:bCs/>
          <w:color w:val="FF0000"/>
          <w:sz w:val="28"/>
          <w:rtl/>
        </w:rPr>
        <w:t>(ضروری)</w:t>
      </w:r>
      <w:r>
        <w:rPr>
          <w:rFonts w:ascii="IRNazanin" w:hAnsi="IRNazanin" w:cs="IRNazanin" w:hint="cs"/>
          <w:b/>
          <w:bCs/>
          <w:sz w:val="28"/>
          <w:rtl/>
        </w:rPr>
        <w:t xml:space="preserve"> </w:t>
      </w:r>
      <w:r w:rsidR="00574E2E" w:rsidRPr="00574E2E">
        <w:rPr>
          <w:rFonts w:ascii="IRNazanin" w:hAnsi="IRNazanin" w:cs="IRNazanin"/>
          <w:b/>
          <w:bCs/>
          <w:sz w:val="28"/>
          <w:rtl/>
        </w:rPr>
        <w:t>نتیجه</w:t>
      </w:r>
      <w:r w:rsidR="00D05FB8">
        <w:rPr>
          <w:rFonts w:ascii="IRNazanin" w:hAnsi="IRNazanin" w:cs="IRNazanin"/>
          <w:b/>
          <w:bCs/>
          <w:sz w:val="28"/>
          <w:rtl/>
        </w:rPr>
        <w:t>‌گیری</w:t>
      </w:r>
    </w:p>
    <w:p w14:paraId="10CEC734" w14:textId="29A0F334" w:rsidR="00574E2E" w:rsidRPr="00574E2E" w:rsidRDefault="00BB0C19" w:rsidP="0062794E">
      <w:pPr>
        <w:rPr>
          <w:rFonts w:ascii="IRNazanin" w:hAnsi="IRNazanin" w:cs="IRNazanin"/>
          <w:sz w:val="28"/>
          <w:rtl/>
        </w:rPr>
      </w:pPr>
      <w:r w:rsidRPr="00BB0C19">
        <w:rPr>
          <w:rFonts w:ascii="IRNazanin" w:hAnsi="IRNazanin" w:cs="IRNazanin"/>
          <w:sz w:val="28"/>
          <w:rtl/>
        </w:rPr>
        <w:t xml:space="preserve">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w:t>
      </w:r>
    </w:p>
    <w:p w14:paraId="67BCD461" w14:textId="77777777" w:rsidR="00574E2E" w:rsidRPr="00574E2E" w:rsidRDefault="00574E2E" w:rsidP="00574E2E">
      <w:pPr>
        <w:rPr>
          <w:rFonts w:ascii="IRNazanin" w:hAnsi="IRNazanin" w:cs="IRNazanin"/>
          <w:b/>
          <w:bCs/>
          <w:sz w:val="28"/>
          <w:rtl/>
        </w:rPr>
      </w:pPr>
    </w:p>
    <w:p w14:paraId="522C79CF" w14:textId="144CBD27" w:rsidR="00574E2E" w:rsidRPr="00FC418E" w:rsidRDefault="0062794E" w:rsidP="00574E2E">
      <w:pPr>
        <w:rPr>
          <w:rFonts w:ascii="IRNazanin" w:hAnsi="IRNazanin" w:cs="IRNazanin"/>
          <w:b/>
          <w:bCs/>
          <w:sz w:val="26"/>
          <w:szCs w:val="26"/>
          <w:rtl/>
        </w:rPr>
      </w:pPr>
      <w:r w:rsidRPr="0062794E">
        <w:rPr>
          <w:rFonts w:ascii="IRNazanin" w:hAnsi="IRNazanin" w:cs="IRNazanin" w:hint="cs"/>
          <w:b/>
          <w:bCs/>
          <w:color w:val="FF0000"/>
          <w:sz w:val="28"/>
          <w:rtl/>
        </w:rPr>
        <w:t>(ضروری)</w:t>
      </w:r>
      <w:r>
        <w:rPr>
          <w:rFonts w:ascii="IRNazanin" w:hAnsi="IRNazanin" w:cs="IRNazanin" w:hint="cs"/>
          <w:b/>
          <w:bCs/>
          <w:sz w:val="28"/>
          <w:rtl/>
        </w:rPr>
        <w:t xml:space="preserve"> </w:t>
      </w:r>
      <w:r w:rsidR="00574E2E" w:rsidRPr="00FC418E">
        <w:rPr>
          <w:rFonts w:ascii="IRNazanin" w:hAnsi="IRNazanin" w:cs="IRNazanin"/>
          <w:b/>
          <w:bCs/>
          <w:sz w:val="26"/>
          <w:szCs w:val="26"/>
          <w:rtl/>
        </w:rPr>
        <w:t>منابع و مآخذ</w:t>
      </w:r>
    </w:p>
    <w:p w14:paraId="5B13260E" w14:textId="77777777" w:rsidR="00BB0C19" w:rsidRPr="00BB0C19" w:rsidRDefault="00BB0C19" w:rsidP="00BB0C19">
      <w:pPr>
        <w:rPr>
          <w:rFonts w:ascii="IRNazanin" w:hAnsi="IRNazanin" w:cs="IRNazanin"/>
          <w:sz w:val="26"/>
          <w:szCs w:val="26"/>
          <w:rtl/>
        </w:rPr>
      </w:pPr>
      <w:r w:rsidRPr="00BB0C19">
        <w:rPr>
          <w:rFonts w:ascii="IRNazanin" w:hAnsi="IRNazanin" w:cs="IRNazanin"/>
          <w:sz w:val="26"/>
          <w:szCs w:val="26"/>
          <w:rtl/>
        </w:rPr>
        <w:t xml:space="preserve">نمونه ها: </w:t>
      </w:r>
    </w:p>
    <w:p w14:paraId="2A332CA5" w14:textId="77777777" w:rsidR="00BB0C19" w:rsidRPr="00517168" w:rsidRDefault="00BB0C19" w:rsidP="00517168">
      <w:pPr>
        <w:pStyle w:val="ListParagraph"/>
        <w:numPr>
          <w:ilvl w:val="0"/>
          <w:numId w:val="46"/>
        </w:numPr>
        <w:bidi/>
        <w:jc w:val="both"/>
        <w:rPr>
          <w:rFonts w:ascii="IRNazanin" w:hAnsi="IRNazanin" w:cs="IRNazanin"/>
          <w:sz w:val="26"/>
          <w:szCs w:val="26"/>
          <w:rtl/>
        </w:rPr>
      </w:pPr>
      <w:r w:rsidRPr="00517168">
        <w:rPr>
          <w:rFonts w:ascii="IRNazanin" w:hAnsi="IRNazanin" w:cs="IRNazanin"/>
          <w:sz w:val="26"/>
          <w:szCs w:val="26"/>
          <w:rtl/>
        </w:rPr>
        <w:t>نام خانوادگ</w:t>
      </w:r>
      <w:r w:rsidRPr="00517168">
        <w:rPr>
          <w:rFonts w:ascii="IRNazanin" w:hAnsi="IRNazanin" w:cs="IRNazanin" w:hint="cs"/>
          <w:sz w:val="26"/>
          <w:szCs w:val="26"/>
          <w:rtl/>
        </w:rPr>
        <w:t>ی</w:t>
      </w:r>
      <w:r w:rsidRPr="00517168">
        <w:rPr>
          <w:rFonts w:ascii="IRNazanin" w:hAnsi="IRNazanin" w:cs="IRNazanin" w:hint="eastAsia"/>
          <w:sz w:val="26"/>
          <w:szCs w:val="26"/>
          <w:rtl/>
        </w:rPr>
        <w:t>،</w:t>
      </w:r>
      <w:r w:rsidRPr="00517168">
        <w:rPr>
          <w:rFonts w:ascii="IRNazanin" w:hAnsi="IRNazanin" w:cs="IRNazanin"/>
          <w:sz w:val="26"/>
          <w:szCs w:val="26"/>
          <w:rtl/>
        </w:rPr>
        <w:t xml:space="preserve"> نام نو</w:t>
      </w:r>
      <w:r w:rsidRPr="00517168">
        <w:rPr>
          <w:rFonts w:ascii="IRNazanin" w:hAnsi="IRNazanin" w:cs="IRNazanin" w:hint="cs"/>
          <w:sz w:val="26"/>
          <w:szCs w:val="26"/>
          <w:rtl/>
        </w:rPr>
        <w:t>ی</w:t>
      </w:r>
      <w:r w:rsidRPr="00517168">
        <w:rPr>
          <w:rFonts w:ascii="IRNazanin" w:hAnsi="IRNazanin" w:cs="IRNazanin" w:hint="eastAsia"/>
          <w:sz w:val="26"/>
          <w:szCs w:val="26"/>
          <w:rtl/>
        </w:rPr>
        <w:t>سندگان</w:t>
      </w:r>
      <w:r w:rsidRPr="00517168">
        <w:rPr>
          <w:rFonts w:ascii="IRNazanin" w:hAnsi="IRNazanin" w:cs="IRNazanin"/>
          <w:sz w:val="26"/>
          <w:szCs w:val="26"/>
          <w:rtl/>
        </w:rPr>
        <w:t xml:space="preserve"> </w:t>
      </w:r>
      <w:r w:rsidRPr="00517168">
        <w:rPr>
          <w:rFonts w:ascii="IRNazanin" w:hAnsi="IRNazanin" w:cs="IRNazanin" w:hint="cs"/>
          <w:sz w:val="26"/>
          <w:szCs w:val="26"/>
          <w:rtl/>
        </w:rPr>
        <w:t>ی</w:t>
      </w:r>
      <w:r w:rsidRPr="00517168">
        <w:rPr>
          <w:rFonts w:ascii="IRNazanin" w:hAnsi="IRNazanin" w:cs="IRNazanin" w:hint="eastAsia"/>
          <w:sz w:val="26"/>
          <w:szCs w:val="26"/>
          <w:rtl/>
        </w:rPr>
        <w:t>ا</w:t>
      </w:r>
      <w:r w:rsidRPr="00517168">
        <w:rPr>
          <w:rFonts w:ascii="IRNazanin" w:hAnsi="IRNazanin" w:cs="IRNazanin"/>
          <w:sz w:val="26"/>
          <w:szCs w:val="26"/>
          <w:rtl/>
        </w:rPr>
        <w:t xml:space="preserve"> نام موسسه‌ا</w:t>
      </w:r>
      <w:r w:rsidRPr="00517168">
        <w:rPr>
          <w:rFonts w:ascii="IRNazanin" w:hAnsi="IRNazanin" w:cs="IRNazanin" w:hint="cs"/>
          <w:sz w:val="26"/>
          <w:szCs w:val="26"/>
          <w:rtl/>
        </w:rPr>
        <w:t>ی</w:t>
      </w:r>
      <w:r w:rsidRPr="00517168">
        <w:rPr>
          <w:rFonts w:ascii="IRNazanin" w:hAnsi="IRNazanin" w:cs="IRNazanin"/>
          <w:sz w:val="26"/>
          <w:szCs w:val="26"/>
          <w:rtl/>
        </w:rPr>
        <w:t xml:space="preserve"> که نقش نو</w:t>
      </w:r>
      <w:r w:rsidRPr="00517168">
        <w:rPr>
          <w:rFonts w:ascii="IRNazanin" w:hAnsi="IRNazanin" w:cs="IRNazanin" w:hint="cs"/>
          <w:sz w:val="26"/>
          <w:szCs w:val="26"/>
          <w:rtl/>
        </w:rPr>
        <w:t>ی</w:t>
      </w:r>
      <w:r w:rsidRPr="00517168">
        <w:rPr>
          <w:rFonts w:ascii="IRNazanin" w:hAnsi="IRNazanin" w:cs="IRNazanin" w:hint="eastAsia"/>
          <w:sz w:val="26"/>
          <w:szCs w:val="26"/>
          <w:rtl/>
        </w:rPr>
        <w:t>سنده</w:t>
      </w:r>
      <w:r w:rsidRPr="00517168">
        <w:rPr>
          <w:rFonts w:ascii="IRNazanin" w:hAnsi="IRNazanin" w:cs="IRNazanin"/>
          <w:sz w:val="26"/>
          <w:szCs w:val="26"/>
          <w:rtl/>
        </w:rPr>
        <w:t xml:space="preserve"> را دارد، عنوان کامل کتاب، نام خانوادگ</w:t>
      </w:r>
      <w:r w:rsidRPr="00517168">
        <w:rPr>
          <w:rFonts w:ascii="IRNazanin" w:hAnsi="IRNazanin" w:cs="IRNazanin" w:hint="cs"/>
          <w:sz w:val="26"/>
          <w:szCs w:val="26"/>
          <w:rtl/>
        </w:rPr>
        <w:t>ی</w:t>
      </w:r>
      <w:r w:rsidRPr="00517168">
        <w:rPr>
          <w:rFonts w:ascii="IRNazanin" w:hAnsi="IRNazanin" w:cs="IRNazanin" w:hint="eastAsia"/>
          <w:sz w:val="26"/>
          <w:szCs w:val="26"/>
          <w:rtl/>
        </w:rPr>
        <w:t>،</w:t>
      </w:r>
      <w:r w:rsidRPr="00517168">
        <w:rPr>
          <w:rFonts w:ascii="IRNazanin" w:hAnsi="IRNazanin" w:cs="IRNazanin"/>
          <w:sz w:val="26"/>
          <w:szCs w:val="26"/>
          <w:rtl/>
        </w:rPr>
        <w:t xml:space="preserve"> نام مترجمان با ق</w:t>
      </w:r>
      <w:r w:rsidRPr="00517168">
        <w:rPr>
          <w:rFonts w:ascii="IRNazanin" w:hAnsi="IRNazanin" w:cs="IRNazanin" w:hint="cs"/>
          <w:sz w:val="26"/>
          <w:szCs w:val="26"/>
          <w:rtl/>
        </w:rPr>
        <w:t>ی</w:t>
      </w:r>
      <w:r w:rsidRPr="00517168">
        <w:rPr>
          <w:rFonts w:ascii="IRNazanin" w:hAnsi="IRNazanin" w:cs="IRNazanin" w:hint="eastAsia"/>
          <w:sz w:val="26"/>
          <w:szCs w:val="26"/>
          <w:rtl/>
        </w:rPr>
        <w:t>د</w:t>
      </w:r>
      <w:r w:rsidRPr="00517168">
        <w:rPr>
          <w:rFonts w:ascii="IRNazanin" w:hAnsi="IRNazanin" w:cs="IRNazanin"/>
          <w:sz w:val="26"/>
          <w:szCs w:val="26"/>
          <w:rtl/>
        </w:rPr>
        <w:t xml:space="preserve"> کلمه ترجمة، نام خانوادگ</w:t>
      </w:r>
      <w:r w:rsidRPr="00517168">
        <w:rPr>
          <w:rFonts w:ascii="IRNazanin" w:hAnsi="IRNazanin" w:cs="IRNazanin" w:hint="cs"/>
          <w:sz w:val="26"/>
          <w:szCs w:val="26"/>
          <w:rtl/>
        </w:rPr>
        <w:t>ی</w:t>
      </w:r>
      <w:r w:rsidRPr="00517168">
        <w:rPr>
          <w:rFonts w:ascii="IRNazanin" w:hAnsi="IRNazanin" w:cs="IRNazanin" w:hint="eastAsia"/>
          <w:sz w:val="26"/>
          <w:szCs w:val="26"/>
          <w:rtl/>
        </w:rPr>
        <w:t>،</w:t>
      </w:r>
      <w:r w:rsidRPr="00517168">
        <w:rPr>
          <w:rFonts w:ascii="IRNazanin" w:hAnsi="IRNazanin" w:cs="IRNazanin"/>
          <w:sz w:val="26"/>
          <w:szCs w:val="26"/>
          <w:rtl/>
        </w:rPr>
        <w:t xml:space="preserve"> شماره جلد، شماره و</w:t>
      </w:r>
      <w:r w:rsidRPr="00517168">
        <w:rPr>
          <w:rFonts w:ascii="IRNazanin" w:hAnsi="IRNazanin" w:cs="IRNazanin" w:hint="cs"/>
          <w:sz w:val="26"/>
          <w:szCs w:val="26"/>
          <w:rtl/>
        </w:rPr>
        <w:t>ی</w:t>
      </w:r>
      <w:r w:rsidRPr="00517168">
        <w:rPr>
          <w:rFonts w:ascii="IRNazanin" w:hAnsi="IRNazanin" w:cs="IRNazanin" w:hint="eastAsia"/>
          <w:sz w:val="26"/>
          <w:szCs w:val="26"/>
          <w:rtl/>
        </w:rPr>
        <w:t>را</w:t>
      </w:r>
      <w:r w:rsidRPr="00517168">
        <w:rPr>
          <w:rFonts w:ascii="IRNazanin" w:hAnsi="IRNazanin" w:cs="IRNazanin" w:hint="cs"/>
          <w:sz w:val="26"/>
          <w:szCs w:val="26"/>
          <w:rtl/>
        </w:rPr>
        <w:t>ی</w:t>
      </w:r>
      <w:r w:rsidRPr="00517168">
        <w:rPr>
          <w:rFonts w:ascii="IRNazanin" w:hAnsi="IRNazanin" w:cs="IRNazanin" w:hint="eastAsia"/>
          <w:sz w:val="26"/>
          <w:szCs w:val="26"/>
          <w:rtl/>
        </w:rPr>
        <w:t>ش،</w:t>
      </w:r>
      <w:r w:rsidRPr="00517168">
        <w:rPr>
          <w:rFonts w:ascii="IRNazanin" w:hAnsi="IRNazanin" w:cs="IRNazanin"/>
          <w:sz w:val="26"/>
          <w:szCs w:val="26"/>
          <w:rtl/>
        </w:rPr>
        <w:t xml:space="preserve"> محل نشر، نام ناشر، تار</w:t>
      </w:r>
      <w:r w:rsidRPr="00517168">
        <w:rPr>
          <w:rFonts w:ascii="IRNazanin" w:hAnsi="IRNazanin" w:cs="IRNazanin" w:hint="cs"/>
          <w:sz w:val="26"/>
          <w:szCs w:val="26"/>
          <w:rtl/>
        </w:rPr>
        <w:t>ی</w:t>
      </w:r>
      <w:r w:rsidRPr="00517168">
        <w:rPr>
          <w:rFonts w:ascii="IRNazanin" w:hAnsi="IRNazanin" w:cs="IRNazanin" w:hint="eastAsia"/>
          <w:sz w:val="26"/>
          <w:szCs w:val="26"/>
          <w:rtl/>
        </w:rPr>
        <w:t>خ</w:t>
      </w:r>
      <w:r w:rsidRPr="00517168">
        <w:rPr>
          <w:rFonts w:ascii="IRNazanin" w:hAnsi="IRNazanin" w:cs="IRNazanin"/>
          <w:sz w:val="26"/>
          <w:szCs w:val="26"/>
          <w:rtl/>
        </w:rPr>
        <w:t xml:space="preserve"> انتشار.</w:t>
      </w:r>
    </w:p>
    <w:p w14:paraId="484FC8B5" w14:textId="77777777" w:rsidR="00BB0C19" w:rsidRPr="00517168" w:rsidRDefault="00BB0C19" w:rsidP="00517168">
      <w:pPr>
        <w:pStyle w:val="ListParagraph"/>
        <w:numPr>
          <w:ilvl w:val="0"/>
          <w:numId w:val="46"/>
        </w:numPr>
        <w:bidi/>
        <w:jc w:val="both"/>
        <w:rPr>
          <w:rFonts w:ascii="IRNazanin" w:hAnsi="IRNazanin" w:cs="IRNazanin"/>
          <w:sz w:val="26"/>
          <w:szCs w:val="26"/>
          <w:rtl/>
        </w:rPr>
      </w:pPr>
      <w:r w:rsidRPr="00517168">
        <w:rPr>
          <w:rFonts w:ascii="IRNazanin" w:hAnsi="IRNazanin" w:cs="IRNazanin" w:hint="eastAsia"/>
          <w:sz w:val="26"/>
          <w:szCs w:val="26"/>
          <w:rtl/>
        </w:rPr>
        <w:t>نام</w:t>
      </w:r>
      <w:r w:rsidRPr="00517168">
        <w:rPr>
          <w:rFonts w:ascii="IRNazanin" w:hAnsi="IRNazanin" w:cs="IRNazanin"/>
          <w:sz w:val="26"/>
          <w:szCs w:val="26"/>
          <w:rtl/>
        </w:rPr>
        <w:t xml:space="preserve"> خانوادگ</w:t>
      </w:r>
      <w:r w:rsidRPr="00517168">
        <w:rPr>
          <w:rFonts w:ascii="IRNazanin" w:hAnsi="IRNazanin" w:cs="IRNazanin" w:hint="cs"/>
          <w:sz w:val="26"/>
          <w:szCs w:val="26"/>
          <w:rtl/>
        </w:rPr>
        <w:t>ی</w:t>
      </w:r>
      <w:r w:rsidRPr="00517168">
        <w:rPr>
          <w:rFonts w:ascii="IRNazanin" w:hAnsi="IRNazanin" w:cs="IRNazanin" w:hint="eastAsia"/>
          <w:sz w:val="26"/>
          <w:szCs w:val="26"/>
          <w:rtl/>
        </w:rPr>
        <w:t>،</w:t>
      </w:r>
      <w:r w:rsidRPr="00517168">
        <w:rPr>
          <w:rFonts w:ascii="IRNazanin" w:hAnsi="IRNazanin" w:cs="IRNazanin"/>
          <w:sz w:val="26"/>
          <w:szCs w:val="26"/>
          <w:rtl/>
        </w:rPr>
        <w:t xml:space="preserve"> نام نو</w:t>
      </w:r>
      <w:r w:rsidRPr="00517168">
        <w:rPr>
          <w:rFonts w:ascii="IRNazanin" w:hAnsi="IRNazanin" w:cs="IRNazanin" w:hint="cs"/>
          <w:sz w:val="26"/>
          <w:szCs w:val="26"/>
          <w:rtl/>
        </w:rPr>
        <w:t>ی</w:t>
      </w:r>
      <w:r w:rsidRPr="00517168">
        <w:rPr>
          <w:rFonts w:ascii="IRNazanin" w:hAnsi="IRNazanin" w:cs="IRNazanin" w:hint="eastAsia"/>
          <w:sz w:val="26"/>
          <w:szCs w:val="26"/>
          <w:rtl/>
        </w:rPr>
        <w:t>سندگان،</w:t>
      </w:r>
      <w:r w:rsidRPr="00517168">
        <w:rPr>
          <w:rFonts w:ascii="IRNazanin" w:hAnsi="IRNazanin" w:cs="IRNazanin"/>
          <w:sz w:val="26"/>
          <w:szCs w:val="26"/>
          <w:rtl/>
        </w:rPr>
        <w:t xml:space="preserve"> عنوان پا</w:t>
      </w:r>
      <w:r w:rsidRPr="00517168">
        <w:rPr>
          <w:rFonts w:ascii="IRNazanin" w:hAnsi="IRNazanin" w:cs="IRNazanin" w:hint="cs"/>
          <w:sz w:val="26"/>
          <w:szCs w:val="26"/>
          <w:rtl/>
        </w:rPr>
        <w:t>ی</w:t>
      </w:r>
      <w:r w:rsidRPr="00517168">
        <w:rPr>
          <w:rFonts w:ascii="IRNazanin" w:hAnsi="IRNazanin" w:cs="IRNazanin" w:hint="eastAsia"/>
          <w:sz w:val="26"/>
          <w:szCs w:val="26"/>
          <w:rtl/>
        </w:rPr>
        <w:t>ان‌نامه،</w:t>
      </w:r>
      <w:r w:rsidRPr="00517168">
        <w:rPr>
          <w:rFonts w:ascii="IRNazanin" w:hAnsi="IRNazanin" w:cs="IRNazanin"/>
          <w:sz w:val="26"/>
          <w:szCs w:val="26"/>
          <w:rtl/>
        </w:rPr>
        <w:t xml:space="preserve"> درجه‌ا</w:t>
      </w:r>
      <w:r w:rsidRPr="00517168">
        <w:rPr>
          <w:rFonts w:ascii="IRNazanin" w:hAnsi="IRNazanin" w:cs="IRNazanin" w:hint="cs"/>
          <w:sz w:val="26"/>
          <w:szCs w:val="26"/>
          <w:rtl/>
        </w:rPr>
        <w:t>ی</w:t>
      </w:r>
      <w:r w:rsidRPr="00517168">
        <w:rPr>
          <w:rFonts w:ascii="IRNazanin" w:hAnsi="IRNazanin" w:cs="IRNazanin"/>
          <w:sz w:val="26"/>
          <w:szCs w:val="26"/>
          <w:rtl/>
        </w:rPr>
        <w:t xml:space="preserve"> که پا</w:t>
      </w:r>
      <w:r w:rsidRPr="00517168">
        <w:rPr>
          <w:rFonts w:ascii="IRNazanin" w:hAnsi="IRNazanin" w:cs="IRNazanin" w:hint="cs"/>
          <w:sz w:val="26"/>
          <w:szCs w:val="26"/>
          <w:rtl/>
        </w:rPr>
        <w:t>ی</w:t>
      </w:r>
      <w:r w:rsidRPr="00517168">
        <w:rPr>
          <w:rFonts w:ascii="IRNazanin" w:hAnsi="IRNazanin" w:cs="IRNazanin" w:hint="eastAsia"/>
          <w:sz w:val="26"/>
          <w:szCs w:val="26"/>
          <w:rtl/>
        </w:rPr>
        <w:t>ان‌نامه</w:t>
      </w:r>
      <w:r w:rsidRPr="00517168">
        <w:rPr>
          <w:rFonts w:ascii="IRNazanin" w:hAnsi="IRNazanin" w:cs="IRNazanin"/>
          <w:sz w:val="26"/>
          <w:szCs w:val="26"/>
          <w:rtl/>
        </w:rPr>
        <w:t xml:space="preserve"> برا</w:t>
      </w:r>
      <w:r w:rsidRPr="00517168">
        <w:rPr>
          <w:rFonts w:ascii="IRNazanin" w:hAnsi="IRNazanin" w:cs="IRNazanin" w:hint="cs"/>
          <w:sz w:val="26"/>
          <w:szCs w:val="26"/>
          <w:rtl/>
        </w:rPr>
        <w:t>ی</w:t>
      </w:r>
      <w:r w:rsidRPr="00517168">
        <w:rPr>
          <w:rFonts w:ascii="IRNazanin" w:hAnsi="IRNazanin" w:cs="IRNazanin"/>
          <w:sz w:val="26"/>
          <w:szCs w:val="26"/>
          <w:rtl/>
        </w:rPr>
        <w:t xml:space="preserve"> در</w:t>
      </w:r>
      <w:r w:rsidRPr="00517168">
        <w:rPr>
          <w:rFonts w:ascii="IRNazanin" w:hAnsi="IRNazanin" w:cs="IRNazanin" w:hint="cs"/>
          <w:sz w:val="26"/>
          <w:szCs w:val="26"/>
          <w:rtl/>
        </w:rPr>
        <w:t>ی</w:t>
      </w:r>
      <w:r w:rsidRPr="00517168">
        <w:rPr>
          <w:rFonts w:ascii="IRNazanin" w:hAnsi="IRNazanin" w:cs="IRNazanin" w:hint="eastAsia"/>
          <w:sz w:val="26"/>
          <w:szCs w:val="26"/>
          <w:rtl/>
        </w:rPr>
        <w:t>افت</w:t>
      </w:r>
      <w:r w:rsidRPr="00517168">
        <w:rPr>
          <w:rFonts w:ascii="IRNazanin" w:hAnsi="IRNazanin" w:cs="IRNazanin"/>
          <w:sz w:val="26"/>
          <w:szCs w:val="26"/>
          <w:rtl/>
        </w:rPr>
        <w:t xml:space="preserve"> آن نوشته شده است، نام دانشگاه، محل دانشگاه، شماره صفحه‌ها، تار</w:t>
      </w:r>
      <w:r w:rsidRPr="00517168">
        <w:rPr>
          <w:rFonts w:ascii="IRNazanin" w:hAnsi="IRNazanin" w:cs="IRNazanin" w:hint="cs"/>
          <w:sz w:val="26"/>
          <w:szCs w:val="26"/>
          <w:rtl/>
        </w:rPr>
        <w:t>ی</w:t>
      </w:r>
      <w:r w:rsidRPr="00517168">
        <w:rPr>
          <w:rFonts w:ascii="IRNazanin" w:hAnsi="IRNazanin" w:cs="IRNazanin" w:hint="eastAsia"/>
          <w:sz w:val="26"/>
          <w:szCs w:val="26"/>
          <w:rtl/>
        </w:rPr>
        <w:t>خ</w:t>
      </w:r>
      <w:r w:rsidRPr="00517168">
        <w:rPr>
          <w:rFonts w:ascii="IRNazanin" w:hAnsi="IRNazanin" w:cs="IRNazanin"/>
          <w:sz w:val="26"/>
          <w:szCs w:val="26"/>
          <w:rtl/>
        </w:rPr>
        <w:t xml:space="preserve"> انتشار.</w:t>
      </w:r>
    </w:p>
    <w:p w14:paraId="4F74B8AA" w14:textId="77777777" w:rsidR="00BB0C19" w:rsidRPr="00517168" w:rsidRDefault="00BB0C19" w:rsidP="00517168">
      <w:pPr>
        <w:pStyle w:val="ListParagraph"/>
        <w:numPr>
          <w:ilvl w:val="0"/>
          <w:numId w:val="46"/>
        </w:numPr>
        <w:bidi/>
        <w:jc w:val="both"/>
        <w:rPr>
          <w:rFonts w:ascii="IRNazanin" w:hAnsi="IRNazanin" w:cs="IRNazanin"/>
          <w:sz w:val="26"/>
          <w:szCs w:val="26"/>
          <w:rtl/>
        </w:rPr>
      </w:pPr>
      <w:r w:rsidRPr="00517168">
        <w:rPr>
          <w:rFonts w:ascii="IRNazanin" w:hAnsi="IRNazanin" w:cs="IRNazanin" w:hint="eastAsia"/>
          <w:sz w:val="26"/>
          <w:szCs w:val="26"/>
          <w:rtl/>
        </w:rPr>
        <w:t>نام</w:t>
      </w:r>
      <w:r w:rsidRPr="00517168">
        <w:rPr>
          <w:rFonts w:ascii="IRNazanin" w:hAnsi="IRNazanin" w:cs="IRNazanin"/>
          <w:sz w:val="26"/>
          <w:szCs w:val="26"/>
          <w:rtl/>
        </w:rPr>
        <w:t xml:space="preserve"> خانوادگ</w:t>
      </w:r>
      <w:r w:rsidRPr="00517168">
        <w:rPr>
          <w:rFonts w:ascii="IRNazanin" w:hAnsi="IRNazanin" w:cs="IRNazanin" w:hint="cs"/>
          <w:sz w:val="26"/>
          <w:szCs w:val="26"/>
          <w:rtl/>
        </w:rPr>
        <w:t>ی</w:t>
      </w:r>
      <w:r w:rsidRPr="00517168">
        <w:rPr>
          <w:rFonts w:ascii="IRNazanin" w:hAnsi="IRNazanin" w:cs="IRNazanin" w:hint="eastAsia"/>
          <w:sz w:val="26"/>
          <w:szCs w:val="26"/>
          <w:rtl/>
        </w:rPr>
        <w:t>،</w:t>
      </w:r>
      <w:r w:rsidRPr="00517168">
        <w:rPr>
          <w:rFonts w:ascii="IRNazanin" w:hAnsi="IRNazanin" w:cs="IRNazanin"/>
          <w:sz w:val="26"/>
          <w:szCs w:val="26"/>
          <w:rtl/>
        </w:rPr>
        <w:t xml:space="preserve"> نام مجر</w:t>
      </w:r>
      <w:r w:rsidRPr="00517168">
        <w:rPr>
          <w:rFonts w:ascii="IRNazanin" w:hAnsi="IRNazanin" w:cs="IRNazanin" w:hint="cs"/>
          <w:sz w:val="26"/>
          <w:szCs w:val="26"/>
          <w:rtl/>
        </w:rPr>
        <w:t>ی</w:t>
      </w:r>
      <w:r w:rsidRPr="00517168">
        <w:rPr>
          <w:rFonts w:ascii="IRNazanin" w:hAnsi="IRNazanin" w:cs="IRNazanin" w:hint="eastAsia"/>
          <w:sz w:val="26"/>
          <w:szCs w:val="26"/>
          <w:rtl/>
        </w:rPr>
        <w:t>،</w:t>
      </w:r>
      <w:r w:rsidRPr="00517168">
        <w:rPr>
          <w:rFonts w:ascii="IRNazanin" w:hAnsi="IRNazanin" w:cs="IRNazanin"/>
          <w:sz w:val="26"/>
          <w:szCs w:val="26"/>
          <w:rtl/>
        </w:rPr>
        <w:t xml:space="preserve"> عنوان طرح پژوهش</w:t>
      </w:r>
      <w:r w:rsidRPr="00517168">
        <w:rPr>
          <w:rFonts w:ascii="IRNazanin" w:hAnsi="IRNazanin" w:cs="IRNazanin" w:hint="cs"/>
          <w:sz w:val="26"/>
          <w:szCs w:val="26"/>
          <w:rtl/>
        </w:rPr>
        <w:t>ی</w:t>
      </w:r>
      <w:r w:rsidRPr="00517168">
        <w:rPr>
          <w:rFonts w:ascii="IRNazanin" w:hAnsi="IRNazanin" w:cs="IRNazanin" w:hint="eastAsia"/>
          <w:sz w:val="26"/>
          <w:szCs w:val="26"/>
          <w:rtl/>
        </w:rPr>
        <w:t>،</w:t>
      </w:r>
      <w:r w:rsidRPr="00517168">
        <w:rPr>
          <w:rFonts w:ascii="IRNazanin" w:hAnsi="IRNazanin" w:cs="IRNazanin"/>
          <w:sz w:val="26"/>
          <w:szCs w:val="26"/>
          <w:rtl/>
        </w:rPr>
        <w:t xml:space="preserve"> شماره ثبت، نام کامل سفارش دهنده، محل انجام طرح، تار</w:t>
      </w:r>
      <w:r w:rsidRPr="00517168">
        <w:rPr>
          <w:rFonts w:ascii="IRNazanin" w:hAnsi="IRNazanin" w:cs="IRNazanin" w:hint="cs"/>
          <w:sz w:val="26"/>
          <w:szCs w:val="26"/>
          <w:rtl/>
        </w:rPr>
        <w:t>ی</w:t>
      </w:r>
      <w:r w:rsidRPr="00517168">
        <w:rPr>
          <w:rFonts w:ascii="IRNazanin" w:hAnsi="IRNazanin" w:cs="IRNazanin" w:hint="eastAsia"/>
          <w:sz w:val="26"/>
          <w:szCs w:val="26"/>
          <w:rtl/>
        </w:rPr>
        <w:t>خ</w:t>
      </w:r>
      <w:r w:rsidRPr="00517168">
        <w:rPr>
          <w:rFonts w:ascii="IRNazanin" w:hAnsi="IRNazanin" w:cs="IRNazanin"/>
          <w:sz w:val="26"/>
          <w:szCs w:val="26"/>
          <w:rtl/>
        </w:rPr>
        <w:t xml:space="preserve"> انجام طرح.</w:t>
      </w:r>
    </w:p>
    <w:p w14:paraId="7D34F164" w14:textId="77777777" w:rsidR="00BB0C19" w:rsidRPr="00517168" w:rsidRDefault="00BB0C19" w:rsidP="00517168">
      <w:pPr>
        <w:pStyle w:val="ListParagraph"/>
        <w:numPr>
          <w:ilvl w:val="0"/>
          <w:numId w:val="46"/>
        </w:numPr>
        <w:bidi/>
        <w:jc w:val="both"/>
        <w:rPr>
          <w:rFonts w:ascii="IRNazanin" w:hAnsi="IRNazanin" w:cs="IRNazanin"/>
          <w:sz w:val="26"/>
          <w:szCs w:val="26"/>
          <w:rtl/>
        </w:rPr>
      </w:pPr>
      <w:r w:rsidRPr="00517168">
        <w:rPr>
          <w:rFonts w:ascii="IRNazanin" w:hAnsi="IRNazanin" w:cs="IRNazanin" w:hint="eastAsia"/>
          <w:sz w:val="26"/>
          <w:szCs w:val="26"/>
          <w:rtl/>
        </w:rPr>
        <w:t>نام</w:t>
      </w:r>
      <w:r w:rsidRPr="00517168">
        <w:rPr>
          <w:rFonts w:ascii="IRNazanin" w:hAnsi="IRNazanin" w:cs="IRNazanin"/>
          <w:sz w:val="26"/>
          <w:szCs w:val="26"/>
          <w:rtl/>
        </w:rPr>
        <w:t xml:space="preserve"> خانوادگ</w:t>
      </w:r>
      <w:r w:rsidRPr="00517168">
        <w:rPr>
          <w:rFonts w:ascii="IRNazanin" w:hAnsi="IRNazanin" w:cs="IRNazanin" w:hint="cs"/>
          <w:sz w:val="26"/>
          <w:szCs w:val="26"/>
          <w:rtl/>
        </w:rPr>
        <w:t>ی</w:t>
      </w:r>
      <w:r w:rsidRPr="00517168">
        <w:rPr>
          <w:rFonts w:ascii="IRNazanin" w:hAnsi="IRNazanin" w:cs="IRNazanin" w:hint="eastAsia"/>
          <w:sz w:val="26"/>
          <w:szCs w:val="26"/>
          <w:rtl/>
        </w:rPr>
        <w:t>،</w:t>
      </w:r>
      <w:r w:rsidRPr="00517168">
        <w:rPr>
          <w:rFonts w:ascii="IRNazanin" w:hAnsi="IRNazanin" w:cs="IRNazanin"/>
          <w:sz w:val="26"/>
          <w:szCs w:val="26"/>
          <w:rtl/>
        </w:rPr>
        <w:t xml:space="preserve"> نام نو</w:t>
      </w:r>
      <w:r w:rsidRPr="00517168">
        <w:rPr>
          <w:rFonts w:ascii="IRNazanin" w:hAnsi="IRNazanin" w:cs="IRNazanin" w:hint="cs"/>
          <w:sz w:val="26"/>
          <w:szCs w:val="26"/>
          <w:rtl/>
        </w:rPr>
        <w:t>ی</w:t>
      </w:r>
      <w:r w:rsidRPr="00517168">
        <w:rPr>
          <w:rFonts w:ascii="IRNazanin" w:hAnsi="IRNazanin" w:cs="IRNazanin" w:hint="eastAsia"/>
          <w:sz w:val="26"/>
          <w:szCs w:val="26"/>
          <w:rtl/>
        </w:rPr>
        <w:t>سندگان،</w:t>
      </w:r>
      <w:r w:rsidRPr="00517168">
        <w:rPr>
          <w:rFonts w:ascii="IRNazanin" w:hAnsi="IRNazanin" w:cs="IRNazanin"/>
          <w:sz w:val="26"/>
          <w:szCs w:val="26"/>
          <w:rtl/>
        </w:rPr>
        <w:t xml:space="preserve"> "عنوان مقاله"، نام مجله </w:t>
      </w:r>
      <w:r w:rsidRPr="00517168">
        <w:rPr>
          <w:rFonts w:ascii="IRNazanin" w:hAnsi="IRNazanin" w:cs="IRNazanin" w:hint="cs"/>
          <w:sz w:val="26"/>
          <w:szCs w:val="26"/>
          <w:rtl/>
        </w:rPr>
        <w:t>ی</w:t>
      </w:r>
      <w:r w:rsidRPr="00517168">
        <w:rPr>
          <w:rFonts w:ascii="IRNazanin" w:hAnsi="IRNazanin" w:cs="IRNazanin" w:hint="eastAsia"/>
          <w:sz w:val="26"/>
          <w:szCs w:val="26"/>
          <w:rtl/>
        </w:rPr>
        <w:t>ا</w:t>
      </w:r>
      <w:r w:rsidRPr="00517168">
        <w:rPr>
          <w:rFonts w:ascii="IRNazanin" w:hAnsi="IRNazanin" w:cs="IRNazanin"/>
          <w:sz w:val="26"/>
          <w:szCs w:val="26"/>
          <w:rtl/>
        </w:rPr>
        <w:t xml:space="preserve"> کنفرانس، شماره دوره </w:t>
      </w:r>
      <w:r w:rsidRPr="00517168">
        <w:rPr>
          <w:rFonts w:ascii="IRNazanin" w:hAnsi="IRNazanin" w:cs="IRNazanin" w:hint="cs"/>
          <w:sz w:val="26"/>
          <w:szCs w:val="26"/>
          <w:rtl/>
        </w:rPr>
        <w:t>ی</w:t>
      </w:r>
      <w:r w:rsidRPr="00517168">
        <w:rPr>
          <w:rFonts w:ascii="IRNazanin" w:hAnsi="IRNazanin" w:cs="IRNazanin" w:hint="eastAsia"/>
          <w:sz w:val="26"/>
          <w:szCs w:val="26"/>
          <w:rtl/>
        </w:rPr>
        <w:t>ا</w:t>
      </w:r>
      <w:r w:rsidRPr="00517168">
        <w:rPr>
          <w:rFonts w:ascii="IRNazanin" w:hAnsi="IRNazanin" w:cs="IRNazanin"/>
          <w:sz w:val="26"/>
          <w:szCs w:val="26"/>
          <w:rtl/>
        </w:rPr>
        <w:t xml:space="preserve"> مجله، شماره صفحه‌ها، محل چاپ مجله </w:t>
      </w:r>
      <w:r w:rsidRPr="00517168">
        <w:rPr>
          <w:rFonts w:ascii="IRNazanin" w:hAnsi="IRNazanin" w:cs="IRNazanin" w:hint="cs"/>
          <w:sz w:val="26"/>
          <w:szCs w:val="26"/>
          <w:rtl/>
        </w:rPr>
        <w:t>ی</w:t>
      </w:r>
      <w:r w:rsidRPr="00517168">
        <w:rPr>
          <w:rFonts w:ascii="IRNazanin" w:hAnsi="IRNazanin" w:cs="IRNazanin" w:hint="eastAsia"/>
          <w:sz w:val="26"/>
          <w:szCs w:val="26"/>
          <w:rtl/>
        </w:rPr>
        <w:t>ا</w:t>
      </w:r>
      <w:r w:rsidRPr="00517168">
        <w:rPr>
          <w:rFonts w:ascii="IRNazanin" w:hAnsi="IRNazanin" w:cs="IRNazanin"/>
          <w:sz w:val="26"/>
          <w:szCs w:val="26"/>
          <w:rtl/>
        </w:rPr>
        <w:t xml:space="preserve"> برگزار</w:t>
      </w:r>
      <w:r w:rsidRPr="00517168">
        <w:rPr>
          <w:rFonts w:ascii="IRNazanin" w:hAnsi="IRNazanin" w:cs="IRNazanin" w:hint="cs"/>
          <w:sz w:val="26"/>
          <w:szCs w:val="26"/>
          <w:rtl/>
        </w:rPr>
        <w:t>ی</w:t>
      </w:r>
      <w:r w:rsidRPr="00517168">
        <w:rPr>
          <w:rFonts w:ascii="IRNazanin" w:hAnsi="IRNazanin" w:cs="IRNazanin"/>
          <w:sz w:val="26"/>
          <w:szCs w:val="26"/>
          <w:rtl/>
        </w:rPr>
        <w:t xml:space="preserve"> کنفرانس، تار</w:t>
      </w:r>
      <w:r w:rsidRPr="00517168">
        <w:rPr>
          <w:rFonts w:ascii="IRNazanin" w:hAnsi="IRNazanin" w:cs="IRNazanin" w:hint="cs"/>
          <w:sz w:val="26"/>
          <w:szCs w:val="26"/>
          <w:rtl/>
        </w:rPr>
        <w:t>ی</w:t>
      </w:r>
      <w:r w:rsidRPr="00517168">
        <w:rPr>
          <w:rFonts w:ascii="IRNazanin" w:hAnsi="IRNazanin" w:cs="IRNazanin" w:hint="eastAsia"/>
          <w:sz w:val="26"/>
          <w:szCs w:val="26"/>
          <w:rtl/>
        </w:rPr>
        <w:t>خ</w:t>
      </w:r>
      <w:r w:rsidRPr="00517168">
        <w:rPr>
          <w:rFonts w:ascii="IRNazanin" w:hAnsi="IRNazanin" w:cs="IRNazanin"/>
          <w:sz w:val="26"/>
          <w:szCs w:val="26"/>
          <w:rtl/>
        </w:rPr>
        <w:t xml:space="preserve"> انتشار.</w:t>
      </w:r>
    </w:p>
    <w:p w14:paraId="21BB2A6F" w14:textId="5F01499F" w:rsidR="00F37292" w:rsidRDefault="00F37292" w:rsidP="00BB0C19">
      <w:pPr>
        <w:rPr>
          <w:rFonts w:ascii="IRNazanin" w:hAnsi="IRNazanin" w:cs="IRNazanin"/>
          <w:sz w:val="26"/>
          <w:szCs w:val="26"/>
          <w:rtl/>
        </w:rPr>
      </w:pPr>
    </w:p>
    <w:p w14:paraId="4F724B67" w14:textId="44807CFE" w:rsidR="0062794E" w:rsidRDefault="0062794E" w:rsidP="00BB0C19">
      <w:pPr>
        <w:rPr>
          <w:rFonts w:ascii="IRNazanin" w:hAnsi="IRNazanin" w:cs="IRNazanin"/>
          <w:b/>
          <w:bCs/>
          <w:sz w:val="26"/>
          <w:szCs w:val="26"/>
          <w:rtl/>
        </w:rPr>
      </w:pPr>
      <w:r w:rsidRPr="0062794E">
        <w:rPr>
          <w:rFonts w:ascii="IRNazanin" w:hAnsi="IRNazanin" w:cs="IRNazanin" w:hint="cs"/>
          <w:b/>
          <w:bCs/>
          <w:color w:val="FF0000"/>
          <w:sz w:val="26"/>
          <w:szCs w:val="26"/>
          <w:rtl/>
        </w:rPr>
        <w:t>(ضروری)</w:t>
      </w:r>
      <w:r w:rsidRPr="0062794E">
        <w:rPr>
          <w:rFonts w:ascii="IRNazanin" w:hAnsi="IRNazanin" w:cs="IRNazanin" w:hint="cs"/>
          <w:color w:val="FF0000"/>
          <w:sz w:val="26"/>
          <w:szCs w:val="26"/>
          <w:rtl/>
        </w:rPr>
        <w:t xml:space="preserve"> </w:t>
      </w:r>
      <w:r w:rsidRPr="0062794E">
        <w:rPr>
          <w:rFonts w:ascii="IRNazanin" w:hAnsi="IRNazanin" w:cs="IRNazanin" w:hint="cs"/>
          <w:b/>
          <w:bCs/>
          <w:sz w:val="26"/>
          <w:szCs w:val="26"/>
          <w:rtl/>
        </w:rPr>
        <w:t>پیوست‌ها</w:t>
      </w:r>
    </w:p>
    <w:p w14:paraId="1047ED20" w14:textId="09FD19D7" w:rsidR="0062794E" w:rsidRDefault="0062794E" w:rsidP="00BB0C19">
      <w:pPr>
        <w:rPr>
          <w:rFonts w:ascii="IRNazanin" w:hAnsi="IRNazanin" w:cs="IRNazanin"/>
          <w:b/>
          <w:bCs/>
          <w:sz w:val="26"/>
          <w:szCs w:val="26"/>
          <w:rtl/>
        </w:rPr>
      </w:pPr>
    </w:p>
    <w:p w14:paraId="4DD4F318" w14:textId="102AA107" w:rsidR="0062794E" w:rsidRDefault="0062794E" w:rsidP="0062794E">
      <w:pPr>
        <w:jc w:val="center"/>
        <w:rPr>
          <w:rFonts w:ascii="IRNazanin" w:hAnsi="IRNazanin" w:cs="IRNazanin"/>
          <w:sz w:val="26"/>
          <w:szCs w:val="26"/>
          <w:rtl/>
        </w:rPr>
      </w:pPr>
      <w:r>
        <w:rPr>
          <w:rFonts w:ascii="IRNazanin" w:hAnsi="IRNazanin" w:cs="IRNazanin" w:hint="cs"/>
          <w:b/>
          <w:bCs/>
          <w:sz w:val="26"/>
          <w:szCs w:val="26"/>
          <w:rtl/>
        </w:rPr>
        <w:t xml:space="preserve">تصویر </w:t>
      </w:r>
      <w:r w:rsidRPr="0062794E">
        <w:rPr>
          <w:rFonts w:ascii="IRNazanin" w:hAnsi="IRNazanin" w:cs="IRNazanin" w:hint="cs"/>
          <w:sz w:val="26"/>
          <w:szCs w:val="26"/>
          <w:rtl/>
        </w:rPr>
        <w:t>(با ذکر شماره در مقاله)</w:t>
      </w:r>
    </w:p>
    <w:p w14:paraId="4E7048EF" w14:textId="77777777" w:rsidR="0062794E" w:rsidRDefault="0062794E" w:rsidP="0062794E">
      <w:pPr>
        <w:jc w:val="center"/>
        <w:rPr>
          <w:rFonts w:ascii="IRNazanin" w:hAnsi="IRNazanin" w:cs="IRNazanin"/>
          <w:b/>
          <w:bCs/>
          <w:sz w:val="26"/>
          <w:szCs w:val="26"/>
          <w:rtl/>
        </w:rPr>
      </w:pPr>
    </w:p>
    <w:p w14:paraId="1D237246" w14:textId="00D0CD6E" w:rsidR="0062794E" w:rsidRPr="0062794E" w:rsidRDefault="0062794E" w:rsidP="00B32B96">
      <w:pPr>
        <w:jc w:val="center"/>
        <w:rPr>
          <w:rFonts w:ascii="IRNazanin" w:hAnsi="IRNazanin" w:cs="IRNazanin"/>
          <w:sz w:val="26"/>
          <w:szCs w:val="26"/>
          <w:rtl/>
        </w:rPr>
      </w:pPr>
      <w:r>
        <w:rPr>
          <w:rFonts w:ascii="IRNazanin" w:hAnsi="IRNazanin" w:cs="IRNazanin" w:hint="cs"/>
          <w:b/>
          <w:bCs/>
          <w:sz w:val="26"/>
          <w:szCs w:val="26"/>
          <w:rtl/>
        </w:rPr>
        <w:t xml:space="preserve">شرح </w:t>
      </w:r>
      <w:r w:rsidRPr="0062794E">
        <w:rPr>
          <w:rFonts w:ascii="IRNazanin" w:hAnsi="IRNazanin" w:cs="IRNazanin" w:hint="cs"/>
          <w:sz w:val="26"/>
          <w:szCs w:val="26"/>
          <w:rtl/>
        </w:rPr>
        <w:t xml:space="preserve">(نسخه خطی شماره .... کتابخانه / آرشیو </w:t>
      </w:r>
      <w:r w:rsidR="00B32B96">
        <w:rPr>
          <w:rFonts w:ascii="IRNazanin" w:hAnsi="IRNazanin" w:cs="IRNazanin" w:hint="cs"/>
          <w:sz w:val="26"/>
          <w:szCs w:val="26"/>
          <w:rtl/>
        </w:rPr>
        <w:t>......</w:t>
      </w:r>
      <w:r w:rsidRPr="0062794E">
        <w:rPr>
          <w:rFonts w:ascii="IRNazanin" w:hAnsi="IRNazanin" w:cs="IRNazanin" w:hint="cs"/>
          <w:sz w:val="26"/>
          <w:szCs w:val="26"/>
          <w:rtl/>
        </w:rPr>
        <w:t>/ برگ ... )</w:t>
      </w:r>
    </w:p>
    <w:sectPr w:rsidR="0062794E" w:rsidRPr="0062794E" w:rsidSect="00FC418E">
      <w:headerReference w:type="default" r:id="rId33"/>
      <w:footnotePr>
        <w:numRestart w:val="eachPage"/>
      </w:footnotePr>
      <w:pgSz w:w="12240" w:h="15840"/>
      <w:pgMar w:top="1440" w:right="1440" w:bottom="1440" w:left="1440" w:header="720" w:footer="720" w:gutter="0"/>
      <w:pgNumType w:start="314"/>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062C63" w14:textId="77777777" w:rsidR="003B1DBF" w:rsidRDefault="003B1DBF">
      <w:pPr>
        <w:spacing w:after="0"/>
      </w:pPr>
      <w:r>
        <w:separator/>
      </w:r>
    </w:p>
  </w:endnote>
  <w:endnote w:type="continuationSeparator" w:id="0">
    <w:p w14:paraId="7E5CAC89" w14:textId="77777777" w:rsidR="003B1DBF" w:rsidRDefault="003B1DB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tr-font">
    <w:altName w:val="Cambria"/>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IRNazanin">
    <w:panose1 w:val="02000506000000020002"/>
    <w:charset w:val="00"/>
    <w:family w:val="auto"/>
    <w:pitch w:val="variable"/>
    <w:sig w:usb0="21002A87" w:usb1="00000000" w:usb2="00000000"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Lotus">
    <w:panose1 w:val="000004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 w:name="IRANSans">
    <w:altName w:val="Times New Roman"/>
    <w:panose1 w:val="020B0506030804020204"/>
    <w:charset w:val="00"/>
    <w:family w:val="roman"/>
    <w:pitch w:val="variable"/>
    <w:sig w:usb0="80002063" w:usb1="80002040" w:usb2="00000008" w:usb3="00000000" w:csb0="00000041" w:csb1="00000000"/>
  </w:font>
  <w:font w:name="Times New Roman Bold">
    <w:panose1 w:val="00000000000000000000"/>
    <w:charset w:val="00"/>
    <w:family w:val="roman"/>
    <w:notTrueType/>
    <w:pitch w:val="default"/>
  </w:font>
  <w:font w:name="2  Lotus">
    <w:altName w:val="Courier New"/>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BookAntiqua">
    <w:altName w:val="Times New Roman"/>
    <w:panose1 w:val="00000000000000000000"/>
    <w:charset w:val="00"/>
    <w:family w:val="roman"/>
    <w:notTrueType/>
    <w:pitch w:val="default"/>
  </w:font>
  <w:font w:name="BookAntiqua-Italic">
    <w:altName w:val="Times New Roman"/>
    <w:panose1 w:val="00000000000000000000"/>
    <w:charset w:val="00"/>
    <w:family w:val="roman"/>
    <w:notTrueType/>
    <w:pitch w:val="default"/>
  </w:font>
  <w:font w:name="B Titr">
    <w:panose1 w:val="00000700000000000000"/>
    <w:charset w:val="B2"/>
    <w:family w:val="auto"/>
    <w:pitch w:val="variable"/>
    <w:sig w:usb0="00002001" w:usb1="80000000" w:usb2="00000008" w:usb3="00000000" w:csb0="00000040" w:csb1="00000000"/>
  </w:font>
  <w:font w:name="Helvetica Neue">
    <w:altName w:val="Arial"/>
    <w:charset w:val="00"/>
    <w:family w:val="roman"/>
    <w:pitch w:val="default"/>
  </w:font>
  <w:font w:name="Traditional Arabic">
    <w:altName w:val="Times New Roman"/>
    <w:panose1 w:val="02020603050405020304"/>
    <w:charset w:val="00"/>
    <w:family w:val="roman"/>
    <w:pitch w:val="variable"/>
    <w:sig w:usb0="00002003" w:usb1="80000000" w:usb2="00000008" w:usb3="00000000" w:csb0="00000041" w:csb1="00000000"/>
  </w:font>
  <w:font w:name="Adobe Hebrew">
    <w:panose1 w:val="00000000000000000000"/>
    <w:charset w:val="00"/>
    <w:family w:val="roman"/>
    <w:notTrueType/>
    <w:pitch w:val="variable"/>
    <w:sig w:usb0="8000086F" w:usb1="4000204A" w:usb2="00000000" w:usb3="00000000" w:csb0="00000021" w:csb1="00000000"/>
  </w:font>
  <w:font w:name="w_Lotus">
    <w:altName w:val="Times New Roman"/>
    <w:charset w:val="00"/>
    <w:family w:val="auto"/>
    <w:pitch w:val="variable"/>
    <w:sig w:usb0="00002001" w:usb1="00000000" w:usb2="0800000F" w:usb3="00000000" w:csb0="00000041" w:csb1="00000000"/>
  </w:font>
  <w:font w:name="0Badr">
    <w:altName w:val="Segoe UI Semilight"/>
    <w:charset w:val="00"/>
    <w:family w:val="auto"/>
    <w:pitch w:val="variable"/>
    <w:sig w:usb0="80002007" w:usb1="80002000" w:usb2="00000008" w:usb3="00000000" w:csb0="00000043" w:csb1="00000000"/>
  </w:font>
  <w:font w:name="w_Lotus Italic">
    <w:altName w:val="Times New Roman"/>
    <w:panose1 w:val="00000000000000000000"/>
    <w:charset w:val="B2"/>
    <w:family w:val="auto"/>
    <w:notTrueType/>
    <w:pitch w:val="default"/>
    <w:sig w:usb0="00002000" w:usb1="00000000" w:usb2="00000000" w:usb3="00000000" w:csb0="00000040" w:csb1="00000000"/>
  </w:font>
  <w:font w:name="XB Zar">
    <w:panose1 w:val="02000506090000020003"/>
    <w:charset w:val="00"/>
    <w:family w:val="auto"/>
    <w:pitch w:val="variable"/>
    <w:sig w:usb0="00002007" w:usb1="80000000" w:usb2="00000008" w:usb3="00000000" w:csb0="00000051" w:csb1="00000000"/>
  </w:font>
  <w:font w:name="Courier">
    <w:panose1 w:val="02070409020205020404"/>
    <w:charset w:val="00"/>
    <w:family w:val="modern"/>
    <w:notTrueType/>
    <w:pitch w:val="fixed"/>
    <w:sig w:usb0="00000003" w:usb1="00000000" w:usb2="00000000" w:usb3="00000000" w:csb0="00000001" w:csb1="00000000"/>
  </w:font>
  <w:font w:name="rtl-font">
    <w:altName w:val="Times New Roman"/>
    <w:panose1 w:val="00000000000000000000"/>
    <w:charset w:val="00"/>
    <w:family w:val="roman"/>
    <w:notTrueType/>
    <w:pitch w:val="default"/>
  </w:font>
  <w:font w:name="IRMitra">
    <w:panose1 w:val="02000506000000020002"/>
    <w:charset w:val="00"/>
    <w:family w:val="auto"/>
    <w:pitch w:val="variable"/>
    <w:sig w:usb0="21002A87" w:usb1="00000000" w:usb2="00000000" w:usb3="00000000" w:csb0="000101FF" w:csb1="00000000"/>
  </w:font>
  <w:font w:name="B Zar">
    <w:panose1 w:val="0000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1496ED" w14:textId="77777777" w:rsidR="00D01156" w:rsidRDefault="00D0115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0C4655" w14:textId="7DDABDD9" w:rsidR="00E4720B" w:rsidRPr="005A1D7E" w:rsidRDefault="005A1D7E" w:rsidP="005A1D7E">
    <w:pPr>
      <w:pStyle w:val="Footer"/>
    </w:pPr>
    <w:r>
      <w:rPr>
        <w:noProof/>
        <w:lang w:bidi="fa-IR"/>
      </w:rPr>
      <w:drawing>
        <wp:anchor distT="0" distB="0" distL="114300" distR="114300" simplePos="0" relativeHeight="251667456" behindDoc="0" locked="0" layoutInCell="1" allowOverlap="1" wp14:anchorId="146BB233" wp14:editId="24D7C5FF">
          <wp:simplePos x="0" y="0"/>
          <wp:positionH relativeFrom="column">
            <wp:posOffset>6350</wp:posOffset>
          </wp:positionH>
          <wp:positionV relativeFrom="paragraph">
            <wp:posOffset>98706</wp:posOffset>
          </wp:positionV>
          <wp:extent cx="5937885" cy="392430"/>
          <wp:effectExtent l="0" t="0" r="5715" b="762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37885" cy="39243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71B086" w14:textId="77777777" w:rsidR="00D01156" w:rsidRDefault="00D011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52FFFA" w14:textId="77777777" w:rsidR="003B1DBF" w:rsidRDefault="003B1DBF">
      <w:pPr>
        <w:spacing w:after="0"/>
      </w:pPr>
      <w:r>
        <w:separator/>
      </w:r>
    </w:p>
  </w:footnote>
  <w:footnote w:type="continuationSeparator" w:id="0">
    <w:p w14:paraId="7CBFA946" w14:textId="77777777" w:rsidR="003B1DBF" w:rsidRDefault="003B1DBF">
      <w:pPr>
        <w:spacing w:after="0"/>
      </w:pPr>
      <w:r>
        <w:continuationSeparator/>
      </w:r>
    </w:p>
  </w:footnote>
  <w:footnote w:id="1">
    <w:p w14:paraId="7BA041C0" w14:textId="1EEBDFF5" w:rsidR="008B5D92" w:rsidRPr="008B5D92" w:rsidRDefault="008B5D92" w:rsidP="00CA42A8">
      <w:pPr>
        <w:pStyle w:val="FootnoteText"/>
        <w:bidi w:val="0"/>
        <w:jc w:val="both"/>
        <w:rPr>
          <w:rFonts w:asciiTheme="majorBidi" w:hAnsiTheme="majorBidi" w:cstheme="majorBidi"/>
        </w:rPr>
      </w:pPr>
      <w:r w:rsidRPr="008B5D92">
        <w:rPr>
          <w:rStyle w:val="FootnoteReference"/>
          <w:rFonts w:asciiTheme="majorBidi" w:hAnsiTheme="majorBidi" w:cstheme="majorBidi"/>
          <w:vertAlign w:val="baseline"/>
        </w:rPr>
        <w:footnoteRef/>
      </w:r>
      <w:r w:rsidRPr="008B5D92">
        <w:rPr>
          <w:rFonts w:asciiTheme="majorBidi" w:hAnsiTheme="majorBidi" w:cstheme="majorBidi"/>
          <w:rtl/>
        </w:rPr>
        <w:t xml:space="preserve"> </w:t>
      </w:r>
      <w:r w:rsidRPr="008B5D92">
        <w:rPr>
          <w:rFonts w:asciiTheme="majorBidi" w:hAnsiTheme="majorBidi" w:cstheme="majorBidi"/>
        </w:rPr>
        <w:t xml:space="preserve">. </w:t>
      </w:r>
      <w:r w:rsidR="00CA42A8" w:rsidRPr="00CA42A8">
        <w:rPr>
          <w:rFonts w:asciiTheme="majorBidi" w:hAnsiTheme="majorBidi" w:cstheme="majorBidi"/>
        </w:rPr>
        <w:t xml:space="preserve">(Corresponding Author) Faculty Member / Alumnus/Alumna / Student. Academic Department. Faculty. University / Branch. Higher Education Institution. City. Province. Country. </w:t>
      </w:r>
      <w:r w:rsidR="00CA42A8" w:rsidRPr="00CA42A8">
        <w:rPr>
          <w:rFonts w:asciiTheme="majorBidi" w:hAnsiTheme="majorBidi" w:cstheme="majorBidi"/>
          <w:color w:val="FF0000"/>
        </w:rPr>
        <w:t>Email</w:t>
      </w:r>
    </w:p>
  </w:footnote>
  <w:footnote w:id="2">
    <w:p w14:paraId="375A33A2" w14:textId="33D6D4FB" w:rsidR="008B5D92" w:rsidRDefault="008B5D92" w:rsidP="00CA42A8">
      <w:pPr>
        <w:pStyle w:val="FootnoteText"/>
        <w:bidi w:val="0"/>
        <w:jc w:val="both"/>
      </w:pPr>
      <w:r w:rsidRPr="008B5D92">
        <w:rPr>
          <w:rStyle w:val="FootnoteReference"/>
          <w:rFonts w:asciiTheme="majorBidi" w:hAnsiTheme="majorBidi" w:cstheme="majorBidi"/>
          <w:vertAlign w:val="baseline"/>
        </w:rPr>
        <w:footnoteRef/>
      </w:r>
      <w:r w:rsidRPr="008B5D92">
        <w:rPr>
          <w:rFonts w:asciiTheme="majorBidi" w:hAnsiTheme="majorBidi" w:cstheme="majorBidi"/>
          <w:rtl/>
        </w:rPr>
        <w:t xml:space="preserve"> </w:t>
      </w:r>
      <w:r w:rsidRPr="008B5D92">
        <w:rPr>
          <w:rFonts w:asciiTheme="majorBidi" w:hAnsiTheme="majorBidi" w:cstheme="majorBidi"/>
        </w:rPr>
        <w:t xml:space="preserve">. </w:t>
      </w:r>
      <w:r w:rsidR="00CA42A8" w:rsidRPr="00CA42A8">
        <w:rPr>
          <w:rFonts w:asciiTheme="majorBidi" w:hAnsiTheme="majorBidi" w:cstheme="majorBidi"/>
          <w:color w:val="000000"/>
          <w:shd w:val="clear" w:color="auto" w:fill="FFFFFF"/>
        </w:rPr>
        <w:t xml:space="preserve">. Faculty Member / Alumnus/Alumna / Student. Academic Department. Faculty. University / Branch. Higher Education Institution. City. Province. Country. </w:t>
      </w:r>
      <w:r w:rsidR="00CA42A8" w:rsidRPr="00CA42A8">
        <w:rPr>
          <w:rFonts w:asciiTheme="majorBidi" w:hAnsiTheme="majorBidi" w:cstheme="majorBidi"/>
          <w:color w:val="FF0000"/>
          <w:shd w:val="clear" w:color="auto" w:fill="FFFFFF"/>
        </w:rPr>
        <w:t>Email</w:t>
      </w:r>
    </w:p>
  </w:footnote>
  <w:footnote w:id="3">
    <w:p w14:paraId="29A148C1" w14:textId="5B17F8DA" w:rsidR="00BE3FE1" w:rsidRPr="00BE3FE1" w:rsidRDefault="00BE3FE1" w:rsidP="00BB0C19">
      <w:pPr>
        <w:pStyle w:val="FootnoteText"/>
        <w:rPr>
          <w:rFonts w:ascii="IRNazanin" w:hAnsi="IRNazanin" w:cs="IRNazanin"/>
          <w:lang w:bidi="fa-IR"/>
        </w:rPr>
      </w:pPr>
      <w:r w:rsidRPr="00BE3FE1">
        <w:rPr>
          <w:rStyle w:val="FootnoteReference"/>
          <w:rFonts w:ascii="IRNazanin" w:hAnsi="IRNazanin" w:cs="IRNazanin"/>
          <w:vertAlign w:val="baseline"/>
        </w:rPr>
        <w:footnoteRef/>
      </w:r>
      <w:r>
        <w:rPr>
          <w:rFonts w:ascii="IRNazanin" w:hAnsi="IRNazanin" w:cs="IRNazanin" w:hint="cs"/>
          <w:rtl/>
        </w:rPr>
        <w:t>.</w:t>
      </w:r>
      <w:r w:rsidRPr="00BE3FE1">
        <w:rPr>
          <w:rFonts w:ascii="IRNazanin" w:hAnsi="IRNazanin" w:cs="IRNazanin"/>
          <w:rtl/>
        </w:rPr>
        <w:t xml:space="preserve"> </w:t>
      </w:r>
      <w:r w:rsidR="00CA42A8">
        <w:rPr>
          <w:rFonts w:ascii="IRNazanin" w:hAnsi="IRNazanin" w:cs="IRNazanin" w:hint="cs"/>
          <w:color w:val="000000"/>
          <w:sz w:val="21"/>
          <w:szCs w:val="21"/>
          <w:shd w:val="clear" w:color="auto" w:fill="FFFFFF"/>
          <w:rtl/>
        </w:rPr>
        <w:t xml:space="preserve">(نویسندۀ مسؤول) </w:t>
      </w:r>
      <w:r w:rsidR="00BB0C19">
        <w:rPr>
          <w:rFonts w:ascii="IRNazanin" w:hAnsi="IRNazanin" w:cs="IRNazanin" w:hint="cs"/>
          <w:color w:val="000000"/>
          <w:sz w:val="21"/>
          <w:szCs w:val="21"/>
          <w:shd w:val="clear" w:color="auto" w:fill="FFFFFF"/>
          <w:rtl/>
        </w:rPr>
        <w:t xml:space="preserve">عضو هیات علمی / دانش آموخته / دانشجو. گروه علمی. دانشکده. دانشگاه / واحد. موسسه آموزش عالی. </w:t>
      </w:r>
      <w:r w:rsidR="00BB0C19" w:rsidRPr="00BB0C19">
        <w:rPr>
          <w:rFonts w:ascii="IRNazanin" w:hAnsi="IRNazanin" w:cs="IRNazanin"/>
          <w:color w:val="000000"/>
          <w:sz w:val="21"/>
          <w:szCs w:val="21"/>
          <w:shd w:val="clear" w:color="auto" w:fill="FFFFFF"/>
          <w:rtl/>
        </w:rPr>
        <w:t>شهرستان</w:t>
      </w:r>
      <w:r w:rsidR="00BB0C19">
        <w:rPr>
          <w:rFonts w:ascii="IRNazanin" w:hAnsi="IRNazanin" w:cs="IRNazanin" w:hint="cs"/>
          <w:color w:val="000000"/>
          <w:sz w:val="21"/>
          <w:szCs w:val="21"/>
          <w:shd w:val="clear" w:color="auto" w:fill="FFFFFF"/>
          <w:rtl/>
        </w:rPr>
        <w:t>.</w:t>
      </w:r>
      <w:r w:rsidR="00BB0C19" w:rsidRPr="00BB0C19">
        <w:rPr>
          <w:rFonts w:ascii="IRNazanin" w:hAnsi="IRNazanin" w:cs="IRNazanin" w:hint="cs"/>
          <w:color w:val="000000"/>
          <w:sz w:val="21"/>
          <w:szCs w:val="21"/>
          <w:shd w:val="clear" w:color="auto" w:fill="FFFFFF"/>
          <w:rtl/>
        </w:rPr>
        <w:t xml:space="preserve"> </w:t>
      </w:r>
      <w:r w:rsidR="00BB0C19">
        <w:rPr>
          <w:rFonts w:ascii="IRNazanin" w:hAnsi="IRNazanin" w:cs="IRNazanin" w:hint="cs"/>
          <w:color w:val="000000"/>
          <w:sz w:val="21"/>
          <w:szCs w:val="21"/>
          <w:shd w:val="clear" w:color="auto" w:fill="FFFFFF"/>
          <w:rtl/>
        </w:rPr>
        <w:t>استان. کشور</w:t>
      </w:r>
      <w:r w:rsidRPr="00BE3FE1">
        <w:rPr>
          <w:rFonts w:ascii="IRNazanin" w:hAnsi="IRNazanin" w:cs="IRNazanin"/>
          <w:color w:val="000000"/>
          <w:sz w:val="21"/>
          <w:szCs w:val="21"/>
          <w:shd w:val="clear" w:color="auto" w:fill="FFFFFF"/>
          <w:rtl/>
        </w:rPr>
        <w:t>.</w:t>
      </w:r>
      <w:r w:rsidR="00BB0C19">
        <w:rPr>
          <w:rFonts w:ascii="IRNazanin" w:hAnsi="IRNazanin" w:cs="IRNazanin" w:hint="cs"/>
          <w:color w:val="000000"/>
          <w:sz w:val="21"/>
          <w:szCs w:val="21"/>
          <w:shd w:val="clear" w:color="auto" w:fill="FFFFFF"/>
          <w:rtl/>
        </w:rPr>
        <w:t xml:space="preserve"> </w:t>
      </w:r>
      <w:r w:rsidR="00BB0C19" w:rsidRPr="00CA42A8">
        <w:rPr>
          <w:rFonts w:ascii="IRNazanin" w:hAnsi="IRNazanin" w:cs="IRNazanin" w:hint="cs"/>
          <w:color w:val="FF0000"/>
          <w:sz w:val="21"/>
          <w:szCs w:val="21"/>
          <w:shd w:val="clear" w:color="auto" w:fill="FFFFFF"/>
          <w:rtl/>
        </w:rPr>
        <w:t>ایمیل</w:t>
      </w:r>
      <w:r w:rsidR="00BB0C19" w:rsidRPr="00BE3FE1">
        <w:rPr>
          <w:rFonts w:ascii="IRNazanin" w:hAnsi="IRNazanin" w:cs="IRNazanin"/>
          <w:lang w:bidi="fa-IR"/>
        </w:rPr>
        <w:t xml:space="preserve"> </w:t>
      </w:r>
    </w:p>
  </w:footnote>
  <w:footnote w:id="4">
    <w:p w14:paraId="4A09807F" w14:textId="2A649714" w:rsidR="00BE3FE1" w:rsidRPr="00BE3FE1" w:rsidRDefault="00BE3FE1" w:rsidP="00BB0C19">
      <w:pPr>
        <w:pStyle w:val="FootnoteText"/>
        <w:rPr>
          <w:rFonts w:ascii="IRNazanin" w:hAnsi="IRNazanin" w:cs="IRNazanin"/>
          <w:lang w:bidi="fa-IR"/>
        </w:rPr>
      </w:pPr>
      <w:r w:rsidRPr="00BE3FE1">
        <w:rPr>
          <w:rStyle w:val="FootnoteReference"/>
          <w:rFonts w:ascii="IRNazanin" w:hAnsi="IRNazanin" w:cs="IRNazanin"/>
          <w:vertAlign w:val="baseline"/>
        </w:rPr>
        <w:footnoteRef/>
      </w:r>
      <w:r w:rsidRPr="00BE3FE1">
        <w:rPr>
          <w:rFonts w:ascii="IRNazanin" w:hAnsi="IRNazanin" w:cs="IRNazanin"/>
          <w:rtl/>
        </w:rPr>
        <w:t xml:space="preserve">. </w:t>
      </w:r>
      <w:r w:rsidR="00BB0C19" w:rsidRPr="00BB0C19">
        <w:rPr>
          <w:rFonts w:ascii="IRNazanin" w:hAnsi="IRNazanin" w:cs="IRNazanin"/>
          <w:rtl/>
        </w:rPr>
        <w:t>عضو ه</w:t>
      </w:r>
      <w:r w:rsidR="00BB0C19" w:rsidRPr="00BB0C19">
        <w:rPr>
          <w:rFonts w:ascii="IRNazanin" w:hAnsi="IRNazanin" w:cs="IRNazanin" w:hint="cs"/>
          <w:rtl/>
        </w:rPr>
        <w:t>ی</w:t>
      </w:r>
      <w:r w:rsidR="00BB0C19" w:rsidRPr="00BB0C19">
        <w:rPr>
          <w:rFonts w:ascii="IRNazanin" w:hAnsi="IRNazanin" w:cs="IRNazanin" w:hint="eastAsia"/>
          <w:rtl/>
        </w:rPr>
        <w:t>ات</w:t>
      </w:r>
      <w:r w:rsidR="00BB0C19" w:rsidRPr="00BB0C19">
        <w:rPr>
          <w:rFonts w:ascii="IRNazanin" w:hAnsi="IRNazanin" w:cs="IRNazanin"/>
          <w:rtl/>
        </w:rPr>
        <w:t xml:space="preserve"> علم</w:t>
      </w:r>
      <w:r w:rsidR="00BB0C19" w:rsidRPr="00BB0C19">
        <w:rPr>
          <w:rFonts w:ascii="IRNazanin" w:hAnsi="IRNazanin" w:cs="IRNazanin" w:hint="cs"/>
          <w:rtl/>
        </w:rPr>
        <w:t>ی</w:t>
      </w:r>
      <w:r w:rsidR="00BB0C19" w:rsidRPr="00BB0C19">
        <w:rPr>
          <w:rFonts w:ascii="IRNazanin" w:hAnsi="IRNazanin" w:cs="IRNazanin"/>
          <w:rtl/>
        </w:rPr>
        <w:t xml:space="preserve"> / دانش آموخته / دانشجو. گروه علم</w:t>
      </w:r>
      <w:r w:rsidR="00BB0C19" w:rsidRPr="00BB0C19">
        <w:rPr>
          <w:rFonts w:ascii="IRNazanin" w:hAnsi="IRNazanin" w:cs="IRNazanin" w:hint="cs"/>
          <w:rtl/>
        </w:rPr>
        <w:t>ی</w:t>
      </w:r>
      <w:r w:rsidR="00BB0C19" w:rsidRPr="00BB0C19">
        <w:rPr>
          <w:rFonts w:ascii="IRNazanin" w:hAnsi="IRNazanin" w:cs="IRNazanin"/>
          <w:rtl/>
        </w:rPr>
        <w:t>. دانشکده. دانشگاه / واحد. موسسه آموزش عال</w:t>
      </w:r>
      <w:r w:rsidR="00BB0C19" w:rsidRPr="00BB0C19">
        <w:rPr>
          <w:rFonts w:ascii="IRNazanin" w:hAnsi="IRNazanin" w:cs="IRNazanin" w:hint="cs"/>
          <w:rtl/>
        </w:rPr>
        <w:t>ی</w:t>
      </w:r>
      <w:r w:rsidR="00BB0C19" w:rsidRPr="00BB0C19">
        <w:rPr>
          <w:rFonts w:ascii="IRNazanin" w:hAnsi="IRNazanin" w:cs="IRNazanin"/>
          <w:rtl/>
        </w:rPr>
        <w:t xml:space="preserve">. شهرستان. استان. کشور. </w:t>
      </w:r>
      <w:r w:rsidR="00BB0C19" w:rsidRPr="00CA42A8">
        <w:rPr>
          <w:rFonts w:ascii="IRNazanin" w:hAnsi="IRNazanin" w:cs="IRNazanin"/>
          <w:color w:val="FF0000"/>
          <w:rtl/>
        </w:rPr>
        <w:t>ا</w:t>
      </w:r>
      <w:r w:rsidR="00BB0C19" w:rsidRPr="00CA42A8">
        <w:rPr>
          <w:rFonts w:ascii="IRNazanin" w:hAnsi="IRNazanin" w:cs="IRNazanin" w:hint="cs"/>
          <w:color w:val="FF0000"/>
          <w:rtl/>
        </w:rPr>
        <w:t>ی</w:t>
      </w:r>
      <w:r w:rsidR="00BB0C19" w:rsidRPr="00CA42A8">
        <w:rPr>
          <w:rFonts w:ascii="IRNazanin" w:hAnsi="IRNazanin" w:cs="IRNazanin" w:hint="eastAsia"/>
          <w:color w:val="FF0000"/>
          <w:rtl/>
        </w:rPr>
        <w:t>م</w:t>
      </w:r>
      <w:r w:rsidR="00BB0C19" w:rsidRPr="00CA42A8">
        <w:rPr>
          <w:rFonts w:ascii="IRNazanin" w:hAnsi="IRNazanin" w:cs="IRNazanin" w:hint="cs"/>
          <w:color w:val="FF0000"/>
          <w:rtl/>
        </w:rPr>
        <w:t>ی</w:t>
      </w:r>
      <w:r w:rsidR="00BB0C19" w:rsidRPr="00CA42A8">
        <w:rPr>
          <w:rFonts w:ascii="IRNazanin" w:hAnsi="IRNazanin" w:cs="IRNazanin" w:hint="eastAsia"/>
          <w:color w:val="FF0000"/>
          <w:rtl/>
        </w:rPr>
        <w:t>ل</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69888B" w14:textId="77777777" w:rsidR="00D01156" w:rsidRDefault="00D0115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8022D6" w14:textId="54697575" w:rsidR="00E4720B" w:rsidRDefault="00107831" w:rsidP="0062794E">
    <w:pPr>
      <w:pStyle w:val="Header"/>
    </w:pPr>
    <w:r>
      <w:rPr>
        <w:noProof/>
        <w:lang w:bidi="fa-IR"/>
      </w:rPr>
      <w:drawing>
        <wp:anchor distT="0" distB="0" distL="114300" distR="114300" simplePos="0" relativeHeight="251666432" behindDoc="0" locked="0" layoutInCell="1" allowOverlap="1" wp14:anchorId="3AB7BC0D" wp14:editId="41E062C0">
          <wp:simplePos x="0" y="0"/>
          <wp:positionH relativeFrom="column">
            <wp:posOffset>0</wp:posOffset>
          </wp:positionH>
          <wp:positionV relativeFrom="paragraph">
            <wp:posOffset>-6606</wp:posOffset>
          </wp:positionV>
          <wp:extent cx="5942330" cy="945515"/>
          <wp:effectExtent l="0" t="0" r="1270" b="6985"/>
          <wp:wrapTopAndBottom/>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2330" cy="9455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8D24FF" w14:textId="77777777" w:rsidR="00D01156" w:rsidRDefault="00D0115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C08390" w14:textId="77777777" w:rsidR="00107831" w:rsidRDefault="00107831" w:rsidP="0062794E">
    <w:pPr>
      <w:pStyle w:val="Header"/>
    </w:pPr>
    <w:r>
      <w:rPr>
        <w:noProof/>
        <w:lang w:bidi="fa-IR"/>
      </w:rPr>
      <w:drawing>
        <wp:anchor distT="0" distB="0" distL="114300" distR="114300" simplePos="0" relativeHeight="251665408" behindDoc="0" locked="0" layoutInCell="1" allowOverlap="1" wp14:anchorId="5E840EE5" wp14:editId="0B3C4109">
          <wp:simplePos x="0" y="0"/>
          <wp:positionH relativeFrom="column">
            <wp:posOffset>0</wp:posOffset>
          </wp:positionH>
          <wp:positionV relativeFrom="paragraph">
            <wp:posOffset>-40716</wp:posOffset>
          </wp:positionV>
          <wp:extent cx="5942965" cy="887095"/>
          <wp:effectExtent l="0" t="0" r="635" b="8255"/>
          <wp:wrapTopAndBottom/>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2965" cy="88709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35B7954"/>
    <w:multiLevelType w:val="hybridMultilevel"/>
    <w:tmpl w:val="BB424F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5D90801"/>
    <w:multiLevelType w:val="hybridMultilevel"/>
    <w:tmpl w:val="227EAA8A"/>
    <w:lvl w:ilvl="0" w:tplc="C658C6A4">
      <w:numFmt w:val="bullet"/>
      <w:lvlText w:val="•"/>
      <w:lvlJc w:val="left"/>
      <w:pPr>
        <w:ind w:left="1080" w:hanging="720"/>
      </w:pPr>
      <w:rPr>
        <w:rFonts w:ascii="ltr-font" w:eastAsia="Times New Roman" w:hAnsi="ltr-fon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6E82843"/>
    <w:multiLevelType w:val="hybridMultilevel"/>
    <w:tmpl w:val="B540D688"/>
    <w:lvl w:ilvl="0" w:tplc="0409000F">
      <w:start w:val="1"/>
      <w:numFmt w:val="decimal"/>
      <w:lvlText w:val="%1."/>
      <w:lvlJc w:val="left"/>
      <w:pPr>
        <w:ind w:left="644" w:hanging="360"/>
      </w:p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2" w15:restartNumberingAfterBreak="0">
    <w:nsid w:val="0890252A"/>
    <w:multiLevelType w:val="hybridMultilevel"/>
    <w:tmpl w:val="0408035C"/>
    <w:lvl w:ilvl="0" w:tplc="0409000F">
      <w:start w:val="1"/>
      <w:numFmt w:val="decimal"/>
      <w:lvlText w:val="%1."/>
      <w:lvlJc w:val="left"/>
      <w:pPr>
        <w:ind w:left="644" w:hanging="360"/>
      </w:p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3" w15:restartNumberingAfterBreak="0">
    <w:nsid w:val="0C5A05EA"/>
    <w:multiLevelType w:val="hybridMultilevel"/>
    <w:tmpl w:val="01602D3C"/>
    <w:lvl w:ilvl="0" w:tplc="04090001">
      <w:start w:val="1"/>
      <w:numFmt w:val="bullet"/>
      <w:lvlText w:val=""/>
      <w:lvlJc w:val="left"/>
      <w:pPr>
        <w:ind w:left="924" w:hanging="360"/>
      </w:pPr>
      <w:rPr>
        <w:rFonts w:ascii="Symbol" w:hAnsi="Symbol" w:hint="default"/>
      </w:rPr>
    </w:lvl>
    <w:lvl w:ilvl="1" w:tplc="04090003" w:tentative="1">
      <w:start w:val="1"/>
      <w:numFmt w:val="bullet"/>
      <w:lvlText w:val="o"/>
      <w:lvlJc w:val="left"/>
      <w:pPr>
        <w:ind w:left="1644" w:hanging="360"/>
      </w:pPr>
      <w:rPr>
        <w:rFonts w:ascii="Courier New" w:hAnsi="Courier New" w:cs="Courier New" w:hint="default"/>
      </w:rPr>
    </w:lvl>
    <w:lvl w:ilvl="2" w:tplc="04090005" w:tentative="1">
      <w:start w:val="1"/>
      <w:numFmt w:val="bullet"/>
      <w:lvlText w:val=""/>
      <w:lvlJc w:val="left"/>
      <w:pPr>
        <w:ind w:left="2364" w:hanging="360"/>
      </w:pPr>
      <w:rPr>
        <w:rFonts w:ascii="Wingdings" w:hAnsi="Wingdings" w:hint="default"/>
      </w:rPr>
    </w:lvl>
    <w:lvl w:ilvl="3" w:tplc="04090001" w:tentative="1">
      <w:start w:val="1"/>
      <w:numFmt w:val="bullet"/>
      <w:lvlText w:val=""/>
      <w:lvlJc w:val="left"/>
      <w:pPr>
        <w:ind w:left="3084" w:hanging="360"/>
      </w:pPr>
      <w:rPr>
        <w:rFonts w:ascii="Symbol" w:hAnsi="Symbol" w:hint="default"/>
      </w:rPr>
    </w:lvl>
    <w:lvl w:ilvl="4" w:tplc="04090003" w:tentative="1">
      <w:start w:val="1"/>
      <w:numFmt w:val="bullet"/>
      <w:lvlText w:val="o"/>
      <w:lvlJc w:val="left"/>
      <w:pPr>
        <w:ind w:left="3804" w:hanging="360"/>
      </w:pPr>
      <w:rPr>
        <w:rFonts w:ascii="Courier New" w:hAnsi="Courier New" w:cs="Courier New" w:hint="default"/>
      </w:rPr>
    </w:lvl>
    <w:lvl w:ilvl="5" w:tplc="04090005" w:tentative="1">
      <w:start w:val="1"/>
      <w:numFmt w:val="bullet"/>
      <w:lvlText w:val=""/>
      <w:lvlJc w:val="left"/>
      <w:pPr>
        <w:ind w:left="4524" w:hanging="360"/>
      </w:pPr>
      <w:rPr>
        <w:rFonts w:ascii="Wingdings" w:hAnsi="Wingdings" w:hint="default"/>
      </w:rPr>
    </w:lvl>
    <w:lvl w:ilvl="6" w:tplc="04090001" w:tentative="1">
      <w:start w:val="1"/>
      <w:numFmt w:val="bullet"/>
      <w:lvlText w:val=""/>
      <w:lvlJc w:val="left"/>
      <w:pPr>
        <w:ind w:left="5244" w:hanging="360"/>
      </w:pPr>
      <w:rPr>
        <w:rFonts w:ascii="Symbol" w:hAnsi="Symbol" w:hint="default"/>
      </w:rPr>
    </w:lvl>
    <w:lvl w:ilvl="7" w:tplc="04090003" w:tentative="1">
      <w:start w:val="1"/>
      <w:numFmt w:val="bullet"/>
      <w:lvlText w:val="o"/>
      <w:lvlJc w:val="left"/>
      <w:pPr>
        <w:ind w:left="5964" w:hanging="360"/>
      </w:pPr>
      <w:rPr>
        <w:rFonts w:ascii="Courier New" w:hAnsi="Courier New" w:cs="Courier New" w:hint="default"/>
      </w:rPr>
    </w:lvl>
    <w:lvl w:ilvl="8" w:tplc="04090005" w:tentative="1">
      <w:start w:val="1"/>
      <w:numFmt w:val="bullet"/>
      <w:lvlText w:val=""/>
      <w:lvlJc w:val="left"/>
      <w:pPr>
        <w:ind w:left="6684" w:hanging="360"/>
      </w:pPr>
      <w:rPr>
        <w:rFonts w:ascii="Wingdings" w:hAnsi="Wingdings" w:hint="default"/>
      </w:rPr>
    </w:lvl>
  </w:abstractNum>
  <w:abstractNum w:abstractNumId="14" w15:restartNumberingAfterBreak="0">
    <w:nsid w:val="0D356D49"/>
    <w:multiLevelType w:val="hybridMultilevel"/>
    <w:tmpl w:val="F42A9116"/>
    <w:lvl w:ilvl="0" w:tplc="AA4A6FF2">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1395AFC"/>
    <w:multiLevelType w:val="hybridMultilevel"/>
    <w:tmpl w:val="9250767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11440F78"/>
    <w:multiLevelType w:val="hybridMultilevel"/>
    <w:tmpl w:val="74FECE0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662523A"/>
    <w:multiLevelType w:val="hybridMultilevel"/>
    <w:tmpl w:val="AF1A220E"/>
    <w:lvl w:ilvl="0" w:tplc="E474E27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691653D"/>
    <w:multiLevelType w:val="hybridMultilevel"/>
    <w:tmpl w:val="3544F68E"/>
    <w:lvl w:ilvl="0" w:tplc="6E7E3EB0">
      <w:start w:val="1"/>
      <w:numFmt w:val="decimal"/>
      <w:suff w:val="space"/>
      <w:lvlText w:val="%1."/>
      <w:lvlJc w:val="left"/>
      <w:pPr>
        <w:ind w:left="720" w:hanging="360"/>
      </w:pPr>
      <w:rPr>
        <w:rFonts w:hint="default"/>
      </w:rPr>
    </w:lvl>
    <w:lvl w:ilvl="1" w:tplc="28000019" w:tentative="1">
      <w:start w:val="1"/>
      <w:numFmt w:val="lowerLetter"/>
      <w:lvlText w:val="%2."/>
      <w:lvlJc w:val="left"/>
      <w:pPr>
        <w:ind w:left="1440" w:hanging="360"/>
      </w:pPr>
    </w:lvl>
    <w:lvl w:ilvl="2" w:tplc="2800001B" w:tentative="1">
      <w:start w:val="1"/>
      <w:numFmt w:val="lowerRoman"/>
      <w:lvlText w:val="%3."/>
      <w:lvlJc w:val="right"/>
      <w:pPr>
        <w:ind w:left="2160" w:hanging="180"/>
      </w:pPr>
    </w:lvl>
    <w:lvl w:ilvl="3" w:tplc="2800000F" w:tentative="1">
      <w:start w:val="1"/>
      <w:numFmt w:val="decimal"/>
      <w:lvlText w:val="%4."/>
      <w:lvlJc w:val="left"/>
      <w:pPr>
        <w:ind w:left="2880" w:hanging="360"/>
      </w:pPr>
    </w:lvl>
    <w:lvl w:ilvl="4" w:tplc="28000019" w:tentative="1">
      <w:start w:val="1"/>
      <w:numFmt w:val="lowerLetter"/>
      <w:lvlText w:val="%5."/>
      <w:lvlJc w:val="left"/>
      <w:pPr>
        <w:ind w:left="3600" w:hanging="360"/>
      </w:pPr>
    </w:lvl>
    <w:lvl w:ilvl="5" w:tplc="2800001B" w:tentative="1">
      <w:start w:val="1"/>
      <w:numFmt w:val="lowerRoman"/>
      <w:lvlText w:val="%6."/>
      <w:lvlJc w:val="right"/>
      <w:pPr>
        <w:ind w:left="4320" w:hanging="180"/>
      </w:pPr>
    </w:lvl>
    <w:lvl w:ilvl="6" w:tplc="2800000F" w:tentative="1">
      <w:start w:val="1"/>
      <w:numFmt w:val="decimal"/>
      <w:lvlText w:val="%7."/>
      <w:lvlJc w:val="left"/>
      <w:pPr>
        <w:ind w:left="5040" w:hanging="360"/>
      </w:pPr>
    </w:lvl>
    <w:lvl w:ilvl="7" w:tplc="28000019" w:tentative="1">
      <w:start w:val="1"/>
      <w:numFmt w:val="lowerLetter"/>
      <w:lvlText w:val="%8."/>
      <w:lvlJc w:val="left"/>
      <w:pPr>
        <w:ind w:left="5760" w:hanging="360"/>
      </w:pPr>
    </w:lvl>
    <w:lvl w:ilvl="8" w:tplc="2800001B" w:tentative="1">
      <w:start w:val="1"/>
      <w:numFmt w:val="lowerRoman"/>
      <w:lvlText w:val="%9."/>
      <w:lvlJc w:val="right"/>
      <w:pPr>
        <w:ind w:left="6480" w:hanging="180"/>
      </w:pPr>
    </w:lvl>
  </w:abstractNum>
  <w:abstractNum w:abstractNumId="19" w15:restartNumberingAfterBreak="0">
    <w:nsid w:val="16D7580A"/>
    <w:multiLevelType w:val="hybridMultilevel"/>
    <w:tmpl w:val="5D3635A0"/>
    <w:styleLink w:val="Lettered"/>
    <w:lvl w:ilvl="0" w:tplc="8E3AC3F8">
      <w:start w:val="1"/>
      <w:numFmt w:val="decimal"/>
      <w:lvlText w:val="%1)"/>
      <w:lvlJc w:val="left"/>
      <w:pPr>
        <w:tabs>
          <w:tab w:val="num" w:pos="818"/>
        </w:tabs>
        <w:ind w:left="458" w:hanging="98"/>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D7CDD6C">
      <w:start w:val="1"/>
      <w:numFmt w:val="decimal"/>
      <w:lvlText w:val="%2)"/>
      <w:lvlJc w:val="left"/>
      <w:pPr>
        <w:tabs>
          <w:tab w:val="num" w:pos="1178"/>
        </w:tabs>
        <w:ind w:left="818" w:hanging="98"/>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0584078">
      <w:start w:val="1"/>
      <w:numFmt w:val="decimal"/>
      <w:lvlText w:val="%3)"/>
      <w:lvlJc w:val="left"/>
      <w:pPr>
        <w:tabs>
          <w:tab w:val="num" w:pos="1538"/>
        </w:tabs>
        <w:ind w:left="1178" w:hanging="98"/>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C7EB96C">
      <w:start w:val="1"/>
      <w:numFmt w:val="decimal"/>
      <w:lvlText w:val="%4)"/>
      <w:lvlJc w:val="left"/>
      <w:pPr>
        <w:tabs>
          <w:tab w:val="num" w:pos="1898"/>
        </w:tabs>
        <w:ind w:left="1538" w:hanging="98"/>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7B4CF10">
      <w:start w:val="1"/>
      <w:numFmt w:val="decimal"/>
      <w:lvlText w:val="%5)"/>
      <w:lvlJc w:val="left"/>
      <w:pPr>
        <w:tabs>
          <w:tab w:val="num" w:pos="2258"/>
        </w:tabs>
        <w:ind w:left="1898" w:hanging="98"/>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A32F740">
      <w:start w:val="1"/>
      <w:numFmt w:val="decimal"/>
      <w:lvlText w:val="%6)"/>
      <w:lvlJc w:val="left"/>
      <w:pPr>
        <w:tabs>
          <w:tab w:val="num" w:pos="2618"/>
        </w:tabs>
        <w:ind w:left="2258" w:hanging="98"/>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9A2A31E">
      <w:start w:val="1"/>
      <w:numFmt w:val="decimal"/>
      <w:lvlText w:val="%7)"/>
      <w:lvlJc w:val="left"/>
      <w:pPr>
        <w:tabs>
          <w:tab w:val="num" w:pos="2978"/>
        </w:tabs>
        <w:ind w:left="2618" w:hanging="98"/>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E30E6D2">
      <w:start w:val="1"/>
      <w:numFmt w:val="decimal"/>
      <w:lvlText w:val="%8)"/>
      <w:lvlJc w:val="left"/>
      <w:pPr>
        <w:tabs>
          <w:tab w:val="num" w:pos="3338"/>
        </w:tabs>
        <w:ind w:left="2978" w:hanging="98"/>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5CA38D2">
      <w:start w:val="1"/>
      <w:numFmt w:val="decimal"/>
      <w:lvlText w:val="%9)"/>
      <w:lvlJc w:val="left"/>
      <w:pPr>
        <w:tabs>
          <w:tab w:val="num" w:pos="3698"/>
        </w:tabs>
        <w:ind w:left="3338" w:hanging="98"/>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0" w15:restartNumberingAfterBreak="0">
    <w:nsid w:val="17095D69"/>
    <w:multiLevelType w:val="hybridMultilevel"/>
    <w:tmpl w:val="1EC833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89B14E7"/>
    <w:multiLevelType w:val="hybridMultilevel"/>
    <w:tmpl w:val="4B58FC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949415F"/>
    <w:multiLevelType w:val="hybridMultilevel"/>
    <w:tmpl w:val="F2A099B6"/>
    <w:lvl w:ilvl="0" w:tplc="FB5CC3BE">
      <w:numFmt w:val="bullet"/>
      <w:lvlText w:val="-"/>
      <w:lvlJc w:val="left"/>
      <w:pPr>
        <w:ind w:left="720" w:hanging="360"/>
      </w:pPr>
      <w:rPr>
        <w:rFonts w:ascii="IRNazanin" w:eastAsiaTheme="minorHAnsi" w:hAnsi="IRNazanin" w:cs="IR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D074CE6"/>
    <w:multiLevelType w:val="hybridMultilevel"/>
    <w:tmpl w:val="FB488D90"/>
    <w:lvl w:ilvl="0" w:tplc="A96E6C16">
      <w:numFmt w:val="bullet"/>
      <w:suff w:val="space"/>
      <w:lvlText w:val="•"/>
      <w:lvlJc w:val="left"/>
      <w:pPr>
        <w:ind w:left="720" w:hanging="720"/>
      </w:pPr>
      <w:rPr>
        <w:rFonts w:ascii="ltr-font" w:eastAsia="Times New Roman" w:hAnsi="ltr-font"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1F652285"/>
    <w:multiLevelType w:val="hybridMultilevel"/>
    <w:tmpl w:val="420E99AA"/>
    <w:lvl w:ilvl="0" w:tplc="D7102340">
      <w:start w:val="1"/>
      <w:numFmt w:val="decimal"/>
      <w:suff w:val="space"/>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21143101"/>
    <w:multiLevelType w:val="multilevel"/>
    <w:tmpl w:val="47F014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2212547B"/>
    <w:multiLevelType w:val="hybridMultilevel"/>
    <w:tmpl w:val="2BDAD5E8"/>
    <w:lvl w:ilvl="0" w:tplc="3A229C8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4BD2B29"/>
    <w:multiLevelType w:val="hybridMultilevel"/>
    <w:tmpl w:val="5EDA549C"/>
    <w:lvl w:ilvl="0" w:tplc="4794632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69C590D"/>
    <w:multiLevelType w:val="hybridMultilevel"/>
    <w:tmpl w:val="6B6C8636"/>
    <w:lvl w:ilvl="0" w:tplc="54802E60">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7312E1B"/>
    <w:multiLevelType w:val="hybridMultilevel"/>
    <w:tmpl w:val="D97AB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2F2312FF"/>
    <w:multiLevelType w:val="hybridMultilevel"/>
    <w:tmpl w:val="FE48D2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86F3570"/>
    <w:multiLevelType w:val="multilevel"/>
    <w:tmpl w:val="9684E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5F92403"/>
    <w:multiLevelType w:val="hybridMultilevel"/>
    <w:tmpl w:val="6944EEC6"/>
    <w:styleLink w:val="Dash"/>
    <w:lvl w:ilvl="0" w:tplc="D69476D2">
      <w:start w:val="1"/>
      <w:numFmt w:val="bullet"/>
      <w:lvlText w:val="-"/>
      <w:lvlJc w:val="left"/>
      <w:pPr>
        <w:tabs>
          <w:tab w:val="num" w:pos="665"/>
        </w:tabs>
        <w:ind w:left="305" w:firstLine="55"/>
      </w:pPr>
      <w:rPr>
        <w:rFonts w:hAnsi="Arial Unicode MS"/>
        <w:caps w:val="0"/>
        <w:smallCaps w:val="0"/>
        <w:strike w:val="0"/>
        <w:dstrike w:val="0"/>
        <w:color w:val="000000"/>
        <w:spacing w:val="0"/>
        <w:w w:val="100"/>
        <w:kern w:val="0"/>
        <w:position w:val="4"/>
        <w:sz w:val="34"/>
        <w:szCs w:val="34"/>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1C894E4">
      <w:start w:val="1"/>
      <w:numFmt w:val="bullet"/>
      <w:lvlText w:val="-"/>
      <w:lvlJc w:val="left"/>
      <w:pPr>
        <w:tabs>
          <w:tab w:val="num" w:pos="905"/>
        </w:tabs>
        <w:ind w:left="545" w:firstLine="55"/>
      </w:pPr>
      <w:rPr>
        <w:rFonts w:hAnsi="Arial Unicode MS"/>
        <w:caps w:val="0"/>
        <w:smallCaps w:val="0"/>
        <w:strike w:val="0"/>
        <w:dstrike w:val="0"/>
        <w:color w:val="000000"/>
        <w:spacing w:val="0"/>
        <w:w w:val="100"/>
        <w:kern w:val="0"/>
        <w:position w:val="4"/>
        <w:sz w:val="34"/>
        <w:szCs w:val="34"/>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91E0CB4">
      <w:start w:val="1"/>
      <w:numFmt w:val="bullet"/>
      <w:lvlText w:val="-"/>
      <w:lvlJc w:val="left"/>
      <w:pPr>
        <w:tabs>
          <w:tab w:val="num" w:pos="1145"/>
        </w:tabs>
        <w:ind w:left="785" w:firstLine="55"/>
      </w:pPr>
      <w:rPr>
        <w:rFonts w:hAnsi="Arial Unicode MS"/>
        <w:caps w:val="0"/>
        <w:smallCaps w:val="0"/>
        <w:strike w:val="0"/>
        <w:dstrike w:val="0"/>
        <w:color w:val="000000"/>
        <w:spacing w:val="0"/>
        <w:w w:val="100"/>
        <w:kern w:val="0"/>
        <w:position w:val="4"/>
        <w:sz w:val="34"/>
        <w:szCs w:val="34"/>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3CE82DE">
      <w:start w:val="1"/>
      <w:numFmt w:val="bullet"/>
      <w:lvlText w:val="-"/>
      <w:lvlJc w:val="left"/>
      <w:pPr>
        <w:tabs>
          <w:tab w:val="num" w:pos="1385"/>
        </w:tabs>
        <w:ind w:left="1025" w:firstLine="55"/>
      </w:pPr>
      <w:rPr>
        <w:rFonts w:hAnsi="Arial Unicode MS"/>
        <w:caps w:val="0"/>
        <w:smallCaps w:val="0"/>
        <w:strike w:val="0"/>
        <w:dstrike w:val="0"/>
        <w:color w:val="000000"/>
        <w:spacing w:val="0"/>
        <w:w w:val="100"/>
        <w:kern w:val="0"/>
        <w:position w:val="4"/>
        <w:sz w:val="34"/>
        <w:szCs w:val="34"/>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7943406">
      <w:start w:val="1"/>
      <w:numFmt w:val="bullet"/>
      <w:lvlText w:val="-"/>
      <w:lvlJc w:val="left"/>
      <w:pPr>
        <w:tabs>
          <w:tab w:val="num" w:pos="1625"/>
        </w:tabs>
        <w:ind w:left="1265" w:firstLine="55"/>
      </w:pPr>
      <w:rPr>
        <w:rFonts w:hAnsi="Arial Unicode MS"/>
        <w:caps w:val="0"/>
        <w:smallCaps w:val="0"/>
        <w:strike w:val="0"/>
        <w:dstrike w:val="0"/>
        <w:color w:val="000000"/>
        <w:spacing w:val="0"/>
        <w:w w:val="100"/>
        <w:kern w:val="0"/>
        <w:position w:val="4"/>
        <w:sz w:val="34"/>
        <w:szCs w:val="34"/>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E04A90E">
      <w:start w:val="1"/>
      <w:numFmt w:val="bullet"/>
      <w:lvlText w:val="-"/>
      <w:lvlJc w:val="left"/>
      <w:pPr>
        <w:tabs>
          <w:tab w:val="num" w:pos="1865"/>
        </w:tabs>
        <w:ind w:left="1505" w:firstLine="55"/>
      </w:pPr>
      <w:rPr>
        <w:rFonts w:hAnsi="Arial Unicode MS"/>
        <w:caps w:val="0"/>
        <w:smallCaps w:val="0"/>
        <w:strike w:val="0"/>
        <w:dstrike w:val="0"/>
        <w:color w:val="000000"/>
        <w:spacing w:val="0"/>
        <w:w w:val="100"/>
        <w:kern w:val="0"/>
        <w:position w:val="4"/>
        <w:sz w:val="34"/>
        <w:szCs w:val="34"/>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114739A">
      <w:start w:val="1"/>
      <w:numFmt w:val="bullet"/>
      <w:lvlText w:val="-"/>
      <w:lvlJc w:val="left"/>
      <w:pPr>
        <w:tabs>
          <w:tab w:val="num" w:pos="2105"/>
        </w:tabs>
        <w:ind w:left="1745" w:firstLine="55"/>
      </w:pPr>
      <w:rPr>
        <w:rFonts w:hAnsi="Arial Unicode MS"/>
        <w:caps w:val="0"/>
        <w:smallCaps w:val="0"/>
        <w:strike w:val="0"/>
        <w:dstrike w:val="0"/>
        <w:color w:val="000000"/>
        <w:spacing w:val="0"/>
        <w:w w:val="100"/>
        <w:kern w:val="0"/>
        <w:position w:val="4"/>
        <w:sz w:val="34"/>
        <w:szCs w:val="34"/>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54E5654">
      <w:start w:val="1"/>
      <w:numFmt w:val="bullet"/>
      <w:lvlText w:val="-"/>
      <w:lvlJc w:val="left"/>
      <w:pPr>
        <w:tabs>
          <w:tab w:val="num" w:pos="2345"/>
        </w:tabs>
        <w:ind w:left="1985" w:firstLine="55"/>
      </w:pPr>
      <w:rPr>
        <w:rFonts w:hAnsi="Arial Unicode MS"/>
        <w:caps w:val="0"/>
        <w:smallCaps w:val="0"/>
        <w:strike w:val="0"/>
        <w:dstrike w:val="0"/>
        <w:color w:val="000000"/>
        <w:spacing w:val="0"/>
        <w:w w:val="100"/>
        <w:kern w:val="0"/>
        <w:position w:val="4"/>
        <w:sz w:val="34"/>
        <w:szCs w:val="34"/>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7BAB7DA">
      <w:start w:val="1"/>
      <w:numFmt w:val="bullet"/>
      <w:lvlText w:val="-"/>
      <w:lvlJc w:val="left"/>
      <w:pPr>
        <w:tabs>
          <w:tab w:val="num" w:pos="2585"/>
        </w:tabs>
        <w:ind w:left="2225" w:firstLine="55"/>
      </w:pPr>
      <w:rPr>
        <w:rFonts w:hAnsi="Arial Unicode MS"/>
        <w:caps w:val="0"/>
        <w:smallCaps w:val="0"/>
        <w:strike w:val="0"/>
        <w:dstrike w:val="0"/>
        <w:color w:val="000000"/>
        <w:spacing w:val="0"/>
        <w:w w:val="100"/>
        <w:kern w:val="0"/>
        <w:position w:val="4"/>
        <w:sz w:val="34"/>
        <w:szCs w:val="34"/>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3" w15:restartNumberingAfterBreak="0">
    <w:nsid w:val="54E51A4A"/>
    <w:multiLevelType w:val="hybridMultilevel"/>
    <w:tmpl w:val="6F7C7326"/>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55BA76B4"/>
    <w:multiLevelType w:val="hybridMultilevel"/>
    <w:tmpl w:val="469EA5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7FE7944"/>
    <w:multiLevelType w:val="hybridMultilevel"/>
    <w:tmpl w:val="B9AEE20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5A083B1B"/>
    <w:multiLevelType w:val="hybridMultilevel"/>
    <w:tmpl w:val="978E9E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5E095AB8"/>
    <w:multiLevelType w:val="hybridMultilevel"/>
    <w:tmpl w:val="0638D768"/>
    <w:lvl w:ilvl="0" w:tplc="761EC20E">
      <w:numFmt w:val="bullet"/>
      <w:lvlText w:val="-"/>
      <w:lvlJc w:val="left"/>
      <w:pPr>
        <w:ind w:left="720" w:hanging="360"/>
      </w:pPr>
      <w:rPr>
        <w:rFonts w:ascii="Arial" w:eastAsiaTheme="minorHAnsi" w:hAnsi="Arial" w:cs="Arial" w:hint="default"/>
        <w:color w:val="auto"/>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FA6269B"/>
    <w:multiLevelType w:val="hybridMultilevel"/>
    <w:tmpl w:val="B94C120A"/>
    <w:lvl w:ilvl="0" w:tplc="5CB4CD5C">
      <w:numFmt w:val="bullet"/>
      <w:lvlText w:val="-"/>
      <w:lvlJc w:val="left"/>
      <w:pPr>
        <w:ind w:left="1284" w:hanging="360"/>
      </w:pPr>
      <w:rPr>
        <w:rFonts w:ascii="Times New Roman" w:eastAsia="Times New Roman" w:hAnsi="Times New Roman" w:cs="B Lotus" w:hint="default"/>
      </w:rPr>
    </w:lvl>
    <w:lvl w:ilvl="1" w:tplc="04090003" w:tentative="1">
      <w:start w:val="1"/>
      <w:numFmt w:val="bullet"/>
      <w:lvlText w:val="o"/>
      <w:lvlJc w:val="left"/>
      <w:pPr>
        <w:ind w:left="2004" w:hanging="360"/>
      </w:pPr>
      <w:rPr>
        <w:rFonts w:ascii="Courier New" w:hAnsi="Courier New" w:cs="Courier New" w:hint="default"/>
      </w:rPr>
    </w:lvl>
    <w:lvl w:ilvl="2" w:tplc="04090005" w:tentative="1">
      <w:start w:val="1"/>
      <w:numFmt w:val="bullet"/>
      <w:lvlText w:val=""/>
      <w:lvlJc w:val="left"/>
      <w:pPr>
        <w:ind w:left="2724" w:hanging="360"/>
      </w:pPr>
      <w:rPr>
        <w:rFonts w:ascii="Wingdings" w:hAnsi="Wingdings" w:hint="default"/>
      </w:rPr>
    </w:lvl>
    <w:lvl w:ilvl="3" w:tplc="04090001" w:tentative="1">
      <w:start w:val="1"/>
      <w:numFmt w:val="bullet"/>
      <w:lvlText w:val=""/>
      <w:lvlJc w:val="left"/>
      <w:pPr>
        <w:ind w:left="3444" w:hanging="360"/>
      </w:pPr>
      <w:rPr>
        <w:rFonts w:ascii="Symbol" w:hAnsi="Symbol" w:hint="default"/>
      </w:rPr>
    </w:lvl>
    <w:lvl w:ilvl="4" w:tplc="04090003" w:tentative="1">
      <w:start w:val="1"/>
      <w:numFmt w:val="bullet"/>
      <w:lvlText w:val="o"/>
      <w:lvlJc w:val="left"/>
      <w:pPr>
        <w:ind w:left="4164" w:hanging="360"/>
      </w:pPr>
      <w:rPr>
        <w:rFonts w:ascii="Courier New" w:hAnsi="Courier New" w:cs="Courier New" w:hint="default"/>
      </w:rPr>
    </w:lvl>
    <w:lvl w:ilvl="5" w:tplc="04090005" w:tentative="1">
      <w:start w:val="1"/>
      <w:numFmt w:val="bullet"/>
      <w:lvlText w:val=""/>
      <w:lvlJc w:val="left"/>
      <w:pPr>
        <w:ind w:left="4884" w:hanging="360"/>
      </w:pPr>
      <w:rPr>
        <w:rFonts w:ascii="Wingdings" w:hAnsi="Wingdings" w:hint="default"/>
      </w:rPr>
    </w:lvl>
    <w:lvl w:ilvl="6" w:tplc="04090001" w:tentative="1">
      <w:start w:val="1"/>
      <w:numFmt w:val="bullet"/>
      <w:lvlText w:val=""/>
      <w:lvlJc w:val="left"/>
      <w:pPr>
        <w:ind w:left="5604" w:hanging="360"/>
      </w:pPr>
      <w:rPr>
        <w:rFonts w:ascii="Symbol" w:hAnsi="Symbol" w:hint="default"/>
      </w:rPr>
    </w:lvl>
    <w:lvl w:ilvl="7" w:tplc="04090003" w:tentative="1">
      <w:start w:val="1"/>
      <w:numFmt w:val="bullet"/>
      <w:lvlText w:val="o"/>
      <w:lvlJc w:val="left"/>
      <w:pPr>
        <w:ind w:left="6324" w:hanging="360"/>
      </w:pPr>
      <w:rPr>
        <w:rFonts w:ascii="Courier New" w:hAnsi="Courier New" w:cs="Courier New" w:hint="default"/>
      </w:rPr>
    </w:lvl>
    <w:lvl w:ilvl="8" w:tplc="04090005" w:tentative="1">
      <w:start w:val="1"/>
      <w:numFmt w:val="bullet"/>
      <w:lvlText w:val=""/>
      <w:lvlJc w:val="left"/>
      <w:pPr>
        <w:ind w:left="7044" w:hanging="360"/>
      </w:pPr>
      <w:rPr>
        <w:rFonts w:ascii="Wingdings" w:hAnsi="Wingdings" w:hint="default"/>
      </w:rPr>
    </w:lvl>
  </w:abstractNum>
  <w:abstractNum w:abstractNumId="39" w15:restartNumberingAfterBreak="0">
    <w:nsid w:val="61316AD0"/>
    <w:multiLevelType w:val="hybridMultilevel"/>
    <w:tmpl w:val="0120924C"/>
    <w:lvl w:ilvl="0" w:tplc="BB3ECCDC">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61C3430F"/>
    <w:multiLevelType w:val="hybridMultilevel"/>
    <w:tmpl w:val="2C10AA20"/>
    <w:lvl w:ilvl="0" w:tplc="0D140CA4">
      <w:numFmt w:val="bullet"/>
      <w:lvlText w:val="-"/>
      <w:lvlJc w:val="left"/>
      <w:pPr>
        <w:ind w:left="564" w:hanging="360"/>
      </w:pPr>
      <w:rPr>
        <w:rFonts w:ascii="Times New Roman" w:eastAsia="Times New Roman" w:hAnsi="Times New Roman" w:cs="B Lotus" w:hint="default"/>
        <w:b/>
      </w:rPr>
    </w:lvl>
    <w:lvl w:ilvl="1" w:tplc="04090003" w:tentative="1">
      <w:start w:val="1"/>
      <w:numFmt w:val="bullet"/>
      <w:lvlText w:val="o"/>
      <w:lvlJc w:val="left"/>
      <w:pPr>
        <w:ind w:left="1284" w:hanging="360"/>
      </w:pPr>
      <w:rPr>
        <w:rFonts w:ascii="Courier New" w:hAnsi="Courier New" w:cs="Courier New" w:hint="default"/>
      </w:rPr>
    </w:lvl>
    <w:lvl w:ilvl="2" w:tplc="04090005" w:tentative="1">
      <w:start w:val="1"/>
      <w:numFmt w:val="bullet"/>
      <w:lvlText w:val=""/>
      <w:lvlJc w:val="left"/>
      <w:pPr>
        <w:ind w:left="2004" w:hanging="360"/>
      </w:pPr>
      <w:rPr>
        <w:rFonts w:ascii="Wingdings" w:hAnsi="Wingdings" w:hint="default"/>
      </w:rPr>
    </w:lvl>
    <w:lvl w:ilvl="3" w:tplc="04090001" w:tentative="1">
      <w:start w:val="1"/>
      <w:numFmt w:val="bullet"/>
      <w:lvlText w:val=""/>
      <w:lvlJc w:val="left"/>
      <w:pPr>
        <w:ind w:left="2724" w:hanging="360"/>
      </w:pPr>
      <w:rPr>
        <w:rFonts w:ascii="Symbol" w:hAnsi="Symbol" w:hint="default"/>
      </w:rPr>
    </w:lvl>
    <w:lvl w:ilvl="4" w:tplc="04090003" w:tentative="1">
      <w:start w:val="1"/>
      <w:numFmt w:val="bullet"/>
      <w:lvlText w:val="o"/>
      <w:lvlJc w:val="left"/>
      <w:pPr>
        <w:ind w:left="3444" w:hanging="360"/>
      </w:pPr>
      <w:rPr>
        <w:rFonts w:ascii="Courier New" w:hAnsi="Courier New" w:cs="Courier New" w:hint="default"/>
      </w:rPr>
    </w:lvl>
    <w:lvl w:ilvl="5" w:tplc="04090005" w:tentative="1">
      <w:start w:val="1"/>
      <w:numFmt w:val="bullet"/>
      <w:lvlText w:val=""/>
      <w:lvlJc w:val="left"/>
      <w:pPr>
        <w:ind w:left="4164" w:hanging="360"/>
      </w:pPr>
      <w:rPr>
        <w:rFonts w:ascii="Wingdings" w:hAnsi="Wingdings" w:hint="default"/>
      </w:rPr>
    </w:lvl>
    <w:lvl w:ilvl="6" w:tplc="04090001" w:tentative="1">
      <w:start w:val="1"/>
      <w:numFmt w:val="bullet"/>
      <w:lvlText w:val=""/>
      <w:lvlJc w:val="left"/>
      <w:pPr>
        <w:ind w:left="4884" w:hanging="360"/>
      </w:pPr>
      <w:rPr>
        <w:rFonts w:ascii="Symbol" w:hAnsi="Symbol" w:hint="default"/>
      </w:rPr>
    </w:lvl>
    <w:lvl w:ilvl="7" w:tplc="04090003" w:tentative="1">
      <w:start w:val="1"/>
      <w:numFmt w:val="bullet"/>
      <w:lvlText w:val="o"/>
      <w:lvlJc w:val="left"/>
      <w:pPr>
        <w:ind w:left="5604" w:hanging="360"/>
      </w:pPr>
      <w:rPr>
        <w:rFonts w:ascii="Courier New" w:hAnsi="Courier New" w:cs="Courier New" w:hint="default"/>
      </w:rPr>
    </w:lvl>
    <w:lvl w:ilvl="8" w:tplc="04090005" w:tentative="1">
      <w:start w:val="1"/>
      <w:numFmt w:val="bullet"/>
      <w:lvlText w:val=""/>
      <w:lvlJc w:val="left"/>
      <w:pPr>
        <w:ind w:left="6324" w:hanging="360"/>
      </w:pPr>
      <w:rPr>
        <w:rFonts w:ascii="Wingdings" w:hAnsi="Wingdings" w:hint="default"/>
      </w:rPr>
    </w:lvl>
  </w:abstractNum>
  <w:abstractNum w:abstractNumId="41" w15:restartNumberingAfterBreak="0">
    <w:nsid w:val="76416847"/>
    <w:multiLevelType w:val="multilevel"/>
    <w:tmpl w:val="4F6E9342"/>
    <w:lvl w:ilvl="0">
      <w:start w:val="1"/>
      <w:numFmt w:val="decimal"/>
      <w:pStyle w:val="Heading1"/>
      <w:lvlText w:val="%1"/>
      <w:lvlJc w:val="left"/>
      <w:pPr>
        <w:ind w:left="1425" w:hanging="432"/>
      </w:pPr>
    </w:lvl>
    <w:lvl w:ilvl="1">
      <w:start w:val="1"/>
      <w:numFmt w:val="decimal"/>
      <w:suff w:val="space"/>
      <w:lvlText w:val="%1-%2."/>
      <w:lvlJc w:val="left"/>
      <w:pPr>
        <w:ind w:left="-141" w:hanging="284"/>
      </w:pPr>
      <w:rPr>
        <w:rFonts w:cs="B Nazanin" w:hint="cs"/>
        <w:b w:val="0"/>
        <w:bCs/>
        <w:iCs w:val="0"/>
        <w:sz w:val="28"/>
        <w:szCs w:val="28"/>
      </w:rPr>
    </w:lvl>
    <w:lvl w:ilvl="2">
      <w:start w:val="1"/>
      <w:numFmt w:val="decimal"/>
      <w:suff w:val="space"/>
      <w:lvlText w:val="%1-%2-%3."/>
      <w:lvlJc w:val="left"/>
      <w:pPr>
        <w:ind w:left="-141" w:hanging="284"/>
      </w:pPr>
    </w:lvl>
    <w:lvl w:ilvl="3">
      <w:start w:val="1"/>
      <w:numFmt w:val="decimal"/>
      <w:suff w:val="space"/>
      <w:lvlText w:val="%1-%2-%3-%4."/>
      <w:lvlJc w:val="left"/>
      <w:pPr>
        <w:ind w:left="-141" w:hanging="284"/>
      </w:pPr>
      <w:rPr>
        <w:rFonts w:cs="B Nazanin"/>
      </w:rPr>
    </w:lvl>
    <w:lvl w:ilvl="4">
      <w:start w:val="1"/>
      <w:numFmt w:val="decimal"/>
      <w:suff w:val="space"/>
      <w:lvlText w:val="%1-%2-%3-%4-%5."/>
      <w:lvlJc w:val="left"/>
      <w:pPr>
        <w:ind w:left="-141" w:hanging="284"/>
      </w:pPr>
    </w:lvl>
    <w:lvl w:ilvl="5">
      <w:start w:val="1"/>
      <w:numFmt w:val="decimal"/>
      <w:pStyle w:val="Heading6"/>
      <w:suff w:val="space"/>
      <w:lvlText w:val="%1-%2-%3-%4-%5-%6."/>
      <w:lvlJc w:val="left"/>
      <w:pPr>
        <w:ind w:left="-141" w:hanging="284"/>
      </w:pPr>
      <w:rPr>
        <w:rFonts w:cs="B Nazanin"/>
      </w:rPr>
    </w:lvl>
    <w:lvl w:ilvl="6">
      <w:start w:val="1"/>
      <w:numFmt w:val="decimal"/>
      <w:pStyle w:val="Heading7"/>
      <w:suff w:val="space"/>
      <w:lvlText w:val="%1-%2-%3-%4-%5-%6-%7."/>
      <w:lvlJc w:val="left"/>
      <w:pPr>
        <w:ind w:left="-141" w:hanging="284"/>
      </w:pPr>
    </w:lvl>
    <w:lvl w:ilvl="7">
      <w:start w:val="1"/>
      <w:numFmt w:val="decimal"/>
      <w:pStyle w:val="Heading8"/>
      <w:suff w:val="space"/>
      <w:lvlText w:val="%1-%2-%3-%4-%5-%6-%7-%8."/>
      <w:lvlJc w:val="left"/>
      <w:pPr>
        <w:ind w:left="1015" w:hanging="1440"/>
      </w:pPr>
    </w:lvl>
    <w:lvl w:ilvl="8">
      <w:start w:val="1"/>
      <w:numFmt w:val="decimal"/>
      <w:pStyle w:val="Heading9"/>
      <w:suff w:val="space"/>
      <w:lvlText w:val="%7%1-%2-%3-%4-%5-%6--%8-%9-"/>
      <w:lvlJc w:val="left"/>
      <w:pPr>
        <w:ind w:left="1159" w:hanging="1584"/>
      </w:pPr>
    </w:lvl>
  </w:abstractNum>
  <w:abstractNum w:abstractNumId="42" w15:restartNumberingAfterBreak="0">
    <w:nsid w:val="769511FF"/>
    <w:multiLevelType w:val="hybridMultilevel"/>
    <w:tmpl w:val="111839F6"/>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43" w15:restartNumberingAfterBreak="0">
    <w:nsid w:val="77931837"/>
    <w:multiLevelType w:val="multilevel"/>
    <w:tmpl w:val="437C75A4"/>
    <w:lvl w:ilvl="0">
      <w:start w:val="1"/>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77B10B2D"/>
    <w:multiLevelType w:val="hybridMultilevel"/>
    <w:tmpl w:val="900476A4"/>
    <w:lvl w:ilvl="0" w:tplc="BB3ECCD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BA3662E"/>
    <w:multiLevelType w:val="hybridMultilevel"/>
    <w:tmpl w:val="713A4994"/>
    <w:lvl w:ilvl="0" w:tplc="B460391C">
      <w:numFmt w:val="bullet"/>
      <w:lvlText w:val="-"/>
      <w:lvlJc w:val="left"/>
      <w:pPr>
        <w:ind w:left="430" w:hanging="360"/>
      </w:pPr>
      <w:rPr>
        <w:rFonts w:ascii="Times New Roman" w:eastAsia="Times New Roman" w:hAnsi="Times New Roman" w:cs="Times New Roman" w:hint="default"/>
        <w:b/>
      </w:rPr>
    </w:lvl>
    <w:lvl w:ilvl="1" w:tplc="04090003" w:tentative="1">
      <w:start w:val="1"/>
      <w:numFmt w:val="bullet"/>
      <w:lvlText w:val="o"/>
      <w:lvlJc w:val="left"/>
      <w:pPr>
        <w:ind w:left="1150" w:hanging="360"/>
      </w:pPr>
      <w:rPr>
        <w:rFonts w:ascii="Courier New" w:hAnsi="Courier New" w:cs="Courier New" w:hint="default"/>
      </w:rPr>
    </w:lvl>
    <w:lvl w:ilvl="2" w:tplc="04090005" w:tentative="1">
      <w:start w:val="1"/>
      <w:numFmt w:val="bullet"/>
      <w:lvlText w:val=""/>
      <w:lvlJc w:val="left"/>
      <w:pPr>
        <w:ind w:left="1870" w:hanging="360"/>
      </w:pPr>
      <w:rPr>
        <w:rFonts w:ascii="Wingdings" w:hAnsi="Wingdings" w:hint="default"/>
      </w:rPr>
    </w:lvl>
    <w:lvl w:ilvl="3" w:tplc="04090001" w:tentative="1">
      <w:start w:val="1"/>
      <w:numFmt w:val="bullet"/>
      <w:lvlText w:val=""/>
      <w:lvlJc w:val="left"/>
      <w:pPr>
        <w:ind w:left="2590" w:hanging="360"/>
      </w:pPr>
      <w:rPr>
        <w:rFonts w:ascii="Symbol" w:hAnsi="Symbol" w:hint="default"/>
      </w:rPr>
    </w:lvl>
    <w:lvl w:ilvl="4" w:tplc="04090003" w:tentative="1">
      <w:start w:val="1"/>
      <w:numFmt w:val="bullet"/>
      <w:lvlText w:val="o"/>
      <w:lvlJc w:val="left"/>
      <w:pPr>
        <w:ind w:left="3310" w:hanging="360"/>
      </w:pPr>
      <w:rPr>
        <w:rFonts w:ascii="Courier New" w:hAnsi="Courier New" w:cs="Courier New" w:hint="default"/>
      </w:rPr>
    </w:lvl>
    <w:lvl w:ilvl="5" w:tplc="04090005" w:tentative="1">
      <w:start w:val="1"/>
      <w:numFmt w:val="bullet"/>
      <w:lvlText w:val=""/>
      <w:lvlJc w:val="left"/>
      <w:pPr>
        <w:ind w:left="4030" w:hanging="360"/>
      </w:pPr>
      <w:rPr>
        <w:rFonts w:ascii="Wingdings" w:hAnsi="Wingdings" w:hint="default"/>
      </w:rPr>
    </w:lvl>
    <w:lvl w:ilvl="6" w:tplc="04090001" w:tentative="1">
      <w:start w:val="1"/>
      <w:numFmt w:val="bullet"/>
      <w:lvlText w:val=""/>
      <w:lvlJc w:val="left"/>
      <w:pPr>
        <w:ind w:left="4750" w:hanging="360"/>
      </w:pPr>
      <w:rPr>
        <w:rFonts w:ascii="Symbol" w:hAnsi="Symbol" w:hint="default"/>
      </w:rPr>
    </w:lvl>
    <w:lvl w:ilvl="7" w:tplc="04090003" w:tentative="1">
      <w:start w:val="1"/>
      <w:numFmt w:val="bullet"/>
      <w:lvlText w:val="o"/>
      <w:lvlJc w:val="left"/>
      <w:pPr>
        <w:ind w:left="5470" w:hanging="360"/>
      </w:pPr>
      <w:rPr>
        <w:rFonts w:ascii="Courier New" w:hAnsi="Courier New" w:cs="Courier New" w:hint="default"/>
      </w:rPr>
    </w:lvl>
    <w:lvl w:ilvl="8" w:tplc="04090005" w:tentative="1">
      <w:start w:val="1"/>
      <w:numFmt w:val="bullet"/>
      <w:lvlText w:val=""/>
      <w:lvlJc w:val="left"/>
      <w:pPr>
        <w:ind w:left="6190" w:hanging="360"/>
      </w:pPr>
      <w:rPr>
        <w:rFonts w:ascii="Wingdings" w:hAnsi="Wingdings" w:hint="default"/>
      </w:rPr>
    </w:lvl>
  </w:abstractNum>
  <w:num w:numId="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9"/>
  </w:num>
  <w:num w:numId="3">
    <w:abstractNumId w:val="32"/>
  </w:num>
  <w:num w:numId="4">
    <w:abstractNumId w:val="37"/>
  </w:num>
  <w:num w:numId="5">
    <w:abstractNumId w:val="28"/>
  </w:num>
  <w:num w:numId="6">
    <w:abstractNumId w:val="27"/>
  </w:num>
  <w:num w:numId="7">
    <w:abstractNumId w:val="43"/>
  </w:num>
  <w:num w:numId="8">
    <w:abstractNumId w:val="16"/>
  </w:num>
  <w:num w:numId="9">
    <w:abstractNumId w:val="31"/>
  </w:num>
  <w:num w:numId="10">
    <w:abstractNumId w:val="30"/>
  </w:num>
  <w:num w:numId="11">
    <w:abstractNumId w:val="10"/>
  </w:num>
  <w:num w:numId="12">
    <w:abstractNumId w:val="23"/>
  </w:num>
  <w:num w:numId="13">
    <w:abstractNumId w:val="36"/>
  </w:num>
  <w:num w:numId="14">
    <w:abstractNumId w:val="17"/>
  </w:num>
  <w:num w:numId="15">
    <w:abstractNumId w:val="25"/>
  </w:num>
  <w:num w:numId="16">
    <w:abstractNumId w:val="18"/>
  </w:num>
  <w:num w:numId="17">
    <w:abstractNumId w:val="29"/>
  </w:num>
  <w:num w:numId="18">
    <w:abstractNumId w:val="33"/>
  </w:num>
  <w:num w:numId="19">
    <w:abstractNumId w:val="13"/>
  </w:num>
  <w:num w:numId="20">
    <w:abstractNumId w:val="38"/>
  </w:num>
  <w:num w:numId="21">
    <w:abstractNumId w:val="40"/>
  </w:num>
  <w:num w:numId="22">
    <w:abstractNumId w:val="45"/>
  </w:num>
  <w:num w:numId="23">
    <w:abstractNumId w:val="14"/>
  </w:num>
  <w:num w:numId="24">
    <w:abstractNumId w:val="8"/>
  </w:num>
  <w:num w:numId="25">
    <w:abstractNumId w:val="6"/>
  </w:num>
  <w:num w:numId="26">
    <w:abstractNumId w:val="5"/>
  </w:num>
  <w:num w:numId="27">
    <w:abstractNumId w:val="4"/>
  </w:num>
  <w:num w:numId="28">
    <w:abstractNumId w:val="7"/>
  </w:num>
  <w:num w:numId="29">
    <w:abstractNumId w:val="3"/>
  </w:num>
  <w:num w:numId="30">
    <w:abstractNumId w:val="2"/>
  </w:num>
  <w:num w:numId="31">
    <w:abstractNumId w:val="1"/>
  </w:num>
  <w:num w:numId="32">
    <w:abstractNumId w:val="0"/>
  </w:num>
  <w:num w:numId="33">
    <w:abstractNumId w:val="11"/>
  </w:num>
  <w:num w:numId="34">
    <w:abstractNumId w:val="12"/>
  </w:num>
  <w:num w:numId="35">
    <w:abstractNumId w:val="34"/>
  </w:num>
  <w:num w:numId="36">
    <w:abstractNumId w:val="24"/>
  </w:num>
  <w:num w:numId="37">
    <w:abstractNumId w:val="9"/>
  </w:num>
  <w:num w:numId="38">
    <w:abstractNumId w:val="20"/>
  </w:num>
  <w:num w:numId="39">
    <w:abstractNumId w:val="22"/>
  </w:num>
  <w:num w:numId="40">
    <w:abstractNumId w:val="15"/>
  </w:num>
  <w:num w:numId="41">
    <w:abstractNumId w:val="21"/>
  </w:num>
  <w:num w:numId="42">
    <w:abstractNumId w:val="44"/>
  </w:num>
  <w:num w:numId="43">
    <w:abstractNumId w:val="39"/>
  </w:num>
  <w:num w:numId="44">
    <w:abstractNumId w:val="35"/>
  </w:num>
  <w:num w:numId="45">
    <w:abstractNumId w:val="26"/>
  </w:num>
  <w:num w:numId="46">
    <w:abstractNumId w:val="4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hideSpellingErrors/>
  <w:hideGrammaticalErrors/>
  <w:proofState w:grammar="clean"/>
  <w:attachedTemplate r:id="rId1"/>
  <w:defaultTabStop w:val="720"/>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77F4"/>
    <w:rsid w:val="000019E4"/>
    <w:rsid w:val="00003419"/>
    <w:rsid w:val="00003CA8"/>
    <w:rsid w:val="00007B76"/>
    <w:rsid w:val="00007D63"/>
    <w:rsid w:val="000138B2"/>
    <w:rsid w:val="0001665A"/>
    <w:rsid w:val="00021392"/>
    <w:rsid w:val="0002348D"/>
    <w:rsid w:val="00035D9C"/>
    <w:rsid w:val="000424A9"/>
    <w:rsid w:val="00044241"/>
    <w:rsid w:val="00046F9A"/>
    <w:rsid w:val="00050B08"/>
    <w:rsid w:val="00052478"/>
    <w:rsid w:val="000551C8"/>
    <w:rsid w:val="00056882"/>
    <w:rsid w:val="00056C40"/>
    <w:rsid w:val="00060CC1"/>
    <w:rsid w:val="000651B8"/>
    <w:rsid w:val="000654DF"/>
    <w:rsid w:val="00070309"/>
    <w:rsid w:val="000704BC"/>
    <w:rsid w:val="000725B0"/>
    <w:rsid w:val="000728C5"/>
    <w:rsid w:val="000731D1"/>
    <w:rsid w:val="000807D3"/>
    <w:rsid w:val="0008226B"/>
    <w:rsid w:val="0008230D"/>
    <w:rsid w:val="00082AD4"/>
    <w:rsid w:val="00082EC0"/>
    <w:rsid w:val="00087068"/>
    <w:rsid w:val="00087AC4"/>
    <w:rsid w:val="00087C3F"/>
    <w:rsid w:val="00094789"/>
    <w:rsid w:val="0009597B"/>
    <w:rsid w:val="00097ABA"/>
    <w:rsid w:val="000A01BE"/>
    <w:rsid w:val="000A0DC4"/>
    <w:rsid w:val="000A1883"/>
    <w:rsid w:val="000A285C"/>
    <w:rsid w:val="000A4108"/>
    <w:rsid w:val="000B4686"/>
    <w:rsid w:val="000B6250"/>
    <w:rsid w:val="000B70B9"/>
    <w:rsid w:val="000C0531"/>
    <w:rsid w:val="000C1E3F"/>
    <w:rsid w:val="000C1E8A"/>
    <w:rsid w:val="000C62E4"/>
    <w:rsid w:val="000C7BDF"/>
    <w:rsid w:val="000D267F"/>
    <w:rsid w:val="000D3411"/>
    <w:rsid w:val="000D3D0E"/>
    <w:rsid w:val="000D53E5"/>
    <w:rsid w:val="000D54F0"/>
    <w:rsid w:val="000E19C1"/>
    <w:rsid w:val="000E2538"/>
    <w:rsid w:val="000E3D99"/>
    <w:rsid w:val="000E3FB0"/>
    <w:rsid w:val="000E436E"/>
    <w:rsid w:val="000E719C"/>
    <w:rsid w:val="000F0783"/>
    <w:rsid w:val="000F340C"/>
    <w:rsid w:val="000F5F3B"/>
    <w:rsid w:val="00100E61"/>
    <w:rsid w:val="00101AEB"/>
    <w:rsid w:val="00107831"/>
    <w:rsid w:val="00110511"/>
    <w:rsid w:val="001141DA"/>
    <w:rsid w:val="00115DBD"/>
    <w:rsid w:val="00115EE2"/>
    <w:rsid w:val="00126F3D"/>
    <w:rsid w:val="001302EC"/>
    <w:rsid w:val="001307B4"/>
    <w:rsid w:val="001377F7"/>
    <w:rsid w:val="00141555"/>
    <w:rsid w:val="001422CC"/>
    <w:rsid w:val="00144327"/>
    <w:rsid w:val="001451F0"/>
    <w:rsid w:val="001469D0"/>
    <w:rsid w:val="001504D0"/>
    <w:rsid w:val="001505F0"/>
    <w:rsid w:val="00150948"/>
    <w:rsid w:val="00153655"/>
    <w:rsid w:val="001610E7"/>
    <w:rsid w:val="001617A7"/>
    <w:rsid w:val="00163701"/>
    <w:rsid w:val="00163C39"/>
    <w:rsid w:val="00172DDD"/>
    <w:rsid w:val="001736F6"/>
    <w:rsid w:val="001736FF"/>
    <w:rsid w:val="00180D15"/>
    <w:rsid w:val="00185CDD"/>
    <w:rsid w:val="0018640F"/>
    <w:rsid w:val="0018763C"/>
    <w:rsid w:val="00190C30"/>
    <w:rsid w:val="001918EC"/>
    <w:rsid w:val="0019243B"/>
    <w:rsid w:val="00192A13"/>
    <w:rsid w:val="001A0A24"/>
    <w:rsid w:val="001A10EC"/>
    <w:rsid w:val="001A516A"/>
    <w:rsid w:val="001A7608"/>
    <w:rsid w:val="001B2B07"/>
    <w:rsid w:val="001B42E3"/>
    <w:rsid w:val="001B7727"/>
    <w:rsid w:val="001C13E4"/>
    <w:rsid w:val="001C42DF"/>
    <w:rsid w:val="001C4F51"/>
    <w:rsid w:val="001C5DC0"/>
    <w:rsid w:val="001C7A76"/>
    <w:rsid w:val="001D0C7E"/>
    <w:rsid w:val="001D4D97"/>
    <w:rsid w:val="001E167E"/>
    <w:rsid w:val="001E45C0"/>
    <w:rsid w:val="001F17B4"/>
    <w:rsid w:val="001F2544"/>
    <w:rsid w:val="001F5F0B"/>
    <w:rsid w:val="001F6A01"/>
    <w:rsid w:val="001F6A75"/>
    <w:rsid w:val="00202554"/>
    <w:rsid w:val="00206032"/>
    <w:rsid w:val="00206E9A"/>
    <w:rsid w:val="002100DC"/>
    <w:rsid w:val="002122D7"/>
    <w:rsid w:val="00212A8C"/>
    <w:rsid w:val="00227D0A"/>
    <w:rsid w:val="0024205F"/>
    <w:rsid w:val="0024243A"/>
    <w:rsid w:val="00242D1A"/>
    <w:rsid w:val="00243044"/>
    <w:rsid w:val="0024484E"/>
    <w:rsid w:val="00252C5F"/>
    <w:rsid w:val="00254282"/>
    <w:rsid w:val="00256E0E"/>
    <w:rsid w:val="002601D7"/>
    <w:rsid w:val="0026055F"/>
    <w:rsid w:val="00261582"/>
    <w:rsid w:val="00265A23"/>
    <w:rsid w:val="00267535"/>
    <w:rsid w:val="0027115A"/>
    <w:rsid w:val="00271ADF"/>
    <w:rsid w:val="002723EF"/>
    <w:rsid w:val="002738FE"/>
    <w:rsid w:val="002743E6"/>
    <w:rsid w:val="002746FA"/>
    <w:rsid w:val="00276570"/>
    <w:rsid w:val="0027776A"/>
    <w:rsid w:val="00277A95"/>
    <w:rsid w:val="00280F78"/>
    <w:rsid w:val="0028493B"/>
    <w:rsid w:val="00284DDC"/>
    <w:rsid w:val="00286025"/>
    <w:rsid w:val="00291F93"/>
    <w:rsid w:val="00292471"/>
    <w:rsid w:val="00292A07"/>
    <w:rsid w:val="00296434"/>
    <w:rsid w:val="002A136F"/>
    <w:rsid w:val="002A7EA8"/>
    <w:rsid w:val="002B13F2"/>
    <w:rsid w:val="002B32FD"/>
    <w:rsid w:val="002B3815"/>
    <w:rsid w:val="002B5B9C"/>
    <w:rsid w:val="002B71F3"/>
    <w:rsid w:val="002D1A15"/>
    <w:rsid w:val="002D1B50"/>
    <w:rsid w:val="002D3FF5"/>
    <w:rsid w:val="002D494F"/>
    <w:rsid w:val="002D4AC6"/>
    <w:rsid w:val="002D545C"/>
    <w:rsid w:val="002E24B2"/>
    <w:rsid w:val="002E49C0"/>
    <w:rsid w:val="002F5900"/>
    <w:rsid w:val="002F700F"/>
    <w:rsid w:val="002F7F1A"/>
    <w:rsid w:val="003014D6"/>
    <w:rsid w:val="003106B0"/>
    <w:rsid w:val="00311D28"/>
    <w:rsid w:val="00312874"/>
    <w:rsid w:val="00314346"/>
    <w:rsid w:val="003176FC"/>
    <w:rsid w:val="00317A60"/>
    <w:rsid w:val="003253AC"/>
    <w:rsid w:val="00326EA6"/>
    <w:rsid w:val="00330C4B"/>
    <w:rsid w:val="00330DCD"/>
    <w:rsid w:val="0033173E"/>
    <w:rsid w:val="003322AD"/>
    <w:rsid w:val="003331B2"/>
    <w:rsid w:val="00333664"/>
    <w:rsid w:val="003359C5"/>
    <w:rsid w:val="00336561"/>
    <w:rsid w:val="00336E5F"/>
    <w:rsid w:val="003373F4"/>
    <w:rsid w:val="0034168D"/>
    <w:rsid w:val="00341826"/>
    <w:rsid w:val="00341871"/>
    <w:rsid w:val="003436FD"/>
    <w:rsid w:val="00347166"/>
    <w:rsid w:val="00347EE4"/>
    <w:rsid w:val="00350EDB"/>
    <w:rsid w:val="00354048"/>
    <w:rsid w:val="0035754B"/>
    <w:rsid w:val="003603CF"/>
    <w:rsid w:val="00362858"/>
    <w:rsid w:val="00362FB6"/>
    <w:rsid w:val="00366CC1"/>
    <w:rsid w:val="00384755"/>
    <w:rsid w:val="0038628A"/>
    <w:rsid w:val="003874F7"/>
    <w:rsid w:val="00390146"/>
    <w:rsid w:val="0039149B"/>
    <w:rsid w:val="003967CC"/>
    <w:rsid w:val="00396D99"/>
    <w:rsid w:val="00397F24"/>
    <w:rsid w:val="003A0CA0"/>
    <w:rsid w:val="003A6410"/>
    <w:rsid w:val="003B045C"/>
    <w:rsid w:val="003B07A6"/>
    <w:rsid w:val="003B1DBF"/>
    <w:rsid w:val="003B212D"/>
    <w:rsid w:val="003B495E"/>
    <w:rsid w:val="003C26C2"/>
    <w:rsid w:val="003C5E68"/>
    <w:rsid w:val="003D0246"/>
    <w:rsid w:val="003D029B"/>
    <w:rsid w:val="003D139D"/>
    <w:rsid w:val="003D34E1"/>
    <w:rsid w:val="003D3A7A"/>
    <w:rsid w:val="003D7383"/>
    <w:rsid w:val="003D7BFA"/>
    <w:rsid w:val="003E150A"/>
    <w:rsid w:val="003E5545"/>
    <w:rsid w:val="003E5955"/>
    <w:rsid w:val="003E5DA6"/>
    <w:rsid w:val="003F03D4"/>
    <w:rsid w:val="003F1249"/>
    <w:rsid w:val="003F1710"/>
    <w:rsid w:val="003F211A"/>
    <w:rsid w:val="003F308D"/>
    <w:rsid w:val="003F370E"/>
    <w:rsid w:val="003F3E67"/>
    <w:rsid w:val="003F4283"/>
    <w:rsid w:val="003F761A"/>
    <w:rsid w:val="00403D8E"/>
    <w:rsid w:val="00411CA1"/>
    <w:rsid w:val="00420C77"/>
    <w:rsid w:val="00422502"/>
    <w:rsid w:val="004226DB"/>
    <w:rsid w:val="00425BC2"/>
    <w:rsid w:val="00426181"/>
    <w:rsid w:val="004337F5"/>
    <w:rsid w:val="004340BC"/>
    <w:rsid w:val="0043640C"/>
    <w:rsid w:val="00436B9B"/>
    <w:rsid w:val="0044048C"/>
    <w:rsid w:val="00442E00"/>
    <w:rsid w:val="00443180"/>
    <w:rsid w:val="0044493D"/>
    <w:rsid w:val="00444C97"/>
    <w:rsid w:val="00445CC3"/>
    <w:rsid w:val="00446C03"/>
    <w:rsid w:val="00446DF1"/>
    <w:rsid w:val="00447A07"/>
    <w:rsid w:val="00452532"/>
    <w:rsid w:val="004526D1"/>
    <w:rsid w:val="00457A38"/>
    <w:rsid w:val="004601A8"/>
    <w:rsid w:val="00461CA4"/>
    <w:rsid w:val="00461DC7"/>
    <w:rsid w:val="00467661"/>
    <w:rsid w:val="004871E5"/>
    <w:rsid w:val="004922CB"/>
    <w:rsid w:val="00497EDF"/>
    <w:rsid w:val="004A1EBA"/>
    <w:rsid w:val="004A2F92"/>
    <w:rsid w:val="004B038B"/>
    <w:rsid w:val="004B36C6"/>
    <w:rsid w:val="004B43BE"/>
    <w:rsid w:val="004B6DFF"/>
    <w:rsid w:val="004C36E9"/>
    <w:rsid w:val="004C401F"/>
    <w:rsid w:val="004C4420"/>
    <w:rsid w:val="004C65FC"/>
    <w:rsid w:val="004C78BD"/>
    <w:rsid w:val="004D173F"/>
    <w:rsid w:val="004D21CE"/>
    <w:rsid w:val="004D54FB"/>
    <w:rsid w:val="004D75ED"/>
    <w:rsid w:val="004E1A53"/>
    <w:rsid w:val="004E1A56"/>
    <w:rsid w:val="004E1C4A"/>
    <w:rsid w:val="004E23A8"/>
    <w:rsid w:val="004E3B97"/>
    <w:rsid w:val="004E4C1B"/>
    <w:rsid w:val="004E4F53"/>
    <w:rsid w:val="004F2658"/>
    <w:rsid w:val="004F328D"/>
    <w:rsid w:val="004F47FD"/>
    <w:rsid w:val="004F48C2"/>
    <w:rsid w:val="004F5123"/>
    <w:rsid w:val="004F69A2"/>
    <w:rsid w:val="004F792B"/>
    <w:rsid w:val="0050142A"/>
    <w:rsid w:val="00501B61"/>
    <w:rsid w:val="00503197"/>
    <w:rsid w:val="00510586"/>
    <w:rsid w:val="00510A3E"/>
    <w:rsid w:val="00517168"/>
    <w:rsid w:val="005201E5"/>
    <w:rsid w:val="00530E43"/>
    <w:rsid w:val="00533608"/>
    <w:rsid w:val="0053432B"/>
    <w:rsid w:val="00537655"/>
    <w:rsid w:val="00540980"/>
    <w:rsid w:val="0054523E"/>
    <w:rsid w:val="00545613"/>
    <w:rsid w:val="005472CB"/>
    <w:rsid w:val="005477D6"/>
    <w:rsid w:val="0055119F"/>
    <w:rsid w:val="005516B6"/>
    <w:rsid w:val="00551D9A"/>
    <w:rsid w:val="005545B3"/>
    <w:rsid w:val="00561810"/>
    <w:rsid w:val="005635F9"/>
    <w:rsid w:val="00564C11"/>
    <w:rsid w:val="00567D1E"/>
    <w:rsid w:val="00574E2E"/>
    <w:rsid w:val="00577BBC"/>
    <w:rsid w:val="00584800"/>
    <w:rsid w:val="0058517D"/>
    <w:rsid w:val="005863CF"/>
    <w:rsid w:val="005874FB"/>
    <w:rsid w:val="00592334"/>
    <w:rsid w:val="00592664"/>
    <w:rsid w:val="00592BD7"/>
    <w:rsid w:val="005947A4"/>
    <w:rsid w:val="00595795"/>
    <w:rsid w:val="00595ABE"/>
    <w:rsid w:val="005971AC"/>
    <w:rsid w:val="00597DC4"/>
    <w:rsid w:val="005A1D7E"/>
    <w:rsid w:val="005B02D9"/>
    <w:rsid w:val="005C2115"/>
    <w:rsid w:val="005C2411"/>
    <w:rsid w:val="005C6048"/>
    <w:rsid w:val="005C7B30"/>
    <w:rsid w:val="005D0BE8"/>
    <w:rsid w:val="005E3D86"/>
    <w:rsid w:val="005E3F34"/>
    <w:rsid w:val="005E4D2F"/>
    <w:rsid w:val="005E70DA"/>
    <w:rsid w:val="005F07BC"/>
    <w:rsid w:val="005F092A"/>
    <w:rsid w:val="005F0954"/>
    <w:rsid w:val="005F2787"/>
    <w:rsid w:val="005F29BE"/>
    <w:rsid w:val="005F4D8B"/>
    <w:rsid w:val="005F57C1"/>
    <w:rsid w:val="005F792B"/>
    <w:rsid w:val="0060105B"/>
    <w:rsid w:val="006015B3"/>
    <w:rsid w:val="00606D60"/>
    <w:rsid w:val="00613266"/>
    <w:rsid w:val="00613D5E"/>
    <w:rsid w:val="00616B13"/>
    <w:rsid w:val="0061720E"/>
    <w:rsid w:val="006202CE"/>
    <w:rsid w:val="00625FD0"/>
    <w:rsid w:val="0062794E"/>
    <w:rsid w:val="0063297C"/>
    <w:rsid w:val="00632A01"/>
    <w:rsid w:val="00633BC3"/>
    <w:rsid w:val="0063422F"/>
    <w:rsid w:val="00636489"/>
    <w:rsid w:val="00640F6D"/>
    <w:rsid w:val="0064154A"/>
    <w:rsid w:val="00644FE1"/>
    <w:rsid w:val="00646778"/>
    <w:rsid w:val="00650706"/>
    <w:rsid w:val="00653464"/>
    <w:rsid w:val="00657CE5"/>
    <w:rsid w:val="00661078"/>
    <w:rsid w:val="00664853"/>
    <w:rsid w:val="006702A5"/>
    <w:rsid w:val="00674943"/>
    <w:rsid w:val="00675EC9"/>
    <w:rsid w:val="00676166"/>
    <w:rsid w:val="00681E56"/>
    <w:rsid w:val="006831DD"/>
    <w:rsid w:val="00687A3C"/>
    <w:rsid w:val="0069066E"/>
    <w:rsid w:val="0069176C"/>
    <w:rsid w:val="00692EE6"/>
    <w:rsid w:val="0069543D"/>
    <w:rsid w:val="006963FB"/>
    <w:rsid w:val="00697A43"/>
    <w:rsid w:val="006A0565"/>
    <w:rsid w:val="006A0633"/>
    <w:rsid w:val="006A2E5A"/>
    <w:rsid w:val="006A56A3"/>
    <w:rsid w:val="006A61E6"/>
    <w:rsid w:val="006A7114"/>
    <w:rsid w:val="006B4311"/>
    <w:rsid w:val="006B5C01"/>
    <w:rsid w:val="006B7D87"/>
    <w:rsid w:val="006C0887"/>
    <w:rsid w:val="006C1C2E"/>
    <w:rsid w:val="006C4229"/>
    <w:rsid w:val="006C7064"/>
    <w:rsid w:val="006C7473"/>
    <w:rsid w:val="006D175F"/>
    <w:rsid w:val="006D2951"/>
    <w:rsid w:val="006D3B69"/>
    <w:rsid w:val="006D74E0"/>
    <w:rsid w:val="006E2B39"/>
    <w:rsid w:val="006E3609"/>
    <w:rsid w:val="006F131E"/>
    <w:rsid w:val="006F62FE"/>
    <w:rsid w:val="006F7914"/>
    <w:rsid w:val="007034A7"/>
    <w:rsid w:val="00703CF6"/>
    <w:rsid w:val="00705060"/>
    <w:rsid w:val="00716EBE"/>
    <w:rsid w:val="007210B6"/>
    <w:rsid w:val="00721972"/>
    <w:rsid w:val="00723DB4"/>
    <w:rsid w:val="00726B61"/>
    <w:rsid w:val="007274D0"/>
    <w:rsid w:val="00727D03"/>
    <w:rsid w:val="00730144"/>
    <w:rsid w:val="00733202"/>
    <w:rsid w:val="00736BAC"/>
    <w:rsid w:val="0074042D"/>
    <w:rsid w:val="007422BC"/>
    <w:rsid w:val="0074352D"/>
    <w:rsid w:val="0074412C"/>
    <w:rsid w:val="00745B05"/>
    <w:rsid w:val="0075224A"/>
    <w:rsid w:val="007551BA"/>
    <w:rsid w:val="00755B58"/>
    <w:rsid w:val="00757CB7"/>
    <w:rsid w:val="00760C8C"/>
    <w:rsid w:val="00763111"/>
    <w:rsid w:val="00766668"/>
    <w:rsid w:val="00770AC8"/>
    <w:rsid w:val="00775F93"/>
    <w:rsid w:val="00777B05"/>
    <w:rsid w:val="00777B0A"/>
    <w:rsid w:val="007850C9"/>
    <w:rsid w:val="0078731A"/>
    <w:rsid w:val="007911CF"/>
    <w:rsid w:val="00791ACF"/>
    <w:rsid w:val="0079386D"/>
    <w:rsid w:val="00793B59"/>
    <w:rsid w:val="007959A0"/>
    <w:rsid w:val="007A1E39"/>
    <w:rsid w:val="007A547D"/>
    <w:rsid w:val="007B2097"/>
    <w:rsid w:val="007B3034"/>
    <w:rsid w:val="007B3232"/>
    <w:rsid w:val="007C269F"/>
    <w:rsid w:val="007C2E8A"/>
    <w:rsid w:val="007C5B3E"/>
    <w:rsid w:val="007C70FA"/>
    <w:rsid w:val="007D0F86"/>
    <w:rsid w:val="007D1419"/>
    <w:rsid w:val="007D35BD"/>
    <w:rsid w:val="007E1E28"/>
    <w:rsid w:val="007E3FCA"/>
    <w:rsid w:val="007E7E1D"/>
    <w:rsid w:val="007F046D"/>
    <w:rsid w:val="007F2AA5"/>
    <w:rsid w:val="007F36C0"/>
    <w:rsid w:val="007F38DC"/>
    <w:rsid w:val="007F5AC0"/>
    <w:rsid w:val="007F6AA1"/>
    <w:rsid w:val="007F6E3D"/>
    <w:rsid w:val="0081394A"/>
    <w:rsid w:val="008146D2"/>
    <w:rsid w:val="00817190"/>
    <w:rsid w:val="0082063D"/>
    <w:rsid w:val="00827443"/>
    <w:rsid w:val="008307C1"/>
    <w:rsid w:val="008328A9"/>
    <w:rsid w:val="00835193"/>
    <w:rsid w:val="00835A41"/>
    <w:rsid w:val="00840F67"/>
    <w:rsid w:val="008461B8"/>
    <w:rsid w:val="00847163"/>
    <w:rsid w:val="0084732C"/>
    <w:rsid w:val="008502C5"/>
    <w:rsid w:val="00852A4F"/>
    <w:rsid w:val="008531C2"/>
    <w:rsid w:val="00856B72"/>
    <w:rsid w:val="00857FC3"/>
    <w:rsid w:val="008605CC"/>
    <w:rsid w:val="00865A48"/>
    <w:rsid w:val="00871E0F"/>
    <w:rsid w:val="00873AF9"/>
    <w:rsid w:val="008747FC"/>
    <w:rsid w:val="00874FDF"/>
    <w:rsid w:val="008833EF"/>
    <w:rsid w:val="008843CC"/>
    <w:rsid w:val="008856AE"/>
    <w:rsid w:val="00886E5E"/>
    <w:rsid w:val="00886FAD"/>
    <w:rsid w:val="00887D3E"/>
    <w:rsid w:val="00887EC1"/>
    <w:rsid w:val="008A251B"/>
    <w:rsid w:val="008A33A7"/>
    <w:rsid w:val="008A67C3"/>
    <w:rsid w:val="008A7FF8"/>
    <w:rsid w:val="008B5D92"/>
    <w:rsid w:val="008B5DAC"/>
    <w:rsid w:val="008B6394"/>
    <w:rsid w:val="008B695D"/>
    <w:rsid w:val="008B6D40"/>
    <w:rsid w:val="008C0460"/>
    <w:rsid w:val="008C0624"/>
    <w:rsid w:val="008C2675"/>
    <w:rsid w:val="008D0F36"/>
    <w:rsid w:val="008D1CD7"/>
    <w:rsid w:val="008D2CC2"/>
    <w:rsid w:val="008D2D55"/>
    <w:rsid w:val="008D3774"/>
    <w:rsid w:val="008E0258"/>
    <w:rsid w:val="008E097A"/>
    <w:rsid w:val="008E0ACE"/>
    <w:rsid w:val="008E2669"/>
    <w:rsid w:val="008E3A93"/>
    <w:rsid w:val="008E49ED"/>
    <w:rsid w:val="008F0BA4"/>
    <w:rsid w:val="008F14EC"/>
    <w:rsid w:val="008F1DCB"/>
    <w:rsid w:val="008F39A4"/>
    <w:rsid w:val="008F59A1"/>
    <w:rsid w:val="009006E6"/>
    <w:rsid w:val="0090454A"/>
    <w:rsid w:val="00905006"/>
    <w:rsid w:val="00905100"/>
    <w:rsid w:val="00911041"/>
    <w:rsid w:val="00912CF8"/>
    <w:rsid w:val="009166F3"/>
    <w:rsid w:val="00920AF3"/>
    <w:rsid w:val="00924A1C"/>
    <w:rsid w:val="00927013"/>
    <w:rsid w:val="009273F3"/>
    <w:rsid w:val="00927AE1"/>
    <w:rsid w:val="00931175"/>
    <w:rsid w:val="009325A6"/>
    <w:rsid w:val="0093419E"/>
    <w:rsid w:val="00943963"/>
    <w:rsid w:val="00945635"/>
    <w:rsid w:val="009456B7"/>
    <w:rsid w:val="009502D4"/>
    <w:rsid w:val="00952BFE"/>
    <w:rsid w:val="00953CB3"/>
    <w:rsid w:val="00957CC9"/>
    <w:rsid w:val="0096049F"/>
    <w:rsid w:val="0096141A"/>
    <w:rsid w:val="00971724"/>
    <w:rsid w:val="0097216F"/>
    <w:rsid w:val="0097409C"/>
    <w:rsid w:val="00981E90"/>
    <w:rsid w:val="00990346"/>
    <w:rsid w:val="00995972"/>
    <w:rsid w:val="00995F7F"/>
    <w:rsid w:val="00997D31"/>
    <w:rsid w:val="009A5FF1"/>
    <w:rsid w:val="009A6360"/>
    <w:rsid w:val="009B08B2"/>
    <w:rsid w:val="009B242E"/>
    <w:rsid w:val="009B49EC"/>
    <w:rsid w:val="009B56B6"/>
    <w:rsid w:val="009B56BA"/>
    <w:rsid w:val="009B67F3"/>
    <w:rsid w:val="009C2F92"/>
    <w:rsid w:val="009C3B61"/>
    <w:rsid w:val="009C52CB"/>
    <w:rsid w:val="009C7E18"/>
    <w:rsid w:val="009D60C1"/>
    <w:rsid w:val="009D669E"/>
    <w:rsid w:val="009E105F"/>
    <w:rsid w:val="009E5A7E"/>
    <w:rsid w:val="009E6DDD"/>
    <w:rsid w:val="009E7C7C"/>
    <w:rsid w:val="009F2FE9"/>
    <w:rsid w:val="009F4D07"/>
    <w:rsid w:val="009F69A6"/>
    <w:rsid w:val="00A0082F"/>
    <w:rsid w:val="00A02BDA"/>
    <w:rsid w:val="00A04C4B"/>
    <w:rsid w:val="00A04F06"/>
    <w:rsid w:val="00A16516"/>
    <w:rsid w:val="00A17BC7"/>
    <w:rsid w:val="00A21ED9"/>
    <w:rsid w:val="00A23435"/>
    <w:rsid w:val="00A2473A"/>
    <w:rsid w:val="00A25D28"/>
    <w:rsid w:val="00A27F22"/>
    <w:rsid w:val="00A35829"/>
    <w:rsid w:val="00A4126E"/>
    <w:rsid w:val="00A47FFA"/>
    <w:rsid w:val="00A51376"/>
    <w:rsid w:val="00A534C7"/>
    <w:rsid w:val="00A53961"/>
    <w:rsid w:val="00A54DAB"/>
    <w:rsid w:val="00A62D75"/>
    <w:rsid w:val="00A63C7A"/>
    <w:rsid w:val="00A712D6"/>
    <w:rsid w:val="00A72717"/>
    <w:rsid w:val="00A75363"/>
    <w:rsid w:val="00A8699F"/>
    <w:rsid w:val="00A91AEA"/>
    <w:rsid w:val="00A93864"/>
    <w:rsid w:val="00A94D6A"/>
    <w:rsid w:val="00A97577"/>
    <w:rsid w:val="00AA0CEF"/>
    <w:rsid w:val="00AA42BC"/>
    <w:rsid w:val="00AA5891"/>
    <w:rsid w:val="00AA5BDF"/>
    <w:rsid w:val="00AA7650"/>
    <w:rsid w:val="00AB07A6"/>
    <w:rsid w:val="00AB09AC"/>
    <w:rsid w:val="00AB137E"/>
    <w:rsid w:val="00AB1DEB"/>
    <w:rsid w:val="00AB49EA"/>
    <w:rsid w:val="00AB72D7"/>
    <w:rsid w:val="00AC05A7"/>
    <w:rsid w:val="00AC0D9B"/>
    <w:rsid w:val="00AC5E94"/>
    <w:rsid w:val="00AC6361"/>
    <w:rsid w:val="00AC6D9F"/>
    <w:rsid w:val="00AD1657"/>
    <w:rsid w:val="00AD3134"/>
    <w:rsid w:val="00AD334C"/>
    <w:rsid w:val="00AD565F"/>
    <w:rsid w:val="00AE0F37"/>
    <w:rsid w:val="00AE45F0"/>
    <w:rsid w:val="00AE5002"/>
    <w:rsid w:val="00AE7E14"/>
    <w:rsid w:val="00AF19D1"/>
    <w:rsid w:val="00AF2C1A"/>
    <w:rsid w:val="00AF3F80"/>
    <w:rsid w:val="00B0032F"/>
    <w:rsid w:val="00B005D7"/>
    <w:rsid w:val="00B0144E"/>
    <w:rsid w:val="00B025C2"/>
    <w:rsid w:val="00B02879"/>
    <w:rsid w:val="00B02C97"/>
    <w:rsid w:val="00B07AB6"/>
    <w:rsid w:val="00B10F14"/>
    <w:rsid w:val="00B1162F"/>
    <w:rsid w:val="00B177F4"/>
    <w:rsid w:val="00B23379"/>
    <w:rsid w:val="00B2373D"/>
    <w:rsid w:val="00B246F6"/>
    <w:rsid w:val="00B25AE1"/>
    <w:rsid w:val="00B25D11"/>
    <w:rsid w:val="00B32B96"/>
    <w:rsid w:val="00B33718"/>
    <w:rsid w:val="00B33C81"/>
    <w:rsid w:val="00B34758"/>
    <w:rsid w:val="00B359C9"/>
    <w:rsid w:val="00B35CCD"/>
    <w:rsid w:val="00B369E6"/>
    <w:rsid w:val="00B43118"/>
    <w:rsid w:val="00B43A0D"/>
    <w:rsid w:val="00B441EF"/>
    <w:rsid w:val="00B53B4E"/>
    <w:rsid w:val="00B5677C"/>
    <w:rsid w:val="00B6099D"/>
    <w:rsid w:val="00B612F4"/>
    <w:rsid w:val="00B61339"/>
    <w:rsid w:val="00B64AAC"/>
    <w:rsid w:val="00B654FE"/>
    <w:rsid w:val="00B67E56"/>
    <w:rsid w:val="00B70AD8"/>
    <w:rsid w:val="00B7185F"/>
    <w:rsid w:val="00B72ED0"/>
    <w:rsid w:val="00B73A2B"/>
    <w:rsid w:val="00B7447A"/>
    <w:rsid w:val="00B83E3D"/>
    <w:rsid w:val="00B90A4D"/>
    <w:rsid w:val="00B90AA5"/>
    <w:rsid w:val="00B910C2"/>
    <w:rsid w:val="00B95B86"/>
    <w:rsid w:val="00B96C12"/>
    <w:rsid w:val="00B97939"/>
    <w:rsid w:val="00BA0AB0"/>
    <w:rsid w:val="00BA0E6C"/>
    <w:rsid w:val="00BA0FE0"/>
    <w:rsid w:val="00BA2A49"/>
    <w:rsid w:val="00BA2EF3"/>
    <w:rsid w:val="00BA4D60"/>
    <w:rsid w:val="00BA7A08"/>
    <w:rsid w:val="00BB0C19"/>
    <w:rsid w:val="00BB4A4B"/>
    <w:rsid w:val="00BB4F6F"/>
    <w:rsid w:val="00BB7B27"/>
    <w:rsid w:val="00BC0541"/>
    <w:rsid w:val="00BD2E4F"/>
    <w:rsid w:val="00BD3749"/>
    <w:rsid w:val="00BD3E4C"/>
    <w:rsid w:val="00BD403F"/>
    <w:rsid w:val="00BD540F"/>
    <w:rsid w:val="00BD7A8D"/>
    <w:rsid w:val="00BE015A"/>
    <w:rsid w:val="00BE1177"/>
    <w:rsid w:val="00BE24F1"/>
    <w:rsid w:val="00BE27E9"/>
    <w:rsid w:val="00BE3FE1"/>
    <w:rsid w:val="00BE6383"/>
    <w:rsid w:val="00BF1EBB"/>
    <w:rsid w:val="00BF7362"/>
    <w:rsid w:val="00C0637E"/>
    <w:rsid w:val="00C06C55"/>
    <w:rsid w:val="00C11F83"/>
    <w:rsid w:val="00C122AD"/>
    <w:rsid w:val="00C151B1"/>
    <w:rsid w:val="00C1648C"/>
    <w:rsid w:val="00C201EE"/>
    <w:rsid w:val="00C21107"/>
    <w:rsid w:val="00C237CF"/>
    <w:rsid w:val="00C25EC0"/>
    <w:rsid w:val="00C30294"/>
    <w:rsid w:val="00C35B59"/>
    <w:rsid w:val="00C43A6A"/>
    <w:rsid w:val="00C50A41"/>
    <w:rsid w:val="00C5139D"/>
    <w:rsid w:val="00C53352"/>
    <w:rsid w:val="00C53920"/>
    <w:rsid w:val="00C539B8"/>
    <w:rsid w:val="00C55E76"/>
    <w:rsid w:val="00C56A15"/>
    <w:rsid w:val="00C621C1"/>
    <w:rsid w:val="00C62262"/>
    <w:rsid w:val="00C627C5"/>
    <w:rsid w:val="00C64248"/>
    <w:rsid w:val="00C66EDB"/>
    <w:rsid w:val="00C67264"/>
    <w:rsid w:val="00C67FDA"/>
    <w:rsid w:val="00C710B0"/>
    <w:rsid w:val="00C729DA"/>
    <w:rsid w:val="00C73A91"/>
    <w:rsid w:val="00C7541C"/>
    <w:rsid w:val="00C812BC"/>
    <w:rsid w:val="00CA3320"/>
    <w:rsid w:val="00CA42A8"/>
    <w:rsid w:val="00CA466C"/>
    <w:rsid w:val="00CA7C0A"/>
    <w:rsid w:val="00CA7D2C"/>
    <w:rsid w:val="00CB0B27"/>
    <w:rsid w:val="00CB38C9"/>
    <w:rsid w:val="00CC2A80"/>
    <w:rsid w:val="00CC2FC3"/>
    <w:rsid w:val="00CC37E2"/>
    <w:rsid w:val="00CC4928"/>
    <w:rsid w:val="00CC6462"/>
    <w:rsid w:val="00CC6D45"/>
    <w:rsid w:val="00CD0B5B"/>
    <w:rsid w:val="00CD1A9D"/>
    <w:rsid w:val="00CD1EB2"/>
    <w:rsid w:val="00CD20E1"/>
    <w:rsid w:val="00CD2F72"/>
    <w:rsid w:val="00CD38CF"/>
    <w:rsid w:val="00CE0CD7"/>
    <w:rsid w:val="00CE1998"/>
    <w:rsid w:val="00CE49DA"/>
    <w:rsid w:val="00CE5B8D"/>
    <w:rsid w:val="00CE7A16"/>
    <w:rsid w:val="00D00E62"/>
    <w:rsid w:val="00D01156"/>
    <w:rsid w:val="00D0543A"/>
    <w:rsid w:val="00D05E18"/>
    <w:rsid w:val="00D05FB8"/>
    <w:rsid w:val="00D07DE7"/>
    <w:rsid w:val="00D10159"/>
    <w:rsid w:val="00D1067D"/>
    <w:rsid w:val="00D1163B"/>
    <w:rsid w:val="00D14242"/>
    <w:rsid w:val="00D14F20"/>
    <w:rsid w:val="00D15EFB"/>
    <w:rsid w:val="00D17874"/>
    <w:rsid w:val="00D22524"/>
    <w:rsid w:val="00D23F9E"/>
    <w:rsid w:val="00D25E5B"/>
    <w:rsid w:val="00D32E96"/>
    <w:rsid w:val="00D36710"/>
    <w:rsid w:val="00D37B28"/>
    <w:rsid w:val="00D462BE"/>
    <w:rsid w:val="00D47A88"/>
    <w:rsid w:val="00D5161B"/>
    <w:rsid w:val="00D60A3C"/>
    <w:rsid w:val="00D62DDB"/>
    <w:rsid w:val="00D645D6"/>
    <w:rsid w:val="00D70676"/>
    <w:rsid w:val="00D728DF"/>
    <w:rsid w:val="00D73287"/>
    <w:rsid w:val="00D74741"/>
    <w:rsid w:val="00D779F1"/>
    <w:rsid w:val="00D83CDB"/>
    <w:rsid w:val="00D87D20"/>
    <w:rsid w:val="00D90485"/>
    <w:rsid w:val="00D91813"/>
    <w:rsid w:val="00D94E3E"/>
    <w:rsid w:val="00D97DD8"/>
    <w:rsid w:val="00DA1D17"/>
    <w:rsid w:val="00DA2B79"/>
    <w:rsid w:val="00DA66A8"/>
    <w:rsid w:val="00DA6C3F"/>
    <w:rsid w:val="00DA7A49"/>
    <w:rsid w:val="00DB00B4"/>
    <w:rsid w:val="00DB0D05"/>
    <w:rsid w:val="00DB278A"/>
    <w:rsid w:val="00DB3ECC"/>
    <w:rsid w:val="00DB4D61"/>
    <w:rsid w:val="00DB649A"/>
    <w:rsid w:val="00DC3276"/>
    <w:rsid w:val="00DC36FE"/>
    <w:rsid w:val="00DC4395"/>
    <w:rsid w:val="00DC5128"/>
    <w:rsid w:val="00DD00C9"/>
    <w:rsid w:val="00DD08CA"/>
    <w:rsid w:val="00DD22FC"/>
    <w:rsid w:val="00DF54F9"/>
    <w:rsid w:val="00DF6187"/>
    <w:rsid w:val="00E02A30"/>
    <w:rsid w:val="00E042A4"/>
    <w:rsid w:val="00E062F1"/>
    <w:rsid w:val="00E06402"/>
    <w:rsid w:val="00E12F2F"/>
    <w:rsid w:val="00E1612C"/>
    <w:rsid w:val="00E21ADB"/>
    <w:rsid w:val="00E26E4C"/>
    <w:rsid w:val="00E305C3"/>
    <w:rsid w:val="00E340F1"/>
    <w:rsid w:val="00E4323B"/>
    <w:rsid w:val="00E446BE"/>
    <w:rsid w:val="00E460AB"/>
    <w:rsid w:val="00E470CD"/>
    <w:rsid w:val="00E4720B"/>
    <w:rsid w:val="00E50197"/>
    <w:rsid w:val="00E505D4"/>
    <w:rsid w:val="00E50AD0"/>
    <w:rsid w:val="00E62AE6"/>
    <w:rsid w:val="00E719B0"/>
    <w:rsid w:val="00E755F9"/>
    <w:rsid w:val="00E76E51"/>
    <w:rsid w:val="00E77143"/>
    <w:rsid w:val="00E7717D"/>
    <w:rsid w:val="00E84B27"/>
    <w:rsid w:val="00E84E55"/>
    <w:rsid w:val="00E858AC"/>
    <w:rsid w:val="00E9014E"/>
    <w:rsid w:val="00E9448B"/>
    <w:rsid w:val="00EA02E8"/>
    <w:rsid w:val="00EA5B4F"/>
    <w:rsid w:val="00EB0BB6"/>
    <w:rsid w:val="00EB2F59"/>
    <w:rsid w:val="00EB4274"/>
    <w:rsid w:val="00EC2EE6"/>
    <w:rsid w:val="00EC7EAE"/>
    <w:rsid w:val="00ED16E4"/>
    <w:rsid w:val="00ED3255"/>
    <w:rsid w:val="00ED388F"/>
    <w:rsid w:val="00ED4955"/>
    <w:rsid w:val="00EE0A8C"/>
    <w:rsid w:val="00EE21A2"/>
    <w:rsid w:val="00EE4A58"/>
    <w:rsid w:val="00EE4D27"/>
    <w:rsid w:val="00EE565E"/>
    <w:rsid w:val="00EE7F73"/>
    <w:rsid w:val="00EF0187"/>
    <w:rsid w:val="00EF02DC"/>
    <w:rsid w:val="00EF2E48"/>
    <w:rsid w:val="00F011A6"/>
    <w:rsid w:val="00F04BF6"/>
    <w:rsid w:val="00F06652"/>
    <w:rsid w:val="00F066B5"/>
    <w:rsid w:val="00F12008"/>
    <w:rsid w:val="00F12C11"/>
    <w:rsid w:val="00F20820"/>
    <w:rsid w:val="00F232CB"/>
    <w:rsid w:val="00F3022F"/>
    <w:rsid w:val="00F316DE"/>
    <w:rsid w:val="00F32266"/>
    <w:rsid w:val="00F37292"/>
    <w:rsid w:val="00F37657"/>
    <w:rsid w:val="00F435B2"/>
    <w:rsid w:val="00F45197"/>
    <w:rsid w:val="00F57F51"/>
    <w:rsid w:val="00F6131F"/>
    <w:rsid w:val="00F638FC"/>
    <w:rsid w:val="00F63AE7"/>
    <w:rsid w:val="00F646B0"/>
    <w:rsid w:val="00F6580F"/>
    <w:rsid w:val="00F65940"/>
    <w:rsid w:val="00F6648A"/>
    <w:rsid w:val="00F7048D"/>
    <w:rsid w:val="00F7621F"/>
    <w:rsid w:val="00F823FE"/>
    <w:rsid w:val="00F849DF"/>
    <w:rsid w:val="00F86B6D"/>
    <w:rsid w:val="00F870AB"/>
    <w:rsid w:val="00F87F2E"/>
    <w:rsid w:val="00F90956"/>
    <w:rsid w:val="00F9582E"/>
    <w:rsid w:val="00FA2F40"/>
    <w:rsid w:val="00FA32E6"/>
    <w:rsid w:val="00FA4C79"/>
    <w:rsid w:val="00FB30BF"/>
    <w:rsid w:val="00FB39BA"/>
    <w:rsid w:val="00FB781A"/>
    <w:rsid w:val="00FB7B93"/>
    <w:rsid w:val="00FC0C0C"/>
    <w:rsid w:val="00FC3ED1"/>
    <w:rsid w:val="00FC418E"/>
    <w:rsid w:val="00FC4827"/>
    <w:rsid w:val="00FC5521"/>
    <w:rsid w:val="00FD5C9F"/>
    <w:rsid w:val="00FD6E1D"/>
    <w:rsid w:val="00FD7C53"/>
    <w:rsid w:val="00FE05E5"/>
    <w:rsid w:val="00FE3983"/>
    <w:rsid w:val="00FE4F6E"/>
    <w:rsid w:val="00FE50D1"/>
    <w:rsid w:val="00FF14A7"/>
    <w:rsid w:val="00FF5E1C"/>
    <w:rsid w:val="00FF5FAC"/>
    <w:rsid w:val="00FF6424"/>
    <w:rsid w:val="00FF66B2"/>
    <w:rsid w:val="00FF6D2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28D155"/>
  <w15:chartTrackingRefBased/>
  <w15:docId w15:val="{0EFF09BA-B909-4DDC-B13E-4BCF4B196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Arial"/>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211A"/>
    <w:pPr>
      <w:widowControl w:val="0"/>
      <w:bidi/>
      <w:spacing w:after="160"/>
      <w:ind w:firstLine="284"/>
      <w:jc w:val="both"/>
    </w:pPr>
    <w:rPr>
      <w:rFonts w:ascii="Times New Roman" w:hAnsi="Times New Roman" w:cs="B Nazanin"/>
      <w:sz w:val="24"/>
      <w:szCs w:val="28"/>
      <w:lang w:bidi="fa-IR"/>
    </w:rPr>
  </w:style>
  <w:style w:type="paragraph" w:styleId="Heading1">
    <w:name w:val="heading 1"/>
    <w:aliases w:val="عنوان 1"/>
    <w:basedOn w:val="Normal"/>
    <w:next w:val="Normal"/>
    <w:link w:val="Heading1Char"/>
    <w:uiPriority w:val="9"/>
    <w:qFormat/>
    <w:rsid w:val="004C36E9"/>
    <w:pPr>
      <w:keepNext/>
      <w:keepLines/>
      <w:numPr>
        <w:numId w:val="1"/>
      </w:numPr>
      <w:spacing w:before="240" w:after="0"/>
      <w:outlineLvl w:val="0"/>
    </w:pPr>
    <w:rPr>
      <w:rFonts w:ascii="Calibri Light" w:eastAsia="Times New Roman" w:hAnsi="Calibri Light"/>
      <w:bCs/>
      <w:sz w:val="32"/>
      <w:szCs w:val="40"/>
    </w:rPr>
  </w:style>
  <w:style w:type="paragraph" w:styleId="Heading2">
    <w:name w:val="heading 2"/>
    <w:aliases w:val="عنوان 2"/>
    <w:basedOn w:val="Normal"/>
    <w:next w:val="Normal"/>
    <w:link w:val="Heading2Char"/>
    <w:autoRedefine/>
    <w:uiPriority w:val="9"/>
    <w:unhideWhenUsed/>
    <w:qFormat/>
    <w:rsid w:val="007F6AA1"/>
    <w:pPr>
      <w:keepNext/>
      <w:keepLines/>
      <w:tabs>
        <w:tab w:val="left" w:pos="223"/>
      </w:tabs>
      <w:spacing w:after="120" w:line="276" w:lineRule="auto"/>
      <w:ind w:left="16" w:firstLine="0"/>
      <w:jc w:val="lowKashida"/>
      <w:outlineLvl w:val="1"/>
    </w:pPr>
    <w:rPr>
      <w:rFonts w:ascii="IRANSans" w:hAnsi="IRANSans"/>
      <w:b/>
      <w:bCs/>
      <w:sz w:val="32"/>
      <w:szCs w:val="32"/>
    </w:rPr>
  </w:style>
  <w:style w:type="paragraph" w:styleId="Heading3">
    <w:name w:val="heading 3"/>
    <w:aliases w:val="عنوان 3"/>
    <w:basedOn w:val="Normal"/>
    <w:next w:val="Normal"/>
    <w:link w:val="Heading3Char"/>
    <w:autoRedefine/>
    <w:uiPriority w:val="9"/>
    <w:unhideWhenUsed/>
    <w:qFormat/>
    <w:rsid w:val="004C36E9"/>
    <w:pPr>
      <w:bidi w:val="0"/>
      <w:spacing w:after="45"/>
      <w:ind w:left="467" w:right="450" w:firstLine="0"/>
      <w:jc w:val="center"/>
      <w:outlineLvl w:val="2"/>
    </w:pPr>
    <w:rPr>
      <w:rFonts w:ascii="Times New Roman Bold" w:hAnsi="Times New Roman Bold"/>
      <w:b/>
      <w:bCs/>
      <w:sz w:val="26"/>
      <w:szCs w:val="32"/>
    </w:rPr>
  </w:style>
  <w:style w:type="paragraph" w:styleId="Heading4">
    <w:name w:val="heading 4"/>
    <w:basedOn w:val="Normal"/>
    <w:next w:val="Normal"/>
    <w:link w:val="Heading4Char"/>
    <w:autoRedefine/>
    <w:uiPriority w:val="9"/>
    <w:unhideWhenUsed/>
    <w:qFormat/>
    <w:rsid w:val="004C36E9"/>
    <w:pPr>
      <w:keepNext/>
      <w:keepLines/>
      <w:spacing w:after="0" w:line="276" w:lineRule="auto"/>
      <w:ind w:left="467" w:right="450" w:hanging="43"/>
      <w:outlineLvl w:val="3"/>
    </w:pPr>
    <w:rPr>
      <w:rFonts w:eastAsia="Times New Roman"/>
      <w:b/>
      <w:bCs/>
    </w:rPr>
  </w:style>
  <w:style w:type="paragraph" w:styleId="Heading5">
    <w:name w:val="heading 5"/>
    <w:basedOn w:val="Normal"/>
    <w:next w:val="Normal"/>
    <w:link w:val="Heading5Char"/>
    <w:autoRedefine/>
    <w:uiPriority w:val="9"/>
    <w:unhideWhenUsed/>
    <w:qFormat/>
    <w:rsid w:val="004C36E9"/>
    <w:pPr>
      <w:keepNext/>
      <w:keepLines/>
      <w:spacing w:after="0" w:line="276" w:lineRule="auto"/>
      <w:ind w:left="467" w:right="450" w:firstLine="0"/>
      <w:jc w:val="lowKashida"/>
      <w:outlineLvl w:val="4"/>
    </w:pPr>
    <w:rPr>
      <w:rFonts w:eastAsia="Times New Roman"/>
      <w:spacing w:val="-2"/>
      <w:sz w:val="28"/>
    </w:rPr>
  </w:style>
  <w:style w:type="paragraph" w:styleId="Heading6">
    <w:name w:val="heading 6"/>
    <w:basedOn w:val="Normal"/>
    <w:next w:val="Normal"/>
    <w:link w:val="Heading6Char"/>
    <w:uiPriority w:val="9"/>
    <w:unhideWhenUsed/>
    <w:qFormat/>
    <w:rsid w:val="004C36E9"/>
    <w:pPr>
      <w:keepNext/>
      <w:keepLines/>
      <w:numPr>
        <w:ilvl w:val="5"/>
        <w:numId w:val="1"/>
      </w:numPr>
      <w:spacing w:before="40" w:after="0"/>
      <w:outlineLvl w:val="5"/>
    </w:pPr>
    <w:rPr>
      <w:rFonts w:eastAsia="Times New Roman"/>
      <w:b/>
      <w:bCs/>
    </w:rPr>
  </w:style>
  <w:style w:type="paragraph" w:styleId="Heading7">
    <w:name w:val="heading 7"/>
    <w:basedOn w:val="Normal"/>
    <w:next w:val="Normal"/>
    <w:link w:val="Heading7Char"/>
    <w:uiPriority w:val="9"/>
    <w:semiHidden/>
    <w:unhideWhenUsed/>
    <w:qFormat/>
    <w:rsid w:val="004C36E9"/>
    <w:pPr>
      <w:keepNext/>
      <w:keepLines/>
      <w:numPr>
        <w:ilvl w:val="6"/>
        <w:numId w:val="1"/>
      </w:numPr>
      <w:spacing w:before="40" w:after="0"/>
      <w:outlineLvl w:val="6"/>
    </w:pPr>
    <w:rPr>
      <w:rFonts w:ascii="Calibri Light" w:eastAsia="Times New Roman" w:hAnsi="Calibri Light" w:cs="Times New Roman"/>
      <w:i/>
      <w:iCs/>
      <w:color w:val="1F3763"/>
    </w:rPr>
  </w:style>
  <w:style w:type="paragraph" w:styleId="Heading8">
    <w:name w:val="heading 8"/>
    <w:basedOn w:val="Normal"/>
    <w:next w:val="Normal"/>
    <w:link w:val="Heading8Char"/>
    <w:uiPriority w:val="9"/>
    <w:semiHidden/>
    <w:unhideWhenUsed/>
    <w:qFormat/>
    <w:rsid w:val="004C36E9"/>
    <w:pPr>
      <w:keepNext/>
      <w:keepLines/>
      <w:numPr>
        <w:ilvl w:val="7"/>
        <w:numId w:val="1"/>
      </w:numPr>
      <w:spacing w:before="40" w:after="0"/>
      <w:outlineLvl w:val="7"/>
    </w:pPr>
    <w:rPr>
      <w:rFonts w:ascii="Calibri Light" w:eastAsia="Times New Roman" w:hAnsi="Calibri Light" w:cs="Times New Roman"/>
      <w:color w:val="272727"/>
      <w:sz w:val="21"/>
      <w:szCs w:val="21"/>
    </w:rPr>
  </w:style>
  <w:style w:type="paragraph" w:styleId="Heading9">
    <w:name w:val="heading 9"/>
    <w:basedOn w:val="Normal"/>
    <w:next w:val="Normal"/>
    <w:link w:val="Heading9Char"/>
    <w:uiPriority w:val="9"/>
    <w:semiHidden/>
    <w:unhideWhenUsed/>
    <w:qFormat/>
    <w:rsid w:val="004C36E9"/>
    <w:pPr>
      <w:keepNext/>
      <w:keepLines/>
      <w:numPr>
        <w:ilvl w:val="8"/>
        <w:numId w:val="1"/>
      </w:numPr>
      <w:spacing w:before="40" w:after="0"/>
      <w:outlineLvl w:val="8"/>
    </w:pPr>
    <w:rPr>
      <w:rFonts w:ascii="Calibri Light" w:eastAsia="Times New Roman" w:hAnsi="Calibri Light" w:cs="Times New Roman"/>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446BE"/>
    <w:pPr>
      <w:bidi w:val="0"/>
      <w:spacing w:before="100" w:beforeAutospacing="1" w:after="100" w:afterAutospacing="1"/>
    </w:pPr>
    <w:rPr>
      <w:rFonts w:eastAsia="Times New Roman" w:cs="Times New Roman"/>
      <w:szCs w:val="24"/>
      <w:lang w:bidi="ar-SA"/>
    </w:rPr>
  </w:style>
  <w:style w:type="character" w:customStyle="1" w:styleId="Heading2Char">
    <w:name w:val="Heading 2 Char"/>
    <w:aliases w:val="عنوان 2 Char"/>
    <w:link w:val="Heading2"/>
    <w:uiPriority w:val="9"/>
    <w:rsid w:val="007F6AA1"/>
    <w:rPr>
      <w:rFonts w:ascii="IRANSans" w:eastAsia="Calibri" w:hAnsi="IRANSans" w:cs="B Nazanin"/>
      <w:b/>
      <w:bCs/>
      <w:sz w:val="32"/>
      <w:szCs w:val="32"/>
      <w:lang w:bidi="fa-IR"/>
    </w:rPr>
  </w:style>
  <w:style w:type="paragraph" w:styleId="ListParagraph">
    <w:name w:val="List Paragraph"/>
    <w:basedOn w:val="Normal"/>
    <w:uiPriority w:val="34"/>
    <w:qFormat/>
    <w:rsid w:val="007F6AA1"/>
    <w:pPr>
      <w:widowControl/>
      <w:bidi w:val="0"/>
      <w:spacing w:after="200" w:line="276" w:lineRule="auto"/>
      <w:ind w:left="720" w:firstLine="0"/>
      <w:contextualSpacing/>
      <w:jc w:val="left"/>
    </w:pPr>
    <w:rPr>
      <w:rFonts w:ascii="Calibri" w:hAnsi="Calibri" w:cs="Arial"/>
      <w:sz w:val="22"/>
      <w:szCs w:val="22"/>
      <w:lang w:bidi="ar-SA"/>
    </w:rPr>
  </w:style>
  <w:style w:type="character" w:customStyle="1" w:styleId="Heading1Char">
    <w:name w:val="Heading 1 Char"/>
    <w:aliases w:val="عنوان 1 Char"/>
    <w:link w:val="Heading1"/>
    <w:uiPriority w:val="9"/>
    <w:rsid w:val="004C36E9"/>
    <w:rPr>
      <w:rFonts w:ascii="Calibri Light" w:eastAsia="Times New Roman" w:hAnsi="Calibri Light" w:cs="B Nazanin"/>
      <w:bCs/>
      <w:sz w:val="32"/>
      <w:szCs w:val="40"/>
      <w:lang w:bidi="fa-IR"/>
    </w:rPr>
  </w:style>
  <w:style w:type="character" w:customStyle="1" w:styleId="Heading3Char">
    <w:name w:val="Heading 3 Char"/>
    <w:aliases w:val="عنوان 3 Char"/>
    <w:link w:val="Heading3"/>
    <w:uiPriority w:val="9"/>
    <w:rsid w:val="004C36E9"/>
    <w:rPr>
      <w:rFonts w:ascii="Times New Roman Bold" w:eastAsia="Calibri" w:hAnsi="Times New Roman Bold" w:cs="B Nazanin"/>
      <w:b/>
      <w:bCs/>
      <w:sz w:val="26"/>
      <w:szCs w:val="32"/>
      <w:lang w:bidi="fa-IR"/>
    </w:rPr>
  </w:style>
  <w:style w:type="character" w:customStyle="1" w:styleId="Heading4Char">
    <w:name w:val="Heading 4 Char"/>
    <w:link w:val="Heading4"/>
    <w:uiPriority w:val="9"/>
    <w:rsid w:val="004C36E9"/>
    <w:rPr>
      <w:rFonts w:ascii="Times New Roman" w:eastAsia="Times New Roman" w:hAnsi="Times New Roman" w:cs="B Nazanin"/>
      <w:b/>
      <w:bCs/>
      <w:sz w:val="24"/>
      <w:szCs w:val="28"/>
      <w:lang w:bidi="fa-IR"/>
    </w:rPr>
  </w:style>
  <w:style w:type="character" w:customStyle="1" w:styleId="Heading5Char">
    <w:name w:val="Heading 5 Char"/>
    <w:link w:val="Heading5"/>
    <w:uiPriority w:val="9"/>
    <w:rsid w:val="004C36E9"/>
    <w:rPr>
      <w:rFonts w:ascii="Times New Roman" w:eastAsia="Times New Roman" w:hAnsi="Times New Roman" w:cs="B Nazanin"/>
      <w:spacing w:val="-2"/>
      <w:sz w:val="28"/>
      <w:szCs w:val="28"/>
      <w:lang w:bidi="fa-IR"/>
    </w:rPr>
  </w:style>
  <w:style w:type="character" w:customStyle="1" w:styleId="Heading6Char">
    <w:name w:val="Heading 6 Char"/>
    <w:link w:val="Heading6"/>
    <w:uiPriority w:val="9"/>
    <w:rsid w:val="004C36E9"/>
    <w:rPr>
      <w:rFonts w:ascii="Times New Roman" w:eastAsia="Times New Roman" w:hAnsi="Times New Roman" w:cs="B Nazanin"/>
      <w:b/>
      <w:bCs/>
      <w:sz w:val="24"/>
      <w:szCs w:val="28"/>
      <w:lang w:bidi="fa-IR"/>
    </w:rPr>
  </w:style>
  <w:style w:type="character" w:customStyle="1" w:styleId="Heading7Char">
    <w:name w:val="Heading 7 Char"/>
    <w:link w:val="Heading7"/>
    <w:uiPriority w:val="9"/>
    <w:semiHidden/>
    <w:rsid w:val="004C36E9"/>
    <w:rPr>
      <w:rFonts w:ascii="Calibri Light" w:eastAsia="Times New Roman" w:hAnsi="Calibri Light" w:cs="Times New Roman"/>
      <w:i/>
      <w:iCs/>
      <w:color w:val="1F3763"/>
      <w:sz w:val="24"/>
      <w:szCs w:val="28"/>
      <w:lang w:bidi="fa-IR"/>
    </w:rPr>
  </w:style>
  <w:style w:type="character" w:customStyle="1" w:styleId="Heading8Char">
    <w:name w:val="Heading 8 Char"/>
    <w:link w:val="Heading8"/>
    <w:uiPriority w:val="9"/>
    <w:semiHidden/>
    <w:rsid w:val="004C36E9"/>
    <w:rPr>
      <w:rFonts w:ascii="Calibri Light" w:eastAsia="Times New Roman" w:hAnsi="Calibri Light" w:cs="Times New Roman"/>
      <w:color w:val="272727"/>
      <w:sz w:val="21"/>
      <w:szCs w:val="21"/>
      <w:lang w:bidi="fa-IR"/>
    </w:rPr>
  </w:style>
  <w:style w:type="character" w:customStyle="1" w:styleId="Heading9Char">
    <w:name w:val="Heading 9 Char"/>
    <w:link w:val="Heading9"/>
    <w:uiPriority w:val="9"/>
    <w:semiHidden/>
    <w:rsid w:val="004C36E9"/>
    <w:rPr>
      <w:rFonts w:ascii="Calibri Light" w:eastAsia="Times New Roman" w:hAnsi="Calibri Light" w:cs="Times New Roman"/>
      <w:i/>
      <w:iCs/>
      <w:color w:val="272727"/>
      <w:sz w:val="21"/>
      <w:szCs w:val="21"/>
      <w:lang w:bidi="fa-IR"/>
    </w:rPr>
  </w:style>
  <w:style w:type="numbering" w:customStyle="1" w:styleId="NoList1">
    <w:name w:val="No List1"/>
    <w:next w:val="NoList"/>
    <w:uiPriority w:val="99"/>
    <w:semiHidden/>
    <w:unhideWhenUsed/>
    <w:rsid w:val="004C36E9"/>
  </w:style>
  <w:style w:type="character" w:styleId="Hyperlink">
    <w:name w:val="Hyperlink"/>
    <w:uiPriority w:val="99"/>
    <w:unhideWhenUsed/>
    <w:rsid w:val="004C36E9"/>
    <w:rPr>
      <w:color w:val="0000FF"/>
      <w:u w:val="single"/>
    </w:rPr>
  </w:style>
  <w:style w:type="paragraph" w:styleId="TOC2">
    <w:name w:val="toc 2"/>
    <w:basedOn w:val="Normal"/>
    <w:next w:val="Normal"/>
    <w:autoRedefine/>
    <w:uiPriority w:val="39"/>
    <w:rsid w:val="004C36E9"/>
    <w:pPr>
      <w:widowControl/>
      <w:tabs>
        <w:tab w:val="left" w:pos="475"/>
        <w:tab w:val="right" w:leader="dot" w:pos="7936"/>
      </w:tabs>
      <w:spacing w:after="0"/>
      <w:ind w:left="220" w:firstLine="0"/>
      <w:jc w:val="left"/>
    </w:pPr>
    <w:rPr>
      <w:rFonts w:ascii="B Nazanin" w:hAnsi="B Nazanin" w:cs="2  Lotus"/>
      <w:noProof/>
      <w:sz w:val="28"/>
      <w:lang w:bidi="ar-SA"/>
    </w:rPr>
  </w:style>
  <w:style w:type="paragraph" w:styleId="TOC1">
    <w:name w:val="toc 1"/>
    <w:basedOn w:val="Normal"/>
    <w:next w:val="Normal"/>
    <w:autoRedefine/>
    <w:uiPriority w:val="39"/>
    <w:rsid w:val="004C36E9"/>
    <w:pPr>
      <w:widowControl/>
      <w:tabs>
        <w:tab w:val="right" w:leader="dot" w:pos="8504"/>
      </w:tabs>
      <w:spacing w:after="0" w:line="276" w:lineRule="auto"/>
      <w:ind w:firstLine="0"/>
      <w:jc w:val="left"/>
    </w:pPr>
    <w:rPr>
      <w:rFonts w:ascii="B Nazanin" w:hAnsi="B Nazanin"/>
      <w:bCs/>
      <w:noProof/>
    </w:rPr>
  </w:style>
  <w:style w:type="paragraph" w:styleId="TOC3">
    <w:name w:val="toc 3"/>
    <w:basedOn w:val="Normal"/>
    <w:next w:val="Normal"/>
    <w:autoRedefine/>
    <w:uiPriority w:val="39"/>
    <w:rsid w:val="004C36E9"/>
    <w:pPr>
      <w:widowControl/>
      <w:bidi w:val="0"/>
      <w:spacing w:after="200" w:line="276" w:lineRule="auto"/>
      <w:ind w:left="440" w:firstLine="0"/>
      <w:jc w:val="left"/>
    </w:pPr>
    <w:rPr>
      <w:rFonts w:ascii="Calibri" w:hAnsi="Calibri" w:cs="Arial"/>
      <w:sz w:val="22"/>
      <w:szCs w:val="22"/>
      <w:lang w:bidi="ar-SA"/>
    </w:rPr>
  </w:style>
  <w:style w:type="character" w:styleId="Strong">
    <w:name w:val="Strong"/>
    <w:uiPriority w:val="22"/>
    <w:qFormat/>
    <w:rsid w:val="004C36E9"/>
    <w:rPr>
      <w:b/>
      <w:bCs/>
    </w:rPr>
  </w:style>
  <w:style w:type="character" w:customStyle="1" w:styleId="BalloonTextChar">
    <w:name w:val="Balloon Text Char"/>
    <w:link w:val="BalloonText"/>
    <w:uiPriority w:val="99"/>
    <w:semiHidden/>
    <w:rsid w:val="004C36E9"/>
    <w:rPr>
      <w:rFonts w:ascii="Tahoma" w:hAnsi="Tahoma" w:cs="Tahoma"/>
      <w:sz w:val="16"/>
      <w:szCs w:val="16"/>
    </w:rPr>
  </w:style>
  <w:style w:type="paragraph" w:styleId="BalloonText">
    <w:name w:val="Balloon Text"/>
    <w:basedOn w:val="Normal"/>
    <w:link w:val="BalloonTextChar"/>
    <w:uiPriority w:val="99"/>
    <w:semiHidden/>
    <w:unhideWhenUsed/>
    <w:rsid w:val="004C36E9"/>
    <w:pPr>
      <w:widowControl/>
      <w:bidi w:val="0"/>
      <w:spacing w:after="0"/>
      <w:ind w:firstLine="0"/>
      <w:jc w:val="left"/>
    </w:pPr>
    <w:rPr>
      <w:rFonts w:ascii="Tahoma" w:hAnsi="Tahoma" w:cs="Tahoma"/>
      <w:sz w:val="16"/>
      <w:szCs w:val="16"/>
      <w:lang w:bidi="ar-SA"/>
    </w:rPr>
  </w:style>
  <w:style w:type="character" w:customStyle="1" w:styleId="BalloonTextChar1">
    <w:name w:val="Balloon Text Char1"/>
    <w:uiPriority w:val="99"/>
    <w:semiHidden/>
    <w:rsid w:val="004C36E9"/>
    <w:rPr>
      <w:rFonts w:ascii="Segoe UI" w:eastAsia="Calibri" w:hAnsi="Segoe UI" w:cs="Segoe UI"/>
      <w:sz w:val="18"/>
      <w:szCs w:val="18"/>
      <w:lang w:bidi="fa-IR"/>
    </w:rPr>
  </w:style>
  <w:style w:type="table" w:styleId="TableGrid">
    <w:name w:val="Table Grid"/>
    <w:basedOn w:val="TableNormal"/>
    <w:uiPriority w:val="59"/>
    <w:rsid w:val="004C36E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ommentTextChar">
    <w:name w:val="Comment Text Char"/>
    <w:link w:val="CommentText"/>
    <w:uiPriority w:val="99"/>
    <w:semiHidden/>
    <w:rsid w:val="004C36E9"/>
  </w:style>
  <w:style w:type="paragraph" w:styleId="CommentText">
    <w:name w:val="annotation text"/>
    <w:basedOn w:val="Normal"/>
    <w:link w:val="CommentTextChar"/>
    <w:uiPriority w:val="99"/>
    <w:semiHidden/>
    <w:unhideWhenUsed/>
    <w:rsid w:val="004C36E9"/>
    <w:pPr>
      <w:widowControl/>
      <w:bidi w:val="0"/>
      <w:spacing w:after="200"/>
      <w:ind w:firstLine="0"/>
      <w:jc w:val="left"/>
    </w:pPr>
    <w:rPr>
      <w:rFonts w:ascii="Calibri" w:hAnsi="Calibri" w:cs="Arial"/>
      <w:sz w:val="22"/>
      <w:szCs w:val="22"/>
      <w:lang w:bidi="ar-SA"/>
    </w:rPr>
  </w:style>
  <w:style w:type="character" w:customStyle="1" w:styleId="CommentTextChar1">
    <w:name w:val="Comment Text Char1"/>
    <w:uiPriority w:val="99"/>
    <w:semiHidden/>
    <w:rsid w:val="004C36E9"/>
    <w:rPr>
      <w:rFonts w:ascii="Times New Roman" w:eastAsia="Calibri" w:hAnsi="Times New Roman" w:cs="B Nazanin"/>
      <w:sz w:val="20"/>
      <w:szCs w:val="20"/>
      <w:lang w:bidi="fa-IR"/>
    </w:rPr>
  </w:style>
  <w:style w:type="character" w:customStyle="1" w:styleId="HeaderChar">
    <w:name w:val="Header Char"/>
    <w:link w:val="Header"/>
    <w:uiPriority w:val="99"/>
    <w:rsid w:val="004C36E9"/>
    <w:rPr>
      <w:rFonts w:ascii="Calibri" w:eastAsia="Calibri" w:hAnsi="Calibri" w:cs="Arial"/>
    </w:rPr>
  </w:style>
  <w:style w:type="paragraph" w:styleId="Header">
    <w:name w:val="header"/>
    <w:basedOn w:val="Normal"/>
    <w:link w:val="HeaderChar"/>
    <w:uiPriority w:val="99"/>
    <w:unhideWhenUsed/>
    <w:rsid w:val="004C36E9"/>
    <w:pPr>
      <w:widowControl/>
      <w:tabs>
        <w:tab w:val="center" w:pos="4680"/>
        <w:tab w:val="right" w:pos="9360"/>
      </w:tabs>
      <w:bidi w:val="0"/>
      <w:spacing w:after="0"/>
      <w:ind w:firstLine="0"/>
      <w:jc w:val="left"/>
    </w:pPr>
    <w:rPr>
      <w:rFonts w:ascii="Calibri" w:hAnsi="Calibri" w:cs="Arial"/>
      <w:sz w:val="22"/>
      <w:szCs w:val="22"/>
      <w:lang w:bidi="ar-SA"/>
    </w:rPr>
  </w:style>
  <w:style w:type="character" w:customStyle="1" w:styleId="HeaderChar1">
    <w:name w:val="Header Char1"/>
    <w:uiPriority w:val="99"/>
    <w:semiHidden/>
    <w:rsid w:val="004C36E9"/>
    <w:rPr>
      <w:rFonts w:ascii="Times New Roman" w:eastAsia="Calibri" w:hAnsi="Times New Roman" w:cs="B Nazanin"/>
      <w:sz w:val="24"/>
      <w:szCs w:val="28"/>
      <w:lang w:bidi="fa-IR"/>
    </w:rPr>
  </w:style>
  <w:style w:type="character" w:customStyle="1" w:styleId="FooterChar">
    <w:name w:val="Footer Char"/>
    <w:link w:val="Footer"/>
    <w:uiPriority w:val="99"/>
    <w:rsid w:val="004C36E9"/>
    <w:rPr>
      <w:rFonts w:ascii="Calibri" w:eastAsia="Calibri" w:hAnsi="Calibri" w:cs="Arial"/>
    </w:rPr>
  </w:style>
  <w:style w:type="paragraph" w:styleId="Footer">
    <w:name w:val="footer"/>
    <w:basedOn w:val="Normal"/>
    <w:link w:val="FooterChar"/>
    <w:uiPriority w:val="99"/>
    <w:unhideWhenUsed/>
    <w:rsid w:val="004C36E9"/>
    <w:pPr>
      <w:widowControl/>
      <w:tabs>
        <w:tab w:val="center" w:pos="4680"/>
        <w:tab w:val="right" w:pos="9360"/>
      </w:tabs>
      <w:bidi w:val="0"/>
      <w:spacing w:after="0"/>
      <w:ind w:firstLine="0"/>
      <w:jc w:val="left"/>
    </w:pPr>
    <w:rPr>
      <w:rFonts w:ascii="Calibri" w:hAnsi="Calibri" w:cs="Arial"/>
      <w:sz w:val="22"/>
      <w:szCs w:val="22"/>
      <w:lang w:bidi="ar-SA"/>
    </w:rPr>
  </w:style>
  <w:style w:type="character" w:customStyle="1" w:styleId="FooterChar1">
    <w:name w:val="Footer Char1"/>
    <w:uiPriority w:val="99"/>
    <w:semiHidden/>
    <w:rsid w:val="004C36E9"/>
    <w:rPr>
      <w:rFonts w:ascii="Times New Roman" w:eastAsia="Calibri" w:hAnsi="Times New Roman" w:cs="B Nazanin"/>
      <w:sz w:val="24"/>
      <w:szCs w:val="28"/>
      <w:lang w:bidi="fa-IR"/>
    </w:rPr>
  </w:style>
  <w:style w:type="character" w:customStyle="1" w:styleId="FootnoteTextChar">
    <w:name w:val="Footnote Text Char"/>
    <w:basedOn w:val="DefaultParagraphFont"/>
    <w:link w:val="FootnoteText"/>
    <w:uiPriority w:val="99"/>
    <w:rsid w:val="004C36E9"/>
  </w:style>
  <w:style w:type="paragraph" w:styleId="FootnoteText">
    <w:name w:val="footnote text"/>
    <w:basedOn w:val="Normal"/>
    <w:link w:val="FootnoteTextChar"/>
    <w:uiPriority w:val="99"/>
    <w:rsid w:val="004C36E9"/>
    <w:pPr>
      <w:widowControl/>
      <w:spacing w:after="0"/>
      <w:ind w:firstLine="0"/>
      <w:jc w:val="left"/>
    </w:pPr>
    <w:rPr>
      <w:rFonts w:ascii="Calibri" w:hAnsi="Calibri" w:cs="Arial"/>
      <w:sz w:val="22"/>
      <w:szCs w:val="22"/>
      <w:lang w:bidi="ar-SA"/>
    </w:rPr>
  </w:style>
  <w:style w:type="character" w:customStyle="1" w:styleId="FootnoteTextChar1">
    <w:name w:val="Footnote Text Char1"/>
    <w:uiPriority w:val="99"/>
    <w:semiHidden/>
    <w:rsid w:val="004C36E9"/>
    <w:rPr>
      <w:rFonts w:ascii="Times New Roman" w:eastAsia="Calibri" w:hAnsi="Times New Roman" w:cs="B Nazanin"/>
      <w:sz w:val="20"/>
      <w:szCs w:val="20"/>
      <w:lang w:bidi="fa-IR"/>
    </w:rPr>
  </w:style>
  <w:style w:type="character" w:customStyle="1" w:styleId="CommentSubjectChar">
    <w:name w:val="Comment Subject Char"/>
    <w:link w:val="CommentSubject"/>
    <w:uiPriority w:val="99"/>
    <w:semiHidden/>
    <w:rsid w:val="004C36E9"/>
    <w:rPr>
      <w:b/>
      <w:bCs/>
    </w:rPr>
  </w:style>
  <w:style w:type="paragraph" w:styleId="CommentSubject">
    <w:name w:val="annotation subject"/>
    <w:basedOn w:val="CommentText"/>
    <w:next w:val="CommentText"/>
    <w:link w:val="CommentSubjectChar"/>
    <w:uiPriority w:val="99"/>
    <w:semiHidden/>
    <w:unhideWhenUsed/>
    <w:rsid w:val="004C36E9"/>
    <w:rPr>
      <w:b/>
      <w:bCs/>
    </w:rPr>
  </w:style>
  <w:style w:type="character" w:customStyle="1" w:styleId="CommentSubjectChar1">
    <w:name w:val="Comment Subject Char1"/>
    <w:uiPriority w:val="99"/>
    <w:semiHidden/>
    <w:rsid w:val="004C36E9"/>
    <w:rPr>
      <w:rFonts w:ascii="Times New Roman" w:eastAsia="Calibri" w:hAnsi="Times New Roman" w:cs="B Nazanin"/>
      <w:b/>
      <w:bCs/>
      <w:sz w:val="20"/>
      <w:szCs w:val="20"/>
      <w:lang w:bidi="fa-IR"/>
    </w:rPr>
  </w:style>
  <w:style w:type="character" w:styleId="SubtleEmphasis">
    <w:name w:val="Subtle Emphasis"/>
    <w:aliases w:val="شعر"/>
    <w:uiPriority w:val="19"/>
    <w:qFormat/>
    <w:rsid w:val="004C36E9"/>
    <w:rPr>
      <w:i/>
      <w:iCs/>
      <w:color w:val="808080"/>
    </w:rPr>
  </w:style>
  <w:style w:type="character" w:styleId="Emphasis">
    <w:name w:val="Emphasis"/>
    <w:uiPriority w:val="20"/>
    <w:qFormat/>
    <w:rsid w:val="004C36E9"/>
    <w:rPr>
      <w:i/>
      <w:iCs/>
    </w:rPr>
  </w:style>
  <w:style w:type="character" w:customStyle="1" w:styleId="PlainTextChar">
    <w:name w:val="Plain Text Char"/>
    <w:link w:val="PlainText"/>
    <w:rsid w:val="004C36E9"/>
    <w:rPr>
      <w:rFonts w:ascii="Courier New" w:hAnsi="Courier New" w:cs="Courier New"/>
    </w:rPr>
  </w:style>
  <w:style w:type="paragraph" w:styleId="PlainText">
    <w:name w:val="Plain Text"/>
    <w:basedOn w:val="Normal"/>
    <w:link w:val="PlainTextChar"/>
    <w:rsid w:val="004C36E9"/>
    <w:pPr>
      <w:widowControl/>
      <w:bidi w:val="0"/>
      <w:spacing w:after="0"/>
      <w:ind w:firstLine="0"/>
      <w:jc w:val="left"/>
    </w:pPr>
    <w:rPr>
      <w:rFonts w:ascii="Courier New" w:hAnsi="Courier New" w:cs="Courier New"/>
      <w:sz w:val="22"/>
      <w:szCs w:val="22"/>
      <w:lang w:bidi="ar-SA"/>
    </w:rPr>
  </w:style>
  <w:style w:type="character" w:customStyle="1" w:styleId="PlainTextChar1">
    <w:name w:val="Plain Text Char1"/>
    <w:uiPriority w:val="99"/>
    <w:semiHidden/>
    <w:rsid w:val="004C36E9"/>
    <w:rPr>
      <w:rFonts w:ascii="Consolas" w:eastAsia="Calibri" w:hAnsi="Consolas" w:cs="B Nazanin"/>
      <w:sz w:val="21"/>
      <w:szCs w:val="21"/>
      <w:lang w:bidi="fa-IR"/>
    </w:rPr>
  </w:style>
  <w:style w:type="paragraph" w:styleId="NoSpacing">
    <w:name w:val="No Spacing"/>
    <w:link w:val="NoSpacingChar"/>
    <w:uiPriority w:val="1"/>
    <w:qFormat/>
    <w:rsid w:val="004C36E9"/>
    <w:rPr>
      <w:sz w:val="22"/>
      <w:szCs w:val="22"/>
    </w:rPr>
  </w:style>
  <w:style w:type="character" w:styleId="IntenseReference">
    <w:name w:val="Intense Reference"/>
    <w:uiPriority w:val="32"/>
    <w:qFormat/>
    <w:rsid w:val="004C36E9"/>
    <w:rPr>
      <w:b/>
      <w:bCs/>
      <w:smallCaps/>
      <w:color w:val="C0504D"/>
      <w:spacing w:val="5"/>
      <w:u w:val="single"/>
    </w:rPr>
  </w:style>
  <w:style w:type="paragraph" w:styleId="HTMLAddress">
    <w:name w:val="HTML Address"/>
    <w:basedOn w:val="Normal"/>
    <w:link w:val="HTMLAddressChar"/>
    <w:uiPriority w:val="99"/>
    <w:semiHidden/>
    <w:unhideWhenUsed/>
    <w:rsid w:val="004C36E9"/>
    <w:pPr>
      <w:widowControl/>
      <w:bidi w:val="0"/>
      <w:spacing w:after="0"/>
      <w:ind w:firstLine="0"/>
      <w:jc w:val="left"/>
    </w:pPr>
    <w:rPr>
      <w:rFonts w:eastAsia="Times New Roman" w:cs="Times New Roman"/>
      <w:i/>
      <w:iCs/>
      <w:szCs w:val="24"/>
      <w:lang w:bidi="ar-SA"/>
    </w:rPr>
  </w:style>
  <w:style w:type="character" w:customStyle="1" w:styleId="HTMLAddressChar">
    <w:name w:val="HTML Address Char"/>
    <w:link w:val="HTMLAddress"/>
    <w:uiPriority w:val="99"/>
    <w:semiHidden/>
    <w:rsid w:val="004C36E9"/>
    <w:rPr>
      <w:rFonts w:ascii="Times New Roman" w:eastAsia="Times New Roman" w:hAnsi="Times New Roman" w:cs="Times New Roman"/>
      <w:i/>
      <w:iCs/>
      <w:sz w:val="24"/>
      <w:szCs w:val="24"/>
    </w:rPr>
  </w:style>
  <w:style w:type="table" w:customStyle="1" w:styleId="TableGrid1">
    <w:name w:val="Table Grid1"/>
    <w:basedOn w:val="TableNormal"/>
    <w:next w:val="TableGrid"/>
    <w:uiPriority w:val="39"/>
    <w:rsid w:val="004C36E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IntenseEmphasis">
    <w:name w:val="Intense Emphasis"/>
    <w:uiPriority w:val="21"/>
    <w:qFormat/>
    <w:rsid w:val="004C36E9"/>
    <w:rPr>
      <w:i/>
      <w:iCs/>
      <w:color w:val="4472C4"/>
    </w:rPr>
  </w:style>
  <w:style w:type="table" w:customStyle="1" w:styleId="TableGrid4">
    <w:name w:val="Table Grid4"/>
    <w:basedOn w:val="TableNormal"/>
    <w:next w:val="TableGrid"/>
    <w:uiPriority w:val="99"/>
    <w:rsid w:val="004C36E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rticle-meta">
    <w:name w:val="article-meta"/>
    <w:basedOn w:val="DefaultParagraphFont"/>
    <w:rsid w:val="004C36E9"/>
  </w:style>
  <w:style w:type="character" w:customStyle="1" w:styleId="apple-converted-space">
    <w:name w:val="apple-converted-space"/>
    <w:basedOn w:val="DefaultParagraphFont"/>
    <w:rsid w:val="004C36E9"/>
  </w:style>
  <w:style w:type="character" w:customStyle="1" w:styleId="pull-left">
    <w:name w:val="pull-left"/>
    <w:basedOn w:val="DefaultParagraphFont"/>
    <w:rsid w:val="004C36E9"/>
  </w:style>
  <w:style w:type="paragraph" w:customStyle="1" w:styleId="col-xs-11">
    <w:name w:val="col-xs-11"/>
    <w:basedOn w:val="Normal"/>
    <w:rsid w:val="004C36E9"/>
    <w:pPr>
      <w:widowControl/>
      <w:bidi w:val="0"/>
      <w:spacing w:before="100" w:beforeAutospacing="1" w:after="100" w:afterAutospacing="1"/>
      <w:ind w:firstLine="0"/>
      <w:jc w:val="left"/>
    </w:pPr>
    <w:rPr>
      <w:rFonts w:eastAsia="Times New Roman" w:cs="Times New Roman"/>
      <w:szCs w:val="24"/>
      <w:lang w:bidi="ar-SA"/>
    </w:rPr>
  </w:style>
  <w:style w:type="character" w:customStyle="1" w:styleId="text-info">
    <w:name w:val="text-info"/>
    <w:basedOn w:val="DefaultParagraphFont"/>
    <w:rsid w:val="004C36E9"/>
  </w:style>
  <w:style w:type="character" w:customStyle="1" w:styleId="apple-style-span">
    <w:name w:val="apple-style-span"/>
    <w:basedOn w:val="DefaultParagraphFont"/>
    <w:rsid w:val="004C36E9"/>
  </w:style>
  <w:style w:type="paragraph" w:customStyle="1" w:styleId="bn">
    <w:name w:val="bn"/>
    <w:basedOn w:val="Normal"/>
    <w:rsid w:val="004C36E9"/>
    <w:pPr>
      <w:widowControl/>
      <w:bidi w:val="0"/>
      <w:spacing w:before="100" w:beforeAutospacing="1" w:after="100" w:afterAutospacing="1"/>
      <w:ind w:firstLine="0"/>
      <w:jc w:val="left"/>
    </w:pPr>
    <w:rPr>
      <w:rFonts w:eastAsia="Times New Roman" w:cs="Times New Roman"/>
      <w:szCs w:val="24"/>
      <w:lang w:bidi="ar-SA"/>
    </w:rPr>
  </w:style>
  <w:style w:type="paragraph" w:customStyle="1" w:styleId="b1">
    <w:name w:val="b1"/>
    <w:basedOn w:val="Normal"/>
    <w:rsid w:val="004C36E9"/>
    <w:pPr>
      <w:widowControl/>
      <w:bidi w:val="0"/>
      <w:spacing w:before="100" w:beforeAutospacing="1" w:after="100" w:afterAutospacing="1"/>
      <w:ind w:firstLine="0"/>
      <w:jc w:val="left"/>
    </w:pPr>
    <w:rPr>
      <w:rFonts w:eastAsia="Times New Roman" w:cs="Times New Roman"/>
      <w:szCs w:val="24"/>
      <w:lang w:bidi="ar-SA"/>
    </w:rPr>
  </w:style>
  <w:style w:type="character" w:styleId="FootnoteReference">
    <w:name w:val="footnote reference"/>
    <w:aliases w:val="مرجع پا ورقی,مرجع پاورقي,شماره زيرنويس,مرجع پاورقی,پاورق,پاورقیی,شماره پاورقیی,Footnoote,Footnote Reference*"/>
    <w:uiPriority w:val="99"/>
    <w:qFormat/>
    <w:rsid w:val="004C36E9"/>
    <w:rPr>
      <w:vertAlign w:val="superscript"/>
    </w:rPr>
  </w:style>
  <w:style w:type="character" w:customStyle="1" w:styleId="st1">
    <w:name w:val="st1"/>
    <w:basedOn w:val="DefaultParagraphFont"/>
    <w:rsid w:val="004C36E9"/>
  </w:style>
  <w:style w:type="paragraph" w:customStyle="1" w:styleId="b">
    <w:name w:val="b"/>
    <w:basedOn w:val="Normal"/>
    <w:rsid w:val="004C36E9"/>
    <w:pPr>
      <w:widowControl/>
      <w:bidi w:val="0"/>
      <w:spacing w:before="150" w:after="105"/>
      <w:ind w:firstLine="0"/>
      <w:jc w:val="right"/>
    </w:pPr>
    <w:rPr>
      <w:rFonts w:ascii="Tahoma" w:eastAsia="Times New Roman" w:hAnsi="Tahoma" w:cs="Tahoma"/>
      <w:color w:val="0000FF"/>
      <w:sz w:val="17"/>
      <w:szCs w:val="17"/>
      <w:lang w:bidi="ar-SA"/>
    </w:rPr>
  </w:style>
  <w:style w:type="character" w:customStyle="1" w:styleId="pzam1">
    <w:name w:val="p_zam1"/>
    <w:basedOn w:val="DefaultParagraphFont"/>
    <w:rsid w:val="004C36E9"/>
  </w:style>
  <w:style w:type="character" w:customStyle="1" w:styleId="pzam2">
    <w:name w:val="p_zam2"/>
    <w:rsid w:val="004C36E9"/>
    <w:rPr>
      <w:rFonts w:ascii="Tahoma" w:hAnsi="Tahoma" w:cs="Tahoma" w:hint="default"/>
      <w:sz w:val="15"/>
      <w:szCs w:val="15"/>
      <w:rtl/>
    </w:rPr>
  </w:style>
  <w:style w:type="character" w:customStyle="1" w:styleId="hlight">
    <w:name w:val="hlight"/>
    <w:basedOn w:val="DefaultParagraphFont"/>
    <w:rsid w:val="004C36E9"/>
  </w:style>
  <w:style w:type="character" w:customStyle="1" w:styleId="search-highlight">
    <w:name w:val="search-highlight"/>
    <w:basedOn w:val="DefaultParagraphFont"/>
    <w:rsid w:val="004C36E9"/>
  </w:style>
  <w:style w:type="character" w:customStyle="1" w:styleId="beyt">
    <w:name w:val="beyt"/>
    <w:basedOn w:val="DefaultParagraphFont"/>
    <w:rsid w:val="004C36E9"/>
  </w:style>
  <w:style w:type="character" w:customStyle="1" w:styleId="beyt1">
    <w:name w:val="beyt1"/>
    <w:basedOn w:val="DefaultParagraphFont"/>
    <w:rsid w:val="004C36E9"/>
  </w:style>
  <w:style w:type="character" w:styleId="PageNumber">
    <w:name w:val="page number"/>
    <w:basedOn w:val="DefaultParagraphFont"/>
    <w:rsid w:val="004C36E9"/>
  </w:style>
  <w:style w:type="paragraph" w:styleId="TOC4">
    <w:name w:val="toc 4"/>
    <w:basedOn w:val="Normal"/>
    <w:next w:val="Normal"/>
    <w:autoRedefine/>
    <w:uiPriority w:val="39"/>
    <w:unhideWhenUsed/>
    <w:rsid w:val="004C36E9"/>
    <w:pPr>
      <w:widowControl/>
      <w:spacing w:after="100" w:line="276" w:lineRule="auto"/>
      <w:ind w:left="660" w:firstLine="0"/>
      <w:jc w:val="left"/>
    </w:pPr>
    <w:rPr>
      <w:rFonts w:ascii="Calibri" w:eastAsia="Times New Roman" w:hAnsi="Calibri" w:cs="Arial"/>
      <w:sz w:val="22"/>
      <w:szCs w:val="22"/>
    </w:rPr>
  </w:style>
  <w:style w:type="paragraph" w:styleId="TOC5">
    <w:name w:val="toc 5"/>
    <w:basedOn w:val="Normal"/>
    <w:next w:val="Normal"/>
    <w:autoRedefine/>
    <w:uiPriority w:val="39"/>
    <w:unhideWhenUsed/>
    <w:rsid w:val="004C36E9"/>
    <w:pPr>
      <w:widowControl/>
      <w:spacing w:after="100" w:line="276" w:lineRule="auto"/>
      <w:ind w:left="880" w:firstLine="0"/>
      <w:jc w:val="left"/>
    </w:pPr>
    <w:rPr>
      <w:rFonts w:ascii="Calibri" w:eastAsia="Times New Roman" w:hAnsi="Calibri" w:cs="Arial"/>
      <w:sz w:val="22"/>
      <w:szCs w:val="22"/>
    </w:rPr>
  </w:style>
  <w:style w:type="paragraph" w:styleId="TOC6">
    <w:name w:val="toc 6"/>
    <w:basedOn w:val="Normal"/>
    <w:next w:val="Normal"/>
    <w:autoRedefine/>
    <w:uiPriority w:val="39"/>
    <w:unhideWhenUsed/>
    <w:rsid w:val="004C36E9"/>
    <w:pPr>
      <w:widowControl/>
      <w:spacing w:after="100" w:line="276" w:lineRule="auto"/>
      <w:ind w:left="1100" w:firstLine="0"/>
      <w:jc w:val="left"/>
    </w:pPr>
    <w:rPr>
      <w:rFonts w:ascii="Calibri" w:eastAsia="Times New Roman" w:hAnsi="Calibri" w:cs="Arial"/>
      <w:sz w:val="22"/>
      <w:szCs w:val="22"/>
    </w:rPr>
  </w:style>
  <w:style w:type="paragraph" w:styleId="TOC7">
    <w:name w:val="toc 7"/>
    <w:basedOn w:val="Normal"/>
    <w:next w:val="Normal"/>
    <w:autoRedefine/>
    <w:uiPriority w:val="39"/>
    <w:unhideWhenUsed/>
    <w:rsid w:val="004C36E9"/>
    <w:pPr>
      <w:widowControl/>
      <w:spacing w:after="100" w:line="276" w:lineRule="auto"/>
      <w:ind w:left="1320" w:firstLine="0"/>
      <w:jc w:val="left"/>
    </w:pPr>
    <w:rPr>
      <w:rFonts w:ascii="Calibri" w:eastAsia="Times New Roman" w:hAnsi="Calibri" w:cs="Arial"/>
      <w:sz w:val="22"/>
      <w:szCs w:val="22"/>
    </w:rPr>
  </w:style>
  <w:style w:type="paragraph" w:styleId="TOC8">
    <w:name w:val="toc 8"/>
    <w:basedOn w:val="Normal"/>
    <w:next w:val="Normal"/>
    <w:autoRedefine/>
    <w:uiPriority w:val="39"/>
    <w:unhideWhenUsed/>
    <w:rsid w:val="004C36E9"/>
    <w:pPr>
      <w:widowControl/>
      <w:spacing w:after="100" w:line="276" w:lineRule="auto"/>
      <w:ind w:left="1540" w:firstLine="0"/>
      <w:jc w:val="left"/>
    </w:pPr>
    <w:rPr>
      <w:rFonts w:ascii="Calibri" w:eastAsia="Times New Roman" w:hAnsi="Calibri" w:cs="Arial"/>
      <w:sz w:val="22"/>
      <w:szCs w:val="22"/>
    </w:rPr>
  </w:style>
  <w:style w:type="paragraph" w:styleId="TOC9">
    <w:name w:val="toc 9"/>
    <w:basedOn w:val="Normal"/>
    <w:next w:val="Normal"/>
    <w:autoRedefine/>
    <w:uiPriority w:val="39"/>
    <w:unhideWhenUsed/>
    <w:rsid w:val="004C36E9"/>
    <w:pPr>
      <w:widowControl/>
      <w:spacing w:after="100" w:line="276" w:lineRule="auto"/>
      <w:ind w:left="1760" w:firstLine="0"/>
      <w:jc w:val="left"/>
    </w:pPr>
    <w:rPr>
      <w:rFonts w:ascii="Calibri" w:eastAsia="Times New Roman" w:hAnsi="Calibri" w:cs="Arial"/>
      <w:sz w:val="22"/>
      <w:szCs w:val="22"/>
    </w:rPr>
  </w:style>
  <w:style w:type="character" w:customStyle="1" w:styleId="hps">
    <w:name w:val="hps"/>
    <w:rsid w:val="004C36E9"/>
  </w:style>
  <w:style w:type="character" w:customStyle="1" w:styleId="hilite">
    <w:name w:val="hilite"/>
    <w:basedOn w:val="DefaultParagraphFont"/>
    <w:rsid w:val="004C36E9"/>
  </w:style>
  <w:style w:type="character" w:customStyle="1" w:styleId="highlight">
    <w:name w:val="highlight"/>
    <w:basedOn w:val="DefaultParagraphFont"/>
    <w:rsid w:val="004C36E9"/>
  </w:style>
  <w:style w:type="character" w:customStyle="1" w:styleId="hl">
    <w:name w:val="hl"/>
    <w:basedOn w:val="DefaultParagraphFont"/>
    <w:rsid w:val="004C36E9"/>
  </w:style>
  <w:style w:type="paragraph" w:customStyle="1" w:styleId="author">
    <w:name w:val="author"/>
    <w:basedOn w:val="Normal"/>
    <w:rsid w:val="004C36E9"/>
    <w:pPr>
      <w:widowControl/>
      <w:bidi w:val="0"/>
      <w:spacing w:before="100" w:beforeAutospacing="1" w:after="100" w:afterAutospacing="1"/>
      <w:ind w:firstLine="0"/>
      <w:jc w:val="left"/>
    </w:pPr>
    <w:rPr>
      <w:rFonts w:eastAsia="Times New Roman" w:cs="Times New Roman"/>
      <w:szCs w:val="24"/>
      <w:lang w:bidi="ar-SA"/>
    </w:rPr>
  </w:style>
  <w:style w:type="character" w:styleId="CommentReference">
    <w:name w:val="annotation reference"/>
    <w:uiPriority w:val="99"/>
    <w:semiHidden/>
    <w:unhideWhenUsed/>
    <w:rsid w:val="004C36E9"/>
    <w:rPr>
      <w:sz w:val="16"/>
      <w:szCs w:val="16"/>
    </w:rPr>
  </w:style>
  <w:style w:type="character" w:styleId="FollowedHyperlink">
    <w:name w:val="FollowedHyperlink"/>
    <w:uiPriority w:val="99"/>
    <w:semiHidden/>
    <w:unhideWhenUsed/>
    <w:rsid w:val="004C36E9"/>
    <w:rPr>
      <w:color w:val="954F72"/>
      <w:u w:val="single"/>
    </w:rPr>
  </w:style>
  <w:style w:type="character" w:customStyle="1" w:styleId="fontstyle01">
    <w:name w:val="fontstyle01"/>
    <w:rsid w:val="004C36E9"/>
    <w:rPr>
      <w:rFonts w:ascii="BookAntiqua" w:hAnsi="BookAntiqua" w:hint="default"/>
      <w:b w:val="0"/>
      <w:bCs w:val="0"/>
      <w:i w:val="0"/>
      <w:iCs w:val="0"/>
      <w:color w:val="242021"/>
      <w:sz w:val="18"/>
      <w:szCs w:val="18"/>
    </w:rPr>
  </w:style>
  <w:style w:type="character" w:customStyle="1" w:styleId="fontstyle21">
    <w:name w:val="fontstyle21"/>
    <w:rsid w:val="004C36E9"/>
    <w:rPr>
      <w:rFonts w:ascii="BookAntiqua-Italic" w:hAnsi="BookAntiqua-Italic" w:hint="default"/>
      <w:b w:val="0"/>
      <w:bCs w:val="0"/>
      <w:i/>
      <w:iCs/>
      <w:color w:val="242021"/>
      <w:sz w:val="18"/>
      <w:szCs w:val="18"/>
    </w:rPr>
  </w:style>
  <w:style w:type="paragraph" w:customStyle="1" w:styleId="article-creator">
    <w:name w:val="article-creator"/>
    <w:basedOn w:val="Normal"/>
    <w:rsid w:val="004C36E9"/>
    <w:pPr>
      <w:widowControl/>
      <w:bidi w:val="0"/>
      <w:spacing w:before="100" w:beforeAutospacing="1" w:after="100" w:afterAutospacing="1"/>
      <w:ind w:firstLine="0"/>
      <w:jc w:val="left"/>
    </w:pPr>
    <w:rPr>
      <w:rFonts w:eastAsia="Times New Roman" w:cs="Times New Roman"/>
      <w:szCs w:val="24"/>
      <w:lang w:bidi="ar-SA"/>
    </w:rPr>
  </w:style>
  <w:style w:type="character" w:customStyle="1" w:styleId="fo2">
    <w:name w:val="fo2"/>
    <w:basedOn w:val="DefaultParagraphFont"/>
    <w:rsid w:val="004C36E9"/>
  </w:style>
  <w:style w:type="character" w:customStyle="1" w:styleId="fo3">
    <w:name w:val="fo3"/>
    <w:basedOn w:val="DefaultParagraphFont"/>
    <w:rsid w:val="004C36E9"/>
  </w:style>
  <w:style w:type="table" w:customStyle="1" w:styleId="TableGrid6">
    <w:name w:val="Table Grid6"/>
    <w:basedOn w:val="TableNormal"/>
    <w:next w:val="TableGrid"/>
    <w:uiPriority w:val="99"/>
    <w:rsid w:val="004C36E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SpacingChar">
    <w:name w:val="No Spacing Char"/>
    <w:link w:val="NoSpacing"/>
    <w:uiPriority w:val="1"/>
    <w:locked/>
    <w:rsid w:val="004C36E9"/>
    <w:rPr>
      <w:rFonts w:ascii="Calibri" w:eastAsia="Calibri" w:hAnsi="Calibri" w:cs="Arial"/>
    </w:rPr>
  </w:style>
  <w:style w:type="character" w:customStyle="1" w:styleId="y2iqfc">
    <w:name w:val="y2iqfc"/>
    <w:rsid w:val="004C36E9"/>
  </w:style>
  <w:style w:type="character" w:styleId="BookTitle">
    <w:name w:val="Book Title"/>
    <w:uiPriority w:val="33"/>
    <w:qFormat/>
    <w:rsid w:val="004C36E9"/>
    <w:rPr>
      <w:b/>
      <w:bCs/>
      <w:i/>
      <w:iCs/>
      <w:spacing w:val="5"/>
    </w:rPr>
  </w:style>
  <w:style w:type="paragraph" w:styleId="EndnoteText">
    <w:name w:val="endnote text"/>
    <w:basedOn w:val="Normal"/>
    <w:link w:val="EndnoteTextChar"/>
    <w:uiPriority w:val="99"/>
    <w:unhideWhenUsed/>
    <w:rsid w:val="003D7383"/>
    <w:pPr>
      <w:widowControl/>
      <w:bidi w:val="0"/>
      <w:spacing w:after="0"/>
      <w:ind w:firstLine="0"/>
      <w:jc w:val="left"/>
    </w:pPr>
    <w:rPr>
      <w:rFonts w:asciiTheme="minorHAnsi" w:eastAsiaTheme="minorHAnsi" w:hAnsiTheme="minorHAnsi" w:cstheme="minorBidi"/>
      <w:sz w:val="20"/>
      <w:szCs w:val="20"/>
      <w:lang w:bidi="ar-SA"/>
    </w:rPr>
  </w:style>
  <w:style w:type="character" w:customStyle="1" w:styleId="EndnoteTextChar">
    <w:name w:val="Endnote Text Char"/>
    <w:basedOn w:val="DefaultParagraphFont"/>
    <w:link w:val="EndnoteText"/>
    <w:uiPriority w:val="99"/>
    <w:rsid w:val="003D7383"/>
    <w:rPr>
      <w:rFonts w:asciiTheme="minorHAnsi" w:eastAsiaTheme="minorHAnsi" w:hAnsiTheme="minorHAnsi" w:cstheme="minorBidi"/>
    </w:rPr>
  </w:style>
  <w:style w:type="character" w:styleId="EndnoteReference">
    <w:name w:val="endnote reference"/>
    <w:basedOn w:val="DefaultParagraphFont"/>
    <w:uiPriority w:val="99"/>
    <w:semiHidden/>
    <w:unhideWhenUsed/>
    <w:rsid w:val="003D7383"/>
    <w:rPr>
      <w:vertAlign w:val="superscript"/>
    </w:rPr>
  </w:style>
  <w:style w:type="character" w:customStyle="1" w:styleId="HTMLTypewriter3">
    <w:name w:val="HTML Typewriter3"/>
    <w:rsid w:val="0024243A"/>
    <w:rPr>
      <w:rFonts w:ascii="Courier New" w:eastAsia="Times New Roman" w:hAnsi="Courier New" w:cs="Courier New"/>
      <w:sz w:val="20"/>
      <w:szCs w:val="20"/>
    </w:rPr>
  </w:style>
  <w:style w:type="paragraph" w:styleId="Caption">
    <w:name w:val="caption"/>
    <w:basedOn w:val="Normal"/>
    <w:next w:val="Normal"/>
    <w:uiPriority w:val="35"/>
    <w:unhideWhenUsed/>
    <w:qFormat/>
    <w:rsid w:val="0024243A"/>
    <w:pPr>
      <w:widowControl/>
      <w:spacing w:after="200"/>
    </w:pPr>
    <w:rPr>
      <w:rFonts w:eastAsiaTheme="minorHAnsi" w:cs="B Lotus"/>
      <w:i/>
      <w:iCs/>
      <w:color w:val="44546A" w:themeColor="text2"/>
      <w:sz w:val="18"/>
      <w:szCs w:val="18"/>
    </w:rPr>
  </w:style>
  <w:style w:type="paragraph" w:styleId="Subtitle">
    <w:name w:val="Subtitle"/>
    <w:aliases w:val="تصویر و جدول"/>
    <w:basedOn w:val="Caption"/>
    <w:next w:val="Normal"/>
    <w:link w:val="SubtitleChar"/>
    <w:uiPriority w:val="11"/>
    <w:qFormat/>
    <w:rsid w:val="0024243A"/>
    <w:pPr>
      <w:spacing w:after="0"/>
      <w:ind w:firstLine="0"/>
      <w:jc w:val="center"/>
    </w:pPr>
    <w:rPr>
      <w:b/>
      <w:bCs/>
      <w:i w:val="0"/>
      <w:iCs w:val="0"/>
      <w:noProof/>
      <w:color w:val="auto"/>
      <w:szCs w:val="20"/>
    </w:rPr>
  </w:style>
  <w:style w:type="character" w:customStyle="1" w:styleId="SubtitleChar">
    <w:name w:val="Subtitle Char"/>
    <w:aliases w:val="تصویر و جدول Char"/>
    <w:basedOn w:val="DefaultParagraphFont"/>
    <w:link w:val="Subtitle"/>
    <w:uiPriority w:val="11"/>
    <w:rsid w:val="0024243A"/>
    <w:rPr>
      <w:rFonts w:ascii="Times New Roman" w:eastAsiaTheme="minorHAnsi" w:hAnsi="Times New Roman" w:cs="B Lotus"/>
      <w:b/>
      <w:bCs/>
      <w:noProof/>
      <w:sz w:val="18"/>
      <w:lang w:bidi="fa-IR"/>
    </w:rPr>
  </w:style>
  <w:style w:type="paragraph" w:styleId="Title">
    <w:name w:val="Title"/>
    <w:aliases w:val="عنوان مقاله"/>
    <w:basedOn w:val="Heading1"/>
    <w:next w:val="Normal"/>
    <w:link w:val="TitleChar"/>
    <w:uiPriority w:val="10"/>
    <w:qFormat/>
    <w:rsid w:val="0024243A"/>
    <w:pPr>
      <w:widowControl/>
      <w:numPr>
        <w:numId w:val="0"/>
      </w:numPr>
      <w:spacing w:before="40" w:after="40"/>
      <w:ind w:left="-58"/>
      <w:jc w:val="center"/>
    </w:pPr>
    <w:rPr>
      <w:rFonts w:ascii="Times New Roman" w:eastAsiaTheme="majorEastAsia" w:hAnsi="Times New Roman" w:cs="B Titr"/>
      <w:b/>
      <w:sz w:val="24"/>
      <w:szCs w:val="24"/>
    </w:rPr>
  </w:style>
  <w:style w:type="character" w:customStyle="1" w:styleId="TitleChar">
    <w:name w:val="Title Char"/>
    <w:aliases w:val="عنوان مقاله Char"/>
    <w:basedOn w:val="DefaultParagraphFont"/>
    <w:link w:val="Title"/>
    <w:uiPriority w:val="10"/>
    <w:rsid w:val="0024243A"/>
    <w:rPr>
      <w:rFonts w:ascii="Times New Roman" w:eastAsiaTheme="majorEastAsia" w:hAnsi="Times New Roman" w:cs="B Titr"/>
      <w:b/>
      <w:bCs/>
      <w:sz w:val="24"/>
      <w:szCs w:val="24"/>
      <w:lang w:bidi="fa-IR"/>
    </w:rPr>
  </w:style>
  <w:style w:type="character" w:styleId="SubtleReference">
    <w:name w:val="Subtle Reference"/>
    <w:aliases w:val="زیرنویس"/>
    <w:uiPriority w:val="31"/>
    <w:qFormat/>
    <w:rsid w:val="0024243A"/>
  </w:style>
  <w:style w:type="character" w:customStyle="1" w:styleId="shorttext">
    <w:name w:val="short_text"/>
    <w:basedOn w:val="DefaultParagraphFont"/>
    <w:rsid w:val="0024243A"/>
  </w:style>
  <w:style w:type="paragraph" w:styleId="List">
    <w:name w:val="List"/>
    <w:basedOn w:val="Normal"/>
    <w:uiPriority w:val="99"/>
    <w:unhideWhenUsed/>
    <w:rsid w:val="00B53B4E"/>
    <w:pPr>
      <w:widowControl/>
      <w:spacing w:line="259" w:lineRule="auto"/>
      <w:ind w:left="360" w:hanging="360"/>
      <w:contextualSpacing/>
    </w:pPr>
    <w:rPr>
      <w:rFonts w:asciiTheme="minorHAnsi" w:eastAsiaTheme="minorHAnsi" w:hAnsiTheme="minorHAnsi" w:cstheme="minorBidi"/>
      <w:sz w:val="22"/>
      <w:szCs w:val="22"/>
    </w:rPr>
  </w:style>
  <w:style w:type="paragraph" w:styleId="ListContinue">
    <w:name w:val="List Continue"/>
    <w:basedOn w:val="Normal"/>
    <w:uiPriority w:val="99"/>
    <w:unhideWhenUsed/>
    <w:rsid w:val="00B53B4E"/>
    <w:pPr>
      <w:widowControl/>
      <w:spacing w:after="120" w:line="259" w:lineRule="auto"/>
      <w:ind w:left="360" w:firstLine="0"/>
      <w:contextualSpacing/>
    </w:pPr>
    <w:rPr>
      <w:rFonts w:asciiTheme="minorHAnsi" w:eastAsiaTheme="minorHAnsi" w:hAnsiTheme="minorHAnsi" w:cstheme="minorBidi"/>
      <w:sz w:val="22"/>
      <w:szCs w:val="22"/>
    </w:rPr>
  </w:style>
  <w:style w:type="paragraph" w:styleId="BodyText">
    <w:name w:val="Body Text"/>
    <w:basedOn w:val="Normal"/>
    <w:link w:val="BodyTextChar"/>
    <w:uiPriority w:val="99"/>
    <w:unhideWhenUsed/>
    <w:rsid w:val="00B53B4E"/>
    <w:pPr>
      <w:widowControl/>
      <w:spacing w:after="120" w:line="259" w:lineRule="auto"/>
      <w:ind w:firstLine="0"/>
    </w:pPr>
    <w:rPr>
      <w:rFonts w:asciiTheme="minorHAnsi" w:eastAsiaTheme="minorHAnsi" w:hAnsiTheme="minorHAnsi" w:cstheme="minorBidi"/>
      <w:sz w:val="22"/>
      <w:szCs w:val="22"/>
    </w:rPr>
  </w:style>
  <w:style w:type="character" w:customStyle="1" w:styleId="BodyTextChar">
    <w:name w:val="Body Text Char"/>
    <w:basedOn w:val="DefaultParagraphFont"/>
    <w:link w:val="BodyText"/>
    <w:uiPriority w:val="99"/>
    <w:rsid w:val="00B53B4E"/>
    <w:rPr>
      <w:rFonts w:asciiTheme="minorHAnsi" w:eastAsiaTheme="minorHAnsi" w:hAnsiTheme="minorHAnsi" w:cstheme="minorBidi"/>
      <w:sz w:val="22"/>
      <w:szCs w:val="22"/>
      <w:lang w:bidi="fa-IR"/>
    </w:rPr>
  </w:style>
  <w:style w:type="table" w:customStyle="1" w:styleId="TableGrid2">
    <w:name w:val="Table Grid2"/>
    <w:basedOn w:val="TableNormal"/>
    <w:next w:val="TableGrid"/>
    <w:uiPriority w:val="39"/>
    <w:rsid w:val="00390146"/>
    <w:rPr>
      <w:rFonts w:ascii="Times New Roman" w:eastAsia="Times New Roman" w:hAnsi="Times New Roman" w:cs="Times New Roman"/>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390146"/>
    <w:rPr>
      <w:rFonts w:ascii="Times New Roman" w:eastAsia="Times New Roman" w:hAnsi="Times New Roman" w:cs="Times New Roman"/>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
    <w:name w:val="Table Grid5"/>
    <w:basedOn w:val="TableNormal"/>
    <w:next w:val="TableGrid"/>
    <w:uiPriority w:val="99"/>
    <w:rsid w:val="00390146"/>
    <w:rPr>
      <w:rFonts w:ascii="Times New Roman" w:eastAsia="Times New Roman" w:hAnsi="Times New Roman" w:cs="Times New Roman"/>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7">
    <w:name w:val="Table Grid7"/>
    <w:basedOn w:val="TableNormal"/>
    <w:next w:val="TableGrid"/>
    <w:uiPriority w:val="99"/>
    <w:rsid w:val="00390146"/>
    <w:rPr>
      <w:rFonts w:ascii="Times New Roman" w:eastAsia="Times New Roman" w:hAnsi="Times New Roman" w:cs="Times New Roman"/>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
    <w:name w:val="Table Grid8"/>
    <w:basedOn w:val="TableNormal"/>
    <w:next w:val="TableGrid"/>
    <w:uiPriority w:val="99"/>
    <w:rsid w:val="00390146"/>
    <w:rPr>
      <w:rFonts w:ascii="Times New Roman" w:eastAsia="Times New Roman" w:hAnsi="Times New Roman" w:cs="Times New Roman"/>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9">
    <w:name w:val="Table Grid9"/>
    <w:basedOn w:val="TableNormal"/>
    <w:next w:val="TableGrid"/>
    <w:uiPriority w:val="39"/>
    <w:rsid w:val="00390146"/>
    <w:rPr>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99"/>
    <w:rsid w:val="00390146"/>
    <w:rPr>
      <w:rFonts w:ascii="Times New Roman" w:eastAsia="Times New Roman" w:hAnsi="Times New Roman" w:cs="Times New Roman"/>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
    <w:name w:val="Table Grid11"/>
    <w:basedOn w:val="TableNormal"/>
    <w:next w:val="TableGrid"/>
    <w:uiPriority w:val="99"/>
    <w:rsid w:val="00390146"/>
    <w:rPr>
      <w:rFonts w:ascii="Times New Roman" w:eastAsia="Times New Roman" w:hAnsi="Times New Roman" w:cs="Times New Roman"/>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
    <w:name w:val="Table Grid12"/>
    <w:basedOn w:val="TableNormal"/>
    <w:next w:val="TableGrid"/>
    <w:uiPriority w:val="99"/>
    <w:rsid w:val="00390146"/>
    <w:rPr>
      <w:rFonts w:ascii="Times New Roman" w:eastAsia="Times New Roman" w:hAnsi="Times New Roman" w:cs="Times New Roman"/>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3">
    <w:name w:val="Table Grid13"/>
    <w:basedOn w:val="TableNormal"/>
    <w:next w:val="TableGrid"/>
    <w:uiPriority w:val="99"/>
    <w:rsid w:val="00390146"/>
    <w:rPr>
      <w:rFonts w:ascii="Times New Roman" w:eastAsia="Times New Roman" w:hAnsi="Times New Roman" w:cs="Times New Roman"/>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
    <w:name w:val="Table Grid14"/>
    <w:basedOn w:val="TableNormal"/>
    <w:next w:val="TableGrid"/>
    <w:uiPriority w:val="39"/>
    <w:rsid w:val="00390146"/>
    <w:rPr>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99"/>
    <w:rsid w:val="00390146"/>
    <w:rPr>
      <w:rFonts w:ascii="Times New Roman" w:eastAsia="Times New Roman" w:hAnsi="Times New Roman" w:cs="Times New Roman"/>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
    <w:name w:val="Table Grid16"/>
    <w:basedOn w:val="TableNormal"/>
    <w:next w:val="TableGrid"/>
    <w:uiPriority w:val="39"/>
    <w:rsid w:val="00390146"/>
    <w:rPr>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99"/>
    <w:rsid w:val="00390146"/>
    <w:rPr>
      <w:rFonts w:ascii="Times New Roman" w:eastAsia="Times New Roman" w:hAnsi="Times New Roman" w:cs="Times New Roman"/>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8">
    <w:name w:val="Table Grid18"/>
    <w:basedOn w:val="TableNormal"/>
    <w:next w:val="TableGrid"/>
    <w:uiPriority w:val="99"/>
    <w:rsid w:val="00390146"/>
    <w:rPr>
      <w:rFonts w:ascii="Times New Roman" w:eastAsia="Times New Roman" w:hAnsi="Times New Roman" w:cs="Times New Roman"/>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
    <w:name w:val="Table Grid19"/>
    <w:basedOn w:val="TableNormal"/>
    <w:next w:val="TableGrid"/>
    <w:uiPriority w:val="99"/>
    <w:rsid w:val="00390146"/>
    <w:rPr>
      <w:rFonts w:ascii="Times New Roman" w:eastAsia="Times New Roman" w:hAnsi="Times New Roman" w:cs="Times New Roman"/>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0">
    <w:name w:val="Table Grid20"/>
    <w:basedOn w:val="TableNormal"/>
    <w:next w:val="TableGrid"/>
    <w:uiPriority w:val="99"/>
    <w:rsid w:val="00390146"/>
    <w:rPr>
      <w:rFonts w:ascii="Times New Roman" w:eastAsia="Times New Roman" w:hAnsi="Times New Roman" w:cs="Times New Roman"/>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
    <w:name w:val="Table Grid21"/>
    <w:basedOn w:val="TableNormal"/>
    <w:next w:val="TableGrid"/>
    <w:uiPriority w:val="99"/>
    <w:rsid w:val="00390146"/>
    <w:rPr>
      <w:rFonts w:ascii="Times New Roman" w:eastAsia="Times New Roman" w:hAnsi="Times New Roman" w:cs="Times New Roman"/>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2">
    <w:name w:val="Table Grid22"/>
    <w:basedOn w:val="TableNormal"/>
    <w:next w:val="TableGrid"/>
    <w:uiPriority w:val="39"/>
    <w:rsid w:val="00390146"/>
    <w:rPr>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99"/>
    <w:rsid w:val="00390146"/>
    <w:rPr>
      <w:rFonts w:ascii="Times New Roman" w:eastAsia="Times New Roman" w:hAnsi="Times New Roman" w:cs="Times New Roman"/>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4">
    <w:name w:val="Table Grid24"/>
    <w:basedOn w:val="TableNormal"/>
    <w:next w:val="TableGrid"/>
    <w:uiPriority w:val="39"/>
    <w:rsid w:val="00390146"/>
    <w:rPr>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uiPriority w:val="99"/>
    <w:rsid w:val="00390146"/>
    <w:rPr>
      <w:rFonts w:ascii="Times New Roman" w:eastAsia="Times New Roman" w:hAnsi="Times New Roman" w:cs="Times New Roman"/>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6">
    <w:name w:val="Table Grid26"/>
    <w:basedOn w:val="TableNormal"/>
    <w:next w:val="TableGrid"/>
    <w:uiPriority w:val="99"/>
    <w:rsid w:val="00390146"/>
    <w:rPr>
      <w:rFonts w:ascii="Times New Roman" w:eastAsia="Times New Roman" w:hAnsi="Times New Roman" w:cs="Times New Roman"/>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7">
    <w:name w:val="Table Grid27"/>
    <w:basedOn w:val="TableNormal"/>
    <w:next w:val="TableGrid"/>
    <w:uiPriority w:val="99"/>
    <w:rsid w:val="00390146"/>
    <w:rPr>
      <w:rFonts w:ascii="Times New Roman" w:eastAsia="Times New Roman" w:hAnsi="Times New Roman" w:cs="Times New Roman"/>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8">
    <w:name w:val="Table Grid28"/>
    <w:basedOn w:val="TableNormal"/>
    <w:next w:val="TableGrid"/>
    <w:uiPriority w:val="99"/>
    <w:rsid w:val="00390146"/>
    <w:rPr>
      <w:rFonts w:ascii="Times New Roman" w:eastAsia="Times New Roman" w:hAnsi="Times New Roman" w:cs="Times New Roman"/>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9">
    <w:name w:val="Table Grid29"/>
    <w:basedOn w:val="TableNormal"/>
    <w:next w:val="TableGrid"/>
    <w:uiPriority w:val="99"/>
    <w:rsid w:val="00390146"/>
    <w:rPr>
      <w:rFonts w:ascii="Times New Roman" w:eastAsia="Times New Roman" w:hAnsi="Times New Roman" w:cs="Times New Roman"/>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0">
    <w:name w:val="Table Grid30"/>
    <w:basedOn w:val="TableNormal"/>
    <w:next w:val="TableGrid"/>
    <w:uiPriority w:val="99"/>
    <w:rsid w:val="00390146"/>
    <w:rPr>
      <w:rFonts w:ascii="Times New Roman" w:eastAsia="Times New Roman" w:hAnsi="Times New Roman" w:cs="Times New Roman"/>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1">
    <w:name w:val="Table Grid31"/>
    <w:basedOn w:val="TableNormal"/>
    <w:next w:val="TableGrid"/>
    <w:uiPriority w:val="99"/>
    <w:rsid w:val="00390146"/>
    <w:rPr>
      <w:rFonts w:ascii="Times New Roman" w:eastAsia="Times New Roman" w:hAnsi="Times New Roman" w:cs="Times New Roman"/>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2">
    <w:name w:val="Table Grid32"/>
    <w:basedOn w:val="TableNormal"/>
    <w:next w:val="TableGrid"/>
    <w:uiPriority w:val="99"/>
    <w:rsid w:val="00390146"/>
    <w:rPr>
      <w:rFonts w:ascii="Times New Roman" w:eastAsia="Times New Roman" w:hAnsi="Times New Roman" w:cs="Times New Roman"/>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3">
    <w:name w:val="Table Grid33"/>
    <w:basedOn w:val="TableNormal"/>
    <w:next w:val="TableGrid"/>
    <w:uiPriority w:val="99"/>
    <w:rsid w:val="00390146"/>
    <w:rPr>
      <w:rFonts w:ascii="Times New Roman" w:eastAsia="Times New Roman" w:hAnsi="Times New Roman" w:cs="Times New Roman"/>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4">
    <w:name w:val="Table Grid34"/>
    <w:basedOn w:val="TableNormal"/>
    <w:next w:val="TableGrid"/>
    <w:uiPriority w:val="99"/>
    <w:rsid w:val="00390146"/>
    <w:rPr>
      <w:rFonts w:ascii="Times New Roman" w:eastAsia="Times New Roman" w:hAnsi="Times New Roman" w:cs="Times New Roman"/>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5">
    <w:name w:val="Table Grid35"/>
    <w:basedOn w:val="TableNormal"/>
    <w:next w:val="TableGrid"/>
    <w:uiPriority w:val="99"/>
    <w:rsid w:val="00390146"/>
    <w:rPr>
      <w:rFonts w:ascii="Times New Roman" w:eastAsia="Times New Roman" w:hAnsi="Times New Roman" w:cs="Times New Roman"/>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6">
    <w:name w:val="Table Grid36"/>
    <w:basedOn w:val="TableNormal"/>
    <w:next w:val="TableGrid"/>
    <w:uiPriority w:val="99"/>
    <w:rsid w:val="00390146"/>
    <w:rPr>
      <w:rFonts w:ascii="Times New Roman" w:eastAsia="Times New Roman" w:hAnsi="Times New Roman" w:cs="Times New Roman"/>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7">
    <w:name w:val="Table Grid37"/>
    <w:basedOn w:val="TableNormal"/>
    <w:next w:val="TableGrid"/>
    <w:uiPriority w:val="99"/>
    <w:rsid w:val="00390146"/>
    <w:rPr>
      <w:rFonts w:ascii="Times New Roman" w:eastAsia="Times New Roman" w:hAnsi="Times New Roman" w:cs="Times New Roman"/>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8">
    <w:name w:val="Table Grid38"/>
    <w:basedOn w:val="TableNormal"/>
    <w:next w:val="TableGrid"/>
    <w:uiPriority w:val="99"/>
    <w:rsid w:val="00390146"/>
    <w:rPr>
      <w:rFonts w:ascii="Times New Roman" w:eastAsia="Times New Roman" w:hAnsi="Times New Roman" w:cs="Times New Roman"/>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9">
    <w:name w:val="Table Grid39"/>
    <w:basedOn w:val="TableNormal"/>
    <w:next w:val="TableGrid"/>
    <w:uiPriority w:val="99"/>
    <w:rsid w:val="00390146"/>
    <w:rPr>
      <w:rFonts w:ascii="Times New Roman" w:eastAsia="Times New Roman" w:hAnsi="Times New Roman" w:cs="Times New Roman"/>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0">
    <w:name w:val="Table Grid40"/>
    <w:basedOn w:val="TableNormal"/>
    <w:next w:val="TableGrid"/>
    <w:uiPriority w:val="39"/>
    <w:rsid w:val="00390146"/>
    <w:rPr>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rsid w:val="00390146"/>
    <w:rPr>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99"/>
    <w:rsid w:val="00390146"/>
    <w:rPr>
      <w:rFonts w:ascii="Times New Roman" w:eastAsia="Times New Roman" w:hAnsi="Times New Roman" w:cs="Times New Roman"/>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3">
    <w:name w:val="Table Grid43"/>
    <w:basedOn w:val="TableNormal"/>
    <w:next w:val="TableGrid"/>
    <w:uiPriority w:val="99"/>
    <w:rsid w:val="00390146"/>
    <w:rPr>
      <w:rFonts w:ascii="Times New Roman" w:eastAsia="Times New Roman" w:hAnsi="Times New Roman" w:cs="Times New Roman"/>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4">
    <w:name w:val="Table Grid44"/>
    <w:basedOn w:val="TableNormal"/>
    <w:next w:val="TableGrid"/>
    <w:uiPriority w:val="99"/>
    <w:rsid w:val="00390146"/>
    <w:rPr>
      <w:rFonts w:ascii="Times New Roman" w:eastAsia="Times New Roman" w:hAnsi="Times New Roman" w:cs="Times New Roman"/>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5">
    <w:name w:val="Table Grid45"/>
    <w:basedOn w:val="TableNormal"/>
    <w:next w:val="TableGrid"/>
    <w:uiPriority w:val="99"/>
    <w:rsid w:val="00390146"/>
    <w:rPr>
      <w:rFonts w:ascii="Times New Roman" w:eastAsia="Times New Roman" w:hAnsi="Times New Roman" w:cs="Times New Roman"/>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6">
    <w:name w:val="Table Grid46"/>
    <w:basedOn w:val="TableNormal"/>
    <w:next w:val="TableGrid"/>
    <w:uiPriority w:val="99"/>
    <w:rsid w:val="00390146"/>
    <w:rPr>
      <w:rFonts w:ascii="Times New Roman" w:eastAsia="Times New Roman" w:hAnsi="Times New Roman" w:cs="Times New Roman"/>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7">
    <w:name w:val="Table Grid47"/>
    <w:basedOn w:val="TableNormal"/>
    <w:next w:val="TableGrid"/>
    <w:uiPriority w:val="99"/>
    <w:rsid w:val="00390146"/>
    <w:rPr>
      <w:rFonts w:ascii="Times New Roman" w:eastAsia="Times New Roman" w:hAnsi="Times New Roman" w:cs="Times New Roman"/>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8">
    <w:name w:val="Table Grid48"/>
    <w:basedOn w:val="TableNormal"/>
    <w:next w:val="TableGrid"/>
    <w:uiPriority w:val="99"/>
    <w:rsid w:val="00390146"/>
    <w:rPr>
      <w:rFonts w:ascii="Times New Roman" w:eastAsia="Times New Roman" w:hAnsi="Times New Roman" w:cs="Times New Roman"/>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9">
    <w:name w:val="Table Grid49"/>
    <w:basedOn w:val="TableNormal"/>
    <w:next w:val="TableGrid"/>
    <w:uiPriority w:val="99"/>
    <w:rsid w:val="00390146"/>
    <w:rPr>
      <w:rFonts w:ascii="Times New Roman" w:eastAsia="Times New Roman" w:hAnsi="Times New Roman" w:cs="Times New Roman"/>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0">
    <w:name w:val="Table Grid50"/>
    <w:basedOn w:val="TableNormal"/>
    <w:next w:val="TableGrid"/>
    <w:uiPriority w:val="99"/>
    <w:rsid w:val="00390146"/>
    <w:rPr>
      <w:rFonts w:ascii="Times New Roman" w:eastAsia="Times New Roman" w:hAnsi="Times New Roman" w:cs="Times New Roman"/>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1">
    <w:name w:val="Table Grid51"/>
    <w:basedOn w:val="TableNormal"/>
    <w:next w:val="TableGrid"/>
    <w:uiPriority w:val="99"/>
    <w:rsid w:val="00390146"/>
    <w:rPr>
      <w:rFonts w:ascii="Times New Roman" w:eastAsia="Times New Roman" w:hAnsi="Times New Roman" w:cs="Times New Roman"/>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2">
    <w:name w:val="Table Grid52"/>
    <w:basedOn w:val="TableNormal"/>
    <w:next w:val="TableGrid"/>
    <w:uiPriority w:val="99"/>
    <w:rsid w:val="00390146"/>
    <w:rPr>
      <w:rFonts w:ascii="Times New Roman" w:eastAsia="Times New Roman" w:hAnsi="Times New Roman" w:cs="Times New Roman"/>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3">
    <w:name w:val="Table Grid53"/>
    <w:basedOn w:val="TableNormal"/>
    <w:next w:val="TableGrid"/>
    <w:uiPriority w:val="99"/>
    <w:rsid w:val="00390146"/>
    <w:rPr>
      <w:rFonts w:ascii="Times New Roman" w:eastAsia="Times New Roman" w:hAnsi="Times New Roman" w:cs="Times New Roman"/>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4">
    <w:name w:val="Table Grid54"/>
    <w:basedOn w:val="TableNormal"/>
    <w:next w:val="TableGrid"/>
    <w:uiPriority w:val="99"/>
    <w:rsid w:val="00390146"/>
    <w:rPr>
      <w:rFonts w:ascii="Times New Roman" w:eastAsia="Times New Roman" w:hAnsi="Times New Roman" w:cs="Times New Roman"/>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5">
    <w:name w:val="Table Grid55"/>
    <w:basedOn w:val="TableNormal"/>
    <w:next w:val="TableGrid"/>
    <w:uiPriority w:val="99"/>
    <w:rsid w:val="00390146"/>
    <w:rPr>
      <w:rFonts w:ascii="Times New Roman" w:eastAsia="Times New Roman" w:hAnsi="Times New Roman" w:cs="Times New Roman"/>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6">
    <w:name w:val="Table Grid56"/>
    <w:basedOn w:val="TableNormal"/>
    <w:next w:val="TableGrid"/>
    <w:uiPriority w:val="99"/>
    <w:rsid w:val="00390146"/>
    <w:rPr>
      <w:rFonts w:ascii="Times New Roman" w:eastAsia="Times New Roman" w:hAnsi="Times New Roman" w:cs="Times New Roman"/>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7">
    <w:name w:val="Table Grid57"/>
    <w:basedOn w:val="TableNormal"/>
    <w:next w:val="TableGrid"/>
    <w:uiPriority w:val="99"/>
    <w:rsid w:val="00390146"/>
    <w:rPr>
      <w:rFonts w:ascii="Times New Roman" w:eastAsia="Times New Roman" w:hAnsi="Times New Roman" w:cs="Times New Roman"/>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8">
    <w:name w:val="Table Grid58"/>
    <w:basedOn w:val="TableNormal"/>
    <w:next w:val="TableGrid"/>
    <w:uiPriority w:val="39"/>
    <w:rsid w:val="00390146"/>
    <w:rPr>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9">
    <w:name w:val="Table Grid59"/>
    <w:basedOn w:val="TableNormal"/>
    <w:next w:val="TableGrid"/>
    <w:uiPriority w:val="39"/>
    <w:rsid w:val="00390146"/>
    <w:rPr>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 Grid60"/>
    <w:basedOn w:val="TableNormal"/>
    <w:next w:val="TableGrid"/>
    <w:uiPriority w:val="39"/>
    <w:rsid w:val="00390146"/>
    <w:rPr>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next w:val="TableGrid"/>
    <w:uiPriority w:val="39"/>
    <w:rsid w:val="00390146"/>
    <w:rPr>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next w:val="TableGrid"/>
    <w:uiPriority w:val="39"/>
    <w:rsid w:val="00390146"/>
    <w:rPr>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
    <w:name w:val="Table Grid63"/>
    <w:basedOn w:val="TableNormal"/>
    <w:next w:val="TableGrid"/>
    <w:uiPriority w:val="39"/>
    <w:rsid w:val="00390146"/>
    <w:rPr>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
    <w:name w:val="Table Grid64"/>
    <w:basedOn w:val="TableNormal"/>
    <w:next w:val="TableGrid"/>
    <w:uiPriority w:val="39"/>
    <w:rsid w:val="00390146"/>
    <w:rPr>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5">
    <w:name w:val="Table Grid65"/>
    <w:basedOn w:val="TableNormal"/>
    <w:next w:val="TableGrid"/>
    <w:uiPriority w:val="39"/>
    <w:rsid w:val="00390146"/>
    <w:rPr>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6">
    <w:name w:val="Table Grid66"/>
    <w:basedOn w:val="TableNormal"/>
    <w:next w:val="TableGrid"/>
    <w:uiPriority w:val="39"/>
    <w:rsid w:val="00390146"/>
    <w:rPr>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7">
    <w:name w:val="Table Grid67"/>
    <w:basedOn w:val="TableNormal"/>
    <w:next w:val="TableGrid"/>
    <w:uiPriority w:val="39"/>
    <w:rsid w:val="00390146"/>
    <w:rPr>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8">
    <w:name w:val="Table Grid68"/>
    <w:basedOn w:val="TableNormal"/>
    <w:next w:val="TableGrid"/>
    <w:uiPriority w:val="39"/>
    <w:rsid w:val="00390146"/>
    <w:rPr>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390146"/>
    <w:rPr>
      <w:color w:val="808080"/>
    </w:rPr>
  </w:style>
  <w:style w:type="paragraph" w:styleId="Revision">
    <w:name w:val="Revision"/>
    <w:hidden/>
    <w:uiPriority w:val="99"/>
    <w:semiHidden/>
    <w:rsid w:val="00390146"/>
    <w:rPr>
      <w:sz w:val="22"/>
      <w:szCs w:val="22"/>
    </w:rPr>
  </w:style>
  <w:style w:type="paragraph" w:customStyle="1" w:styleId="msonormal0">
    <w:name w:val="msonormal"/>
    <w:basedOn w:val="Normal"/>
    <w:uiPriority w:val="99"/>
    <w:rsid w:val="00E858AC"/>
    <w:pPr>
      <w:widowControl/>
      <w:bidi w:val="0"/>
      <w:spacing w:before="100" w:beforeAutospacing="1" w:after="100" w:afterAutospacing="1"/>
      <w:ind w:firstLine="0"/>
      <w:jc w:val="left"/>
    </w:pPr>
    <w:rPr>
      <w:rFonts w:eastAsia="Times New Roman" w:cs="Times New Roman"/>
      <w:szCs w:val="24"/>
      <w:lang w:bidi="ar-SA"/>
    </w:rPr>
  </w:style>
  <w:style w:type="paragraph" w:customStyle="1" w:styleId="Footnote">
    <w:name w:val="Footnote"/>
    <w:uiPriority w:val="99"/>
    <w:rsid w:val="00E858AC"/>
    <w:rPr>
      <w:rFonts w:ascii="Helvetica Neue" w:eastAsia="Helvetica Neue" w:hAnsi="Helvetica Neue" w:cs="Helvetica Neue"/>
      <w:color w:val="000000"/>
      <w:sz w:val="22"/>
      <w:szCs w:val="22"/>
      <w14:textOutline w14:w="0" w14:cap="flat" w14:cmpd="sng" w14:algn="ctr">
        <w14:noFill/>
        <w14:prstDash w14:val="solid"/>
        <w14:bevel/>
      </w14:textOutline>
    </w:rPr>
  </w:style>
  <w:style w:type="paragraph" w:customStyle="1" w:styleId="a">
    <w:name w:val="اصلى"/>
    <w:uiPriority w:val="99"/>
    <w:rsid w:val="00E858AC"/>
    <w:pPr>
      <w:autoSpaceDE w:val="0"/>
      <w:autoSpaceDN w:val="0"/>
      <w:bidi/>
      <w:spacing w:line="399" w:lineRule="atLeast"/>
      <w:jc w:val="both"/>
    </w:pPr>
    <w:rPr>
      <w:rFonts w:ascii="Times New Roman" w:eastAsiaTheme="minorEastAsia" w:hAnsi="Times New Roman" w:cs="Traditional Arabic"/>
      <w:sz w:val="28"/>
      <w:szCs w:val="28"/>
    </w:rPr>
  </w:style>
  <w:style w:type="paragraph" w:customStyle="1" w:styleId="1">
    <w:name w:val="تيتر1"/>
    <w:uiPriority w:val="99"/>
    <w:rsid w:val="00E858AC"/>
    <w:pPr>
      <w:autoSpaceDE w:val="0"/>
      <w:autoSpaceDN w:val="0"/>
      <w:bidi/>
      <w:spacing w:line="399" w:lineRule="atLeast"/>
      <w:jc w:val="both"/>
    </w:pPr>
    <w:rPr>
      <w:rFonts w:ascii="Times New Roman" w:eastAsiaTheme="minorEastAsia" w:hAnsi="Times New Roman" w:cs="Traditional Arabic"/>
      <w:bCs/>
      <w:sz w:val="28"/>
      <w:szCs w:val="28"/>
    </w:rPr>
  </w:style>
  <w:style w:type="paragraph" w:customStyle="1" w:styleId="Default">
    <w:name w:val="Default"/>
    <w:uiPriority w:val="99"/>
    <w:rsid w:val="00E858AC"/>
    <w:rPr>
      <w:rFonts w:ascii="Arial Unicode MS" w:eastAsia="Times New Roman" w:hAnsi="Arial Unicode MS" w:cs="Times New Roman"/>
      <w:color w:val="000000"/>
      <w:sz w:val="22"/>
      <w:szCs w:val="22"/>
      <w:lang w:val="ar-SA"/>
      <w14:textOutline w14:w="0" w14:cap="flat" w14:cmpd="sng" w14:algn="ctr">
        <w14:noFill/>
        <w14:prstDash w14:val="solid"/>
        <w14:bevel/>
      </w14:textOutline>
    </w:rPr>
  </w:style>
  <w:style w:type="paragraph" w:customStyle="1" w:styleId="HeaderFooter">
    <w:name w:val="Header &amp; Footer"/>
    <w:uiPriority w:val="99"/>
    <w:rsid w:val="00E858AC"/>
    <w:pPr>
      <w:tabs>
        <w:tab w:val="right" w:pos="9020"/>
      </w:tabs>
    </w:pPr>
    <w:rPr>
      <w:rFonts w:ascii="Helvetica Neue" w:eastAsia="Arial Unicode MS" w:hAnsi="Helvetica Neue" w:cs="Arial Unicode MS"/>
      <w:color w:val="000000"/>
      <w:sz w:val="24"/>
      <w:szCs w:val="24"/>
      <w14:textOutline w14:w="0" w14:cap="flat" w14:cmpd="sng" w14:algn="ctr">
        <w14:noFill/>
        <w14:prstDash w14:val="solid"/>
        <w14:bevel/>
      </w14:textOutline>
    </w:rPr>
  </w:style>
  <w:style w:type="paragraph" w:customStyle="1" w:styleId="BasicParagraph">
    <w:name w:val="[Basic Paragraph]"/>
    <w:basedOn w:val="Normal"/>
    <w:uiPriority w:val="99"/>
    <w:rsid w:val="00E858AC"/>
    <w:pPr>
      <w:widowControl/>
      <w:autoSpaceDE w:val="0"/>
      <w:autoSpaceDN w:val="0"/>
      <w:adjustRightInd w:val="0"/>
      <w:spacing w:after="0" w:line="288" w:lineRule="auto"/>
      <w:ind w:firstLine="0"/>
      <w:jc w:val="left"/>
    </w:pPr>
    <w:rPr>
      <w:rFonts w:ascii="Adobe Hebrew" w:eastAsia="Times New Roman" w:hAnsi="Adobe Hebrew" w:cs="Adobe Hebrew"/>
      <w:color w:val="000000"/>
      <w:szCs w:val="24"/>
      <w:lang w:bidi="he-IL"/>
    </w:rPr>
  </w:style>
  <w:style w:type="paragraph" w:customStyle="1" w:styleId="a0">
    <w:name w:val="تیتر شاگردان"/>
    <w:basedOn w:val="Normal"/>
    <w:uiPriority w:val="99"/>
    <w:rsid w:val="00E858AC"/>
    <w:pPr>
      <w:widowControl/>
      <w:autoSpaceDE w:val="0"/>
      <w:autoSpaceDN w:val="0"/>
      <w:adjustRightInd w:val="0"/>
      <w:spacing w:after="0" w:line="440" w:lineRule="atLeast"/>
      <w:ind w:firstLine="283"/>
    </w:pPr>
    <w:rPr>
      <w:rFonts w:ascii="w_Lotus" w:eastAsia="Times New Roman" w:hAnsi="w_Lotus" w:cs="w_Lotus"/>
      <w:b/>
      <w:bCs/>
      <w:color w:val="000000"/>
      <w:sz w:val="26"/>
      <w:szCs w:val="26"/>
    </w:rPr>
  </w:style>
  <w:style w:type="paragraph" w:customStyle="1" w:styleId="Link">
    <w:name w:val="**Link"/>
    <w:basedOn w:val="Normal"/>
    <w:uiPriority w:val="99"/>
    <w:qFormat/>
    <w:rsid w:val="00E858AC"/>
    <w:pPr>
      <w:spacing w:after="0"/>
      <w:ind w:firstLine="0"/>
      <w:jc w:val="lowKashida"/>
    </w:pPr>
    <w:rPr>
      <w:rFonts w:ascii="Arial" w:hAnsi="Arial" w:cs="Arial"/>
      <w:b/>
      <w:bCs/>
      <w:color w:val="000000"/>
      <w:spacing w:val="-2"/>
      <w:sz w:val="20"/>
      <w:szCs w:val="20"/>
      <w:lang w:bidi="ar-SA"/>
    </w:rPr>
  </w:style>
  <w:style w:type="character" w:customStyle="1" w:styleId="a1">
    <w:name w:val="ایتالیک پاورقی فارسی"/>
    <w:uiPriority w:val="1"/>
    <w:qFormat/>
    <w:rsid w:val="00E858AC"/>
    <w:rPr>
      <w:rFonts w:ascii="w_Lotus" w:hAnsi="w_Lotus" w:cs="0Badr" w:hint="default"/>
      <w:i/>
      <w:iCs w:val="0"/>
      <w:color w:val="auto"/>
      <w:szCs w:val="24"/>
      <w:lang w:bidi="fa-IR"/>
    </w:rPr>
  </w:style>
  <w:style w:type="character" w:customStyle="1" w:styleId="a2">
    <w:name w:val="شماره پاورقی"/>
    <w:uiPriority w:val="99"/>
    <w:rsid w:val="00E858AC"/>
    <w:rPr>
      <w:b/>
      <w:bCs/>
      <w:sz w:val="30"/>
      <w:szCs w:val="30"/>
      <w:vertAlign w:val="superscript"/>
    </w:rPr>
  </w:style>
  <w:style w:type="character" w:customStyle="1" w:styleId="a3">
    <w:name w:val="ایرانیک متن فارسی"/>
    <w:basedOn w:val="DefaultParagraphFont"/>
    <w:uiPriority w:val="1"/>
    <w:qFormat/>
    <w:rsid w:val="00E858AC"/>
    <w:rPr>
      <w:rFonts w:ascii="w_Lotus Italic" w:hAnsi="w_Lotus" w:cs="XB Zar" w:hint="cs"/>
      <w:i/>
      <w:iCs/>
      <w:color w:val="00B050"/>
      <w:spacing w:val="-3"/>
      <w:szCs w:val="26"/>
      <w:lang w:bidi="ar-SA"/>
    </w:rPr>
  </w:style>
  <w:style w:type="numbering" w:customStyle="1" w:styleId="Lettered">
    <w:name w:val="Lettered"/>
    <w:rsid w:val="00E858AC"/>
    <w:pPr>
      <w:numPr>
        <w:numId w:val="2"/>
      </w:numPr>
    </w:pPr>
  </w:style>
  <w:style w:type="numbering" w:customStyle="1" w:styleId="Dash">
    <w:name w:val="Dash"/>
    <w:rsid w:val="00E858AC"/>
    <w:pPr>
      <w:numPr>
        <w:numId w:val="3"/>
      </w:numPr>
    </w:pPr>
  </w:style>
  <w:style w:type="character" w:customStyle="1" w:styleId="UnresolvedMention1">
    <w:name w:val="Unresolved Mention1"/>
    <w:uiPriority w:val="99"/>
    <w:semiHidden/>
    <w:unhideWhenUsed/>
    <w:rsid w:val="003D139D"/>
    <w:rPr>
      <w:color w:val="605E5C"/>
      <w:shd w:val="clear" w:color="auto" w:fill="E1DFDD"/>
    </w:rPr>
  </w:style>
  <w:style w:type="character" w:customStyle="1" w:styleId="UnresolvedMention2">
    <w:name w:val="Unresolved Mention2"/>
    <w:uiPriority w:val="99"/>
    <w:semiHidden/>
    <w:unhideWhenUsed/>
    <w:rsid w:val="003D139D"/>
    <w:rPr>
      <w:color w:val="605E5C"/>
      <w:shd w:val="clear" w:color="auto" w:fill="E1DFDD"/>
    </w:rPr>
  </w:style>
  <w:style w:type="character" w:customStyle="1" w:styleId="markedcontent">
    <w:name w:val="markedcontent"/>
    <w:basedOn w:val="DefaultParagraphFont"/>
    <w:rsid w:val="000019E4"/>
  </w:style>
  <w:style w:type="paragraph" w:styleId="HTMLPreformatted">
    <w:name w:val="HTML Preformatted"/>
    <w:basedOn w:val="Normal"/>
    <w:link w:val="HTMLPreformattedChar"/>
    <w:uiPriority w:val="99"/>
    <w:unhideWhenUsed/>
    <w:rsid w:val="000019E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ind w:firstLine="0"/>
      <w:jc w:val="left"/>
    </w:pPr>
    <w:rPr>
      <w:rFonts w:ascii="Courier New" w:eastAsia="Times New Roman" w:hAnsi="Courier New" w:cs="Courier New"/>
      <w:sz w:val="20"/>
      <w:szCs w:val="20"/>
      <w:lang w:bidi="ar-SA"/>
    </w:rPr>
  </w:style>
  <w:style w:type="character" w:customStyle="1" w:styleId="HTMLPreformattedChar">
    <w:name w:val="HTML Preformatted Char"/>
    <w:basedOn w:val="DefaultParagraphFont"/>
    <w:link w:val="HTMLPreformatted"/>
    <w:uiPriority w:val="99"/>
    <w:rsid w:val="000019E4"/>
    <w:rPr>
      <w:rFonts w:ascii="Courier New" w:eastAsia="Times New Roman" w:hAnsi="Courier New" w:cs="Courier New"/>
    </w:rPr>
  </w:style>
  <w:style w:type="paragraph" w:customStyle="1" w:styleId="ltr">
    <w:name w:val="ltr"/>
    <w:basedOn w:val="Normal"/>
    <w:rsid w:val="001504D0"/>
    <w:pPr>
      <w:widowControl/>
      <w:bidi w:val="0"/>
      <w:spacing w:before="100" w:beforeAutospacing="1" w:after="100" w:afterAutospacing="1"/>
      <w:ind w:firstLine="0"/>
      <w:jc w:val="left"/>
    </w:pPr>
    <w:rPr>
      <w:rFonts w:eastAsia="Times New Roman" w:cs="Times New Roman"/>
      <w:szCs w:val="24"/>
      <w:lang w:bidi="ar-SA"/>
    </w:rPr>
  </w:style>
  <w:style w:type="character" w:customStyle="1" w:styleId="UnresolvedMention">
    <w:name w:val="Unresolved Mention"/>
    <w:basedOn w:val="DefaultParagraphFont"/>
    <w:uiPriority w:val="99"/>
    <w:semiHidden/>
    <w:unhideWhenUsed/>
    <w:rsid w:val="00957CC9"/>
    <w:rPr>
      <w:color w:val="605E5C"/>
      <w:shd w:val="clear" w:color="auto" w:fill="E1DFDD"/>
    </w:rPr>
  </w:style>
  <w:style w:type="paragraph" w:styleId="Quote">
    <w:name w:val="Quote"/>
    <w:basedOn w:val="Normal"/>
    <w:next w:val="Normal"/>
    <w:link w:val="QuoteChar"/>
    <w:uiPriority w:val="29"/>
    <w:qFormat/>
    <w:rsid w:val="007850C9"/>
    <w:pPr>
      <w:widowControl/>
      <w:bidi w:val="0"/>
      <w:spacing w:before="160" w:after="0"/>
      <w:ind w:firstLine="0"/>
      <w:jc w:val="center"/>
    </w:pPr>
    <w:rPr>
      <w:rFonts w:eastAsia="Times New Roman" w:cs="Times New Roman"/>
      <w:i/>
      <w:iCs/>
      <w:color w:val="404040" w:themeColor="text1" w:themeTint="BF"/>
      <w:szCs w:val="24"/>
    </w:rPr>
  </w:style>
  <w:style w:type="character" w:customStyle="1" w:styleId="QuoteChar">
    <w:name w:val="Quote Char"/>
    <w:basedOn w:val="DefaultParagraphFont"/>
    <w:link w:val="Quote"/>
    <w:uiPriority w:val="29"/>
    <w:rsid w:val="007850C9"/>
    <w:rPr>
      <w:rFonts w:ascii="Times New Roman" w:eastAsia="Times New Roman" w:hAnsi="Times New Roman" w:cs="Times New Roman"/>
      <w:i/>
      <w:iCs/>
      <w:color w:val="404040" w:themeColor="text1" w:themeTint="BF"/>
      <w:sz w:val="24"/>
      <w:szCs w:val="24"/>
      <w:lang w:bidi="fa-IR"/>
    </w:rPr>
  </w:style>
  <w:style w:type="paragraph" w:styleId="IntenseQuote">
    <w:name w:val="Intense Quote"/>
    <w:basedOn w:val="Normal"/>
    <w:next w:val="Normal"/>
    <w:link w:val="IntenseQuoteChar"/>
    <w:uiPriority w:val="30"/>
    <w:qFormat/>
    <w:rsid w:val="007850C9"/>
    <w:pPr>
      <w:widowControl/>
      <w:pBdr>
        <w:top w:val="single" w:sz="4" w:space="10" w:color="2E74B5" w:themeColor="accent1" w:themeShade="BF"/>
        <w:bottom w:val="single" w:sz="4" w:space="10" w:color="2E74B5" w:themeColor="accent1" w:themeShade="BF"/>
      </w:pBdr>
      <w:bidi w:val="0"/>
      <w:spacing w:before="360" w:after="360"/>
      <w:ind w:left="864" w:right="864" w:firstLine="0"/>
      <w:jc w:val="center"/>
    </w:pPr>
    <w:rPr>
      <w:rFonts w:eastAsia="Times New Roman" w:cs="Times New Roman"/>
      <w:i/>
      <w:iCs/>
      <w:color w:val="2E74B5" w:themeColor="accent1" w:themeShade="BF"/>
      <w:szCs w:val="24"/>
    </w:rPr>
  </w:style>
  <w:style w:type="character" w:customStyle="1" w:styleId="IntenseQuoteChar">
    <w:name w:val="Intense Quote Char"/>
    <w:basedOn w:val="DefaultParagraphFont"/>
    <w:link w:val="IntenseQuote"/>
    <w:uiPriority w:val="30"/>
    <w:rsid w:val="007850C9"/>
    <w:rPr>
      <w:rFonts w:ascii="Times New Roman" w:eastAsia="Times New Roman" w:hAnsi="Times New Roman" w:cs="Times New Roman"/>
      <w:i/>
      <w:iCs/>
      <w:color w:val="2E74B5" w:themeColor="accent1" w:themeShade="BF"/>
      <w:sz w:val="24"/>
      <w:szCs w:val="24"/>
      <w:lang w:bidi="fa-IR"/>
    </w:rPr>
  </w:style>
  <w:style w:type="paragraph" w:styleId="BodyText2">
    <w:name w:val="Body Text 2"/>
    <w:basedOn w:val="Normal"/>
    <w:link w:val="BodyText2Char"/>
    <w:uiPriority w:val="99"/>
    <w:unhideWhenUsed/>
    <w:rsid w:val="00BA7A08"/>
    <w:pPr>
      <w:widowControl/>
      <w:bidi w:val="0"/>
      <w:spacing w:after="120" w:line="480" w:lineRule="auto"/>
      <w:ind w:firstLine="0"/>
      <w:jc w:val="left"/>
    </w:pPr>
    <w:rPr>
      <w:rFonts w:eastAsia="B Nazanin"/>
      <w:sz w:val="22"/>
      <w:szCs w:val="22"/>
      <w:lang w:bidi="ar-SA"/>
    </w:rPr>
  </w:style>
  <w:style w:type="character" w:customStyle="1" w:styleId="BodyText2Char">
    <w:name w:val="Body Text 2 Char"/>
    <w:basedOn w:val="DefaultParagraphFont"/>
    <w:link w:val="BodyText2"/>
    <w:uiPriority w:val="99"/>
    <w:rsid w:val="00BA7A08"/>
    <w:rPr>
      <w:rFonts w:ascii="Times New Roman" w:eastAsia="B Nazanin" w:hAnsi="Times New Roman" w:cs="B Nazanin"/>
      <w:sz w:val="22"/>
      <w:szCs w:val="22"/>
    </w:rPr>
  </w:style>
  <w:style w:type="paragraph" w:styleId="BodyText3">
    <w:name w:val="Body Text 3"/>
    <w:basedOn w:val="Normal"/>
    <w:link w:val="BodyText3Char"/>
    <w:uiPriority w:val="99"/>
    <w:unhideWhenUsed/>
    <w:rsid w:val="00BA7A08"/>
    <w:pPr>
      <w:widowControl/>
      <w:bidi w:val="0"/>
      <w:spacing w:after="120" w:line="276" w:lineRule="auto"/>
      <w:ind w:firstLine="0"/>
      <w:jc w:val="left"/>
    </w:pPr>
    <w:rPr>
      <w:rFonts w:eastAsia="B Nazanin"/>
      <w:sz w:val="16"/>
      <w:szCs w:val="16"/>
      <w:lang w:bidi="ar-SA"/>
    </w:rPr>
  </w:style>
  <w:style w:type="character" w:customStyle="1" w:styleId="BodyText3Char">
    <w:name w:val="Body Text 3 Char"/>
    <w:basedOn w:val="DefaultParagraphFont"/>
    <w:link w:val="BodyText3"/>
    <w:uiPriority w:val="99"/>
    <w:rsid w:val="00BA7A08"/>
    <w:rPr>
      <w:rFonts w:ascii="Times New Roman" w:eastAsia="B Nazanin" w:hAnsi="Times New Roman" w:cs="B Nazanin"/>
      <w:sz w:val="16"/>
      <w:szCs w:val="16"/>
    </w:rPr>
  </w:style>
  <w:style w:type="paragraph" w:styleId="List2">
    <w:name w:val="List 2"/>
    <w:basedOn w:val="Normal"/>
    <w:uiPriority w:val="99"/>
    <w:unhideWhenUsed/>
    <w:rsid w:val="00BA7A08"/>
    <w:pPr>
      <w:widowControl/>
      <w:bidi w:val="0"/>
      <w:spacing w:after="200" w:line="276" w:lineRule="auto"/>
      <w:ind w:left="720" w:hanging="360"/>
      <w:contextualSpacing/>
      <w:jc w:val="left"/>
    </w:pPr>
    <w:rPr>
      <w:rFonts w:eastAsia="B Nazanin"/>
      <w:sz w:val="22"/>
      <w:szCs w:val="22"/>
      <w:lang w:bidi="ar-SA"/>
    </w:rPr>
  </w:style>
  <w:style w:type="paragraph" w:styleId="List3">
    <w:name w:val="List 3"/>
    <w:basedOn w:val="Normal"/>
    <w:uiPriority w:val="99"/>
    <w:unhideWhenUsed/>
    <w:rsid w:val="00BA7A08"/>
    <w:pPr>
      <w:widowControl/>
      <w:bidi w:val="0"/>
      <w:spacing w:after="200" w:line="276" w:lineRule="auto"/>
      <w:ind w:left="1080" w:hanging="360"/>
      <w:contextualSpacing/>
      <w:jc w:val="left"/>
    </w:pPr>
    <w:rPr>
      <w:rFonts w:eastAsia="B Nazanin"/>
      <w:sz w:val="22"/>
      <w:szCs w:val="22"/>
      <w:lang w:bidi="ar-SA"/>
    </w:rPr>
  </w:style>
  <w:style w:type="paragraph" w:styleId="ListBullet">
    <w:name w:val="List Bullet"/>
    <w:basedOn w:val="Normal"/>
    <w:uiPriority w:val="99"/>
    <w:unhideWhenUsed/>
    <w:rsid w:val="00BA7A08"/>
    <w:pPr>
      <w:widowControl/>
      <w:numPr>
        <w:numId w:val="24"/>
      </w:numPr>
      <w:bidi w:val="0"/>
      <w:spacing w:after="200" w:line="276" w:lineRule="auto"/>
      <w:contextualSpacing/>
      <w:jc w:val="left"/>
    </w:pPr>
    <w:rPr>
      <w:rFonts w:eastAsia="B Nazanin"/>
      <w:sz w:val="22"/>
      <w:szCs w:val="22"/>
      <w:lang w:bidi="ar-SA"/>
    </w:rPr>
  </w:style>
  <w:style w:type="paragraph" w:styleId="ListBullet2">
    <w:name w:val="List Bullet 2"/>
    <w:basedOn w:val="Normal"/>
    <w:uiPriority w:val="99"/>
    <w:unhideWhenUsed/>
    <w:rsid w:val="00BA7A08"/>
    <w:pPr>
      <w:widowControl/>
      <w:numPr>
        <w:numId w:val="25"/>
      </w:numPr>
      <w:bidi w:val="0"/>
      <w:spacing w:after="200" w:line="276" w:lineRule="auto"/>
      <w:contextualSpacing/>
      <w:jc w:val="left"/>
    </w:pPr>
    <w:rPr>
      <w:rFonts w:eastAsia="B Nazanin"/>
      <w:sz w:val="22"/>
      <w:szCs w:val="22"/>
      <w:lang w:bidi="ar-SA"/>
    </w:rPr>
  </w:style>
  <w:style w:type="paragraph" w:styleId="ListBullet3">
    <w:name w:val="List Bullet 3"/>
    <w:basedOn w:val="Normal"/>
    <w:uiPriority w:val="99"/>
    <w:unhideWhenUsed/>
    <w:rsid w:val="00BA7A08"/>
    <w:pPr>
      <w:widowControl/>
      <w:numPr>
        <w:numId w:val="26"/>
      </w:numPr>
      <w:bidi w:val="0"/>
      <w:spacing w:after="200" w:line="276" w:lineRule="auto"/>
      <w:contextualSpacing/>
      <w:jc w:val="left"/>
    </w:pPr>
    <w:rPr>
      <w:rFonts w:eastAsia="B Nazanin"/>
      <w:sz w:val="22"/>
      <w:szCs w:val="22"/>
      <w:lang w:bidi="ar-SA"/>
    </w:rPr>
  </w:style>
  <w:style w:type="paragraph" w:styleId="ListNumber">
    <w:name w:val="List Number"/>
    <w:basedOn w:val="Normal"/>
    <w:uiPriority w:val="99"/>
    <w:unhideWhenUsed/>
    <w:rsid w:val="00BA7A08"/>
    <w:pPr>
      <w:widowControl/>
      <w:numPr>
        <w:numId w:val="28"/>
      </w:numPr>
      <w:bidi w:val="0"/>
      <w:spacing w:after="200" w:line="276" w:lineRule="auto"/>
      <w:contextualSpacing/>
      <w:jc w:val="left"/>
    </w:pPr>
    <w:rPr>
      <w:rFonts w:eastAsia="B Nazanin"/>
      <w:sz w:val="22"/>
      <w:szCs w:val="22"/>
      <w:lang w:bidi="ar-SA"/>
    </w:rPr>
  </w:style>
  <w:style w:type="paragraph" w:styleId="ListNumber2">
    <w:name w:val="List Number 2"/>
    <w:basedOn w:val="Normal"/>
    <w:uiPriority w:val="99"/>
    <w:unhideWhenUsed/>
    <w:rsid w:val="00BA7A08"/>
    <w:pPr>
      <w:widowControl/>
      <w:numPr>
        <w:numId w:val="29"/>
      </w:numPr>
      <w:bidi w:val="0"/>
      <w:spacing w:after="200" w:line="276" w:lineRule="auto"/>
      <w:contextualSpacing/>
      <w:jc w:val="left"/>
    </w:pPr>
    <w:rPr>
      <w:rFonts w:eastAsia="B Nazanin"/>
      <w:sz w:val="22"/>
      <w:szCs w:val="22"/>
      <w:lang w:bidi="ar-SA"/>
    </w:rPr>
  </w:style>
  <w:style w:type="paragraph" w:styleId="ListNumber3">
    <w:name w:val="List Number 3"/>
    <w:basedOn w:val="Normal"/>
    <w:uiPriority w:val="99"/>
    <w:unhideWhenUsed/>
    <w:rsid w:val="00BA7A08"/>
    <w:pPr>
      <w:widowControl/>
      <w:numPr>
        <w:numId w:val="30"/>
      </w:numPr>
      <w:bidi w:val="0"/>
      <w:spacing w:after="200" w:line="276" w:lineRule="auto"/>
      <w:contextualSpacing/>
      <w:jc w:val="left"/>
    </w:pPr>
    <w:rPr>
      <w:rFonts w:eastAsia="B Nazanin"/>
      <w:sz w:val="22"/>
      <w:szCs w:val="22"/>
      <w:lang w:bidi="ar-SA"/>
    </w:rPr>
  </w:style>
  <w:style w:type="paragraph" w:styleId="ListContinue2">
    <w:name w:val="List Continue 2"/>
    <w:basedOn w:val="Normal"/>
    <w:uiPriority w:val="99"/>
    <w:unhideWhenUsed/>
    <w:rsid w:val="00BA7A08"/>
    <w:pPr>
      <w:widowControl/>
      <w:bidi w:val="0"/>
      <w:spacing w:after="120" w:line="276" w:lineRule="auto"/>
      <w:ind w:left="720" w:firstLine="0"/>
      <w:contextualSpacing/>
      <w:jc w:val="left"/>
    </w:pPr>
    <w:rPr>
      <w:rFonts w:eastAsia="B Nazanin"/>
      <w:sz w:val="22"/>
      <w:szCs w:val="22"/>
      <w:lang w:bidi="ar-SA"/>
    </w:rPr>
  </w:style>
  <w:style w:type="paragraph" w:styleId="ListContinue3">
    <w:name w:val="List Continue 3"/>
    <w:basedOn w:val="Normal"/>
    <w:uiPriority w:val="99"/>
    <w:unhideWhenUsed/>
    <w:rsid w:val="00BA7A08"/>
    <w:pPr>
      <w:widowControl/>
      <w:bidi w:val="0"/>
      <w:spacing w:after="120" w:line="276" w:lineRule="auto"/>
      <w:ind w:left="1080" w:firstLine="0"/>
      <w:contextualSpacing/>
      <w:jc w:val="left"/>
    </w:pPr>
    <w:rPr>
      <w:rFonts w:eastAsia="B Nazanin"/>
      <w:sz w:val="22"/>
      <w:szCs w:val="22"/>
      <w:lang w:bidi="ar-SA"/>
    </w:rPr>
  </w:style>
  <w:style w:type="paragraph" w:styleId="MacroText">
    <w:name w:val="macro"/>
    <w:link w:val="MacroTextChar"/>
    <w:uiPriority w:val="99"/>
    <w:unhideWhenUsed/>
    <w:rsid w:val="00BA7A08"/>
    <w:pPr>
      <w:tabs>
        <w:tab w:val="left" w:pos="576"/>
        <w:tab w:val="left" w:pos="1152"/>
        <w:tab w:val="left" w:pos="1728"/>
        <w:tab w:val="left" w:pos="2304"/>
        <w:tab w:val="left" w:pos="2880"/>
        <w:tab w:val="left" w:pos="3456"/>
        <w:tab w:val="left" w:pos="4032"/>
      </w:tabs>
      <w:spacing w:after="200" w:line="276" w:lineRule="auto"/>
    </w:pPr>
    <w:rPr>
      <w:rFonts w:ascii="Courier" w:eastAsiaTheme="minorEastAsia" w:hAnsi="Courier" w:cstheme="minorBidi"/>
    </w:rPr>
  </w:style>
  <w:style w:type="character" w:customStyle="1" w:styleId="MacroTextChar">
    <w:name w:val="Macro Text Char"/>
    <w:basedOn w:val="DefaultParagraphFont"/>
    <w:link w:val="MacroText"/>
    <w:uiPriority w:val="99"/>
    <w:rsid w:val="00BA7A08"/>
    <w:rPr>
      <w:rFonts w:ascii="Courier" w:eastAsiaTheme="minorEastAsia" w:hAnsi="Courier" w:cstheme="minorBidi"/>
    </w:rPr>
  </w:style>
  <w:style w:type="paragraph" w:styleId="TOCHeading">
    <w:name w:val="TOC Heading"/>
    <w:basedOn w:val="Heading1"/>
    <w:next w:val="Normal"/>
    <w:uiPriority w:val="39"/>
    <w:semiHidden/>
    <w:unhideWhenUsed/>
    <w:qFormat/>
    <w:rsid w:val="00BA7A08"/>
    <w:pPr>
      <w:widowControl/>
      <w:numPr>
        <w:numId w:val="0"/>
      </w:numPr>
      <w:bidi w:val="0"/>
      <w:spacing w:before="480" w:line="276" w:lineRule="auto"/>
      <w:jc w:val="left"/>
      <w:outlineLvl w:val="9"/>
    </w:pPr>
    <w:rPr>
      <w:rFonts w:asciiTheme="majorHAnsi" w:eastAsiaTheme="majorEastAsia" w:hAnsiTheme="majorHAnsi" w:cstheme="majorBidi"/>
      <w:b/>
      <w:color w:val="2E74B5" w:themeColor="accent1" w:themeShade="BF"/>
      <w:sz w:val="28"/>
      <w:szCs w:val="28"/>
      <w:lang w:bidi="ar-SA"/>
    </w:rPr>
  </w:style>
  <w:style w:type="table" w:styleId="LightShading">
    <w:name w:val="Light Shading"/>
    <w:basedOn w:val="TableNormal"/>
    <w:uiPriority w:val="60"/>
    <w:rsid w:val="00BA7A08"/>
    <w:rPr>
      <w:rFonts w:asciiTheme="minorHAnsi" w:eastAsiaTheme="minorEastAsia" w:hAnsiTheme="minorHAnsi" w:cstheme="minorBidi"/>
      <w:color w:val="000000" w:themeColor="text1" w:themeShade="BF"/>
      <w:sz w:val="22"/>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BA7A08"/>
    <w:rPr>
      <w:rFonts w:asciiTheme="minorHAnsi" w:eastAsiaTheme="minorEastAsia" w:hAnsiTheme="minorHAnsi" w:cstheme="minorBidi"/>
      <w:color w:val="2E74B5" w:themeColor="accent1" w:themeShade="BF"/>
      <w:sz w:val="22"/>
      <w:szCs w:val="22"/>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rsid w:val="00BA7A08"/>
    <w:rPr>
      <w:rFonts w:asciiTheme="minorHAnsi" w:eastAsiaTheme="minorEastAsia" w:hAnsiTheme="minorHAnsi" w:cstheme="minorBidi"/>
      <w:color w:val="C45911" w:themeColor="accent2" w:themeShade="BF"/>
      <w:sz w:val="22"/>
      <w:szCs w:val="22"/>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BA7A08"/>
    <w:rPr>
      <w:rFonts w:asciiTheme="minorHAnsi" w:eastAsiaTheme="minorEastAsia" w:hAnsiTheme="minorHAnsi" w:cstheme="minorBidi"/>
      <w:color w:val="7B7B7B" w:themeColor="accent3" w:themeShade="BF"/>
      <w:sz w:val="22"/>
      <w:szCs w:val="22"/>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BA7A08"/>
    <w:rPr>
      <w:rFonts w:asciiTheme="minorHAnsi" w:eastAsiaTheme="minorEastAsia" w:hAnsiTheme="minorHAnsi" w:cstheme="minorBidi"/>
      <w:color w:val="BF8F00" w:themeColor="accent4" w:themeShade="BF"/>
      <w:sz w:val="22"/>
      <w:szCs w:val="22"/>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BA7A08"/>
    <w:rPr>
      <w:rFonts w:asciiTheme="minorHAnsi" w:eastAsiaTheme="minorEastAsia" w:hAnsiTheme="minorHAnsi" w:cstheme="minorBidi"/>
      <w:color w:val="2F5496" w:themeColor="accent5" w:themeShade="BF"/>
      <w:sz w:val="22"/>
      <w:szCs w:val="22"/>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rsid w:val="00BA7A08"/>
    <w:rPr>
      <w:rFonts w:asciiTheme="minorHAnsi" w:eastAsiaTheme="minorEastAsia" w:hAnsiTheme="minorHAnsi" w:cstheme="minorBidi"/>
      <w:color w:val="538135" w:themeColor="accent6" w:themeShade="BF"/>
      <w:sz w:val="22"/>
      <w:szCs w:val="22"/>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BA7A08"/>
    <w:rPr>
      <w:rFonts w:asciiTheme="minorHAnsi" w:eastAsiaTheme="minorEastAsia" w:hAnsiTheme="minorHAnsi" w:cstheme="minorBidi"/>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BA7A08"/>
    <w:rPr>
      <w:rFonts w:asciiTheme="minorHAnsi" w:eastAsiaTheme="minorEastAsia" w:hAnsiTheme="minorHAnsi" w:cstheme="minorBidi"/>
      <w:sz w:val="22"/>
      <w:szCs w:val="22"/>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rsid w:val="00BA7A08"/>
    <w:rPr>
      <w:rFonts w:asciiTheme="minorHAnsi" w:eastAsiaTheme="minorEastAsia" w:hAnsiTheme="minorHAnsi" w:cstheme="minorBidi"/>
      <w:sz w:val="22"/>
      <w:szCs w:val="22"/>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BA7A08"/>
    <w:rPr>
      <w:rFonts w:asciiTheme="minorHAnsi" w:eastAsiaTheme="minorEastAsia" w:hAnsiTheme="minorHAnsi" w:cstheme="minorBidi"/>
      <w:sz w:val="22"/>
      <w:szCs w:val="22"/>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BA7A08"/>
    <w:rPr>
      <w:rFonts w:asciiTheme="minorHAnsi" w:eastAsiaTheme="minorEastAsia" w:hAnsiTheme="minorHAnsi" w:cstheme="minorBidi"/>
      <w:sz w:val="22"/>
      <w:szCs w:val="22"/>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BA7A08"/>
    <w:rPr>
      <w:rFonts w:asciiTheme="minorHAnsi" w:eastAsiaTheme="minorEastAsia" w:hAnsiTheme="minorHAnsi" w:cstheme="minorBidi"/>
      <w:sz w:val="22"/>
      <w:szCs w:val="22"/>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rsid w:val="00BA7A08"/>
    <w:rPr>
      <w:rFonts w:asciiTheme="minorHAnsi" w:eastAsiaTheme="minorEastAsia" w:hAnsiTheme="minorHAnsi" w:cstheme="minorBidi"/>
      <w:sz w:val="22"/>
      <w:szCs w:val="22"/>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BA7A08"/>
    <w:rPr>
      <w:rFonts w:asciiTheme="minorHAnsi" w:eastAsiaTheme="minorEastAsia" w:hAnsiTheme="minorHAnsi" w:cstheme="minorBidi"/>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BA7A08"/>
    <w:rPr>
      <w:rFonts w:asciiTheme="minorHAnsi" w:eastAsiaTheme="minorEastAsia" w:hAnsiTheme="minorHAnsi" w:cstheme="minorBidi"/>
      <w:sz w:val="22"/>
      <w:szCs w:val="22"/>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rsid w:val="00BA7A08"/>
    <w:rPr>
      <w:rFonts w:asciiTheme="minorHAnsi" w:eastAsiaTheme="minorEastAsia" w:hAnsiTheme="minorHAnsi" w:cstheme="minorBidi"/>
      <w:sz w:val="22"/>
      <w:szCs w:val="22"/>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BA7A08"/>
    <w:rPr>
      <w:rFonts w:asciiTheme="minorHAnsi" w:eastAsiaTheme="minorEastAsia" w:hAnsiTheme="minorHAnsi" w:cstheme="minorBidi"/>
      <w:sz w:val="22"/>
      <w:szCs w:val="22"/>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BA7A08"/>
    <w:rPr>
      <w:rFonts w:asciiTheme="minorHAnsi" w:eastAsiaTheme="minorEastAsia" w:hAnsiTheme="minorHAnsi" w:cstheme="minorBidi"/>
      <w:sz w:val="22"/>
      <w:szCs w:val="22"/>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BA7A08"/>
    <w:rPr>
      <w:rFonts w:asciiTheme="minorHAnsi" w:eastAsiaTheme="minorEastAsia" w:hAnsiTheme="minorHAnsi" w:cstheme="minorBidi"/>
      <w:sz w:val="22"/>
      <w:szCs w:val="22"/>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rsid w:val="00BA7A08"/>
    <w:rPr>
      <w:rFonts w:asciiTheme="minorHAnsi" w:eastAsiaTheme="minorEastAsia" w:hAnsiTheme="minorHAnsi" w:cstheme="minorBidi"/>
      <w:sz w:val="22"/>
      <w:szCs w:val="22"/>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BA7A08"/>
    <w:rPr>
      <w:rFonts w:asciiTheme="minorHAnsi" w:eastAsiaTheme="minorEastAsia" w:hAnsiTheme="minorHAnsi" w:cstheme="minorBidi"/>
      <w:sz w:val="22"/>
      <w:szCs w:val="22"/>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BA7A08"/>
    <w:rPr>
      <w:rFonts w:asciiTheme="minorHAnsi" w:eastAsiaTheme="minorEastAsia" w:hAnsiTheme="minorHAnsi" w:cstheme="minorBidi"/>
      <w:sz w:val="22"/>
      <w:szCs w:val="22"/>
    </w:r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BA7A08"/>
    <w:rPr>
      <w:rFonts w:asciiTheme="minorHAnsi" w:eastAsiaTheme="minorEastAsia" w:hAnsiTheme="minorHAnsi" w:cstheme="minorBidi"/>
      <w:sz w:val="22"/>
      <w:szCs w:val="22"/>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BA7A08"/>
    <w:rPr>
      <w:rFonts w:asciiTheme="minorHAnsi" w:eastAsiaTheme="minorEastAsia" w:hAnsiTheme="minorHAnsi" w:cstheme="minorBidi"/>
      <w:sz w:val="22"/>
      <w:szCs w:val="22"/>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BA7A08"/>
    <w:rPr>
      <w:rFonts w:asciiTheme="minorHAnsi" w:eastAsiaTheme="minorEastAsia" w:hAnsiTheme="minorHAnsi" w:cstheme="minorBidi"/>
      <w:sz w:val="22"/>
      <w:szCs w:val="22"/>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BA7A08"/>
    <w:rPr>
      <w:rFonts w:asciiTheme="minorHAnsi" w:eastAsiaTheme="minorEastAsia" w:hAnsiTheme="minorHAnsi" w:cstheme="minorBidi"/>
      <w:sz w:val="22"/>
      <w:szCs w:val="22"/>
    </w:r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BA7A08"/>
    <w:rPr>
      <w:rFonts w:asciiTheme="minorHAnsi" w:eastAsiaTheme="minorEastAsia" w:hAnsiTheme="minorHAnsi" w:cstheme="minorBidi"/>
      <w:sz w:val="22"/>
      <w:szCs w:val="22"/>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BA7A08"/>
    <w:rPr>
      <w:rFonts w:asciiTheme="minorHAnsi" w:eastAsiaTheme="minorEastAsia" w:hAnsiTheme="minorHAnsi" w:cstheme="minorBidi"/>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BA7A08"/>
    <w:rPr>
      <w:rFonts w:asciiTheme="minorHAnsi" w:eastAsiaTheme="minorEastAsia" w:hAnsiTheme="minorHAnsi" w:cstheme="minorBidi"/>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BA7A08"/>
    <w:rPr>
      <w:rFonts w:asciiTheme="minorHAnsi" w:eastAsiaTheme="minorEastAsia" w:hAnsiTheme="minorHAnsi" w:cstheme="minorBidi"/>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BA7A08"/>
    <w:rPr>
      <w:rFonts w:asciiTheme="minorHAnsi" w:eastAsiaTheme="minorEastAsia" w:hAnsiTheme="minorHAnsi" w:cstheme="minorBidi"/>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BA7A08"/>
    <w:rPr>
      <w:rFonts w:asciiTheme="minorHAnsi" w:eastAsiaTheme="minorEastAsia" w:hAnsiTheme="minorHAnsi" w:cstheme="minorBidi"/>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BA7A08"/>
    <w:rPr>
      <w:rFonts w:asciiTheme="minorHAnsi" w:eastAsiaTheme="minorEastAsia" w:hAnsiTheme="minorHAnsi" w:cstheme="minorBidi"/>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BA7A08"/>
    <w:rPr>
      <w:rFonts w:asciiTheme="minorHAnsi" w:eastAsiaTheme="minorEastAsia" w:hAnsiTheme="minorHAnsi" w:cstheme="minorBidi"/>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BA7A08"/>
    <w:rPr>
      <w:rFonts w:asciiTheme="minorHAnsi" w:eastAsiaTheme="minorEastAsia" w:hAnsiTheme="minorHAnsi" w:cstheme="minorBidi"/>
      <w:color w:val="000000" w:themeColor="text1"/>
      <w:sz w:val="22"/>
      <w:szCs w:val="22"/>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BA7A08"/>
    <w:rPr>
      <w:rFonts w:asciiTheme="minorHAnsi" w:eastAsiaTheme="minorEastAsia" w:hAnsiTheme="minorHAnsi" w:cstheme="minorBidi"/>
      <w:color w:val="000000" w:themeColor="text1"/>
      <w:sz w:val="22"/>
      <w:szCs w:val="22"/>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rsid w:val="00BA7A08"/>
    <w:rPr>
      <w:rFonts w:asciiTheme="minorHAnsi" w:eastAsiaTheme="minorEastAsia" w:hAnsiTheme="minorHAnsi" w:cstheme="minorBidi"/>
      <w:color w:val="000000" w:themeColor="text1"/>
      <w:sz w:val="22"/>
      <w:szCs w:val="22"/>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BA7A08"/>
    <w:rPr>
      <w:rFonts w:asciiTheme="minorHAnsi" w:eastAsiaTheme="minorEastAsia" w:hAnsiTheme="minorHAnsi" w:cstheme="minorBidi"/>
      <w:color w:val="000000" w:themeColor="text1"/>
      <w:sz w:val="22"/>
      <w:szCs w:val="22"/>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BA7A08"/>
    <w:rPr>
      <w:rFonts w:asciiTheme="minorHAnsi" w:eastAsiaTheme="minorEastAsia" w:hAnsiTheme="minorHAnsi" w:cstheme="minorBidi"/>
      <w:color w:val="000000" w:themeColor="text1"/>
      <w:sz w:val="22"/>
      <w:szCs w:val="22"/>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BA7A08"/>
    <w:rPr>
      <w:rFonts w:asciiTheme="minorHAnsi" w:eastAsiaTheme="minorEastAsia" w:hAnsiTheme="minorHAnsi" w:cstheme="minorBidi"/>
      <w:color w:val="000000" w:themeColor="text1"/>
      <w:sz w:val="22"/>
      <w:szCs w:val="22"/>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rsid w:val="00BA7A08"/>
    <w:rPr>
      <w:rFonts w:asciiTheme="minorHAnsi" w:eastAsiaTheme="minorEastAsia" w:hAnsiTheme="minorHAnsi" w:cstheme="minorBidi"/>
      <w:color w:val="000000" w:themeColor="text1"/>
      <w:sz w:val="22"/>
      <w:szCs w:val="22"/>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BA7A08"/>
    <w:rPr>
      <w:rFonts w:asciiTheme="majorHAnsi" w:eastAsiaTheme="majorEastAsia" w:hAnsiTheme="majorHAnsi" w:cstheme="majorBidi"/>
      <w:color w:val="000000" w:themeColor="text1"/>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BA7A08"/>
    <w:rPr>
      <w:rFonts w:asciiTheme="majorHAnsi" w:eastAsiaTheme="majorEastAsia" w:hAnsiTheme="majorHAnsi" w:cstheme="majorBidi"/>
      <w:color w:val="000000" w:themeColor="text1"/>
      <w:sz w:val="22"/>
      <w:szCs w:val="22"/>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single" w:sz="8" w:space="0" w:color="5B9BD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BA7A08"/>
    <w:rPr>
      <w:rFonts w:asciiTheme="majorHAnsi" w:eastAsiaTheme="majorEastAsia" w:hAnsiTheme="majorHAnsi" w:cstheme="majorBidi"/>
      <w:color w:val="000000" w:themeColor="text1"/>
      <w:sz w:val="22"/>
      <w:szCs w:val="22"/>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BA7A08"/>
    <w:rPr>
      <w:rFonts w:asciiTheme="majorHAnsi" w:eastAsiaTheme="majorEastAsia" w:hAnsiTheme="majorHAnsi" w:cstheme="majorBidi"/>
      <w:color w:val="000000" w:themeColor="text1"/>
      <w:sz w:val="22"/>
      <w:szCs w:val="22"/>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BA7A08"/>
    <w:rPr>
      <w:rFonts w:asciiTheme="majorHAnsi" w:eastAsiaTheme="majorEastAsia" w:hAnsiTheme="majorHAnsi" w:cstheme="majorBidi"/>
      <w:color w:val="000000" w:themeColor="text1"/>
      <w:sz w:val="22"/>
      <w:szCs w:val="22"/>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BA7A08"/>
    <w:rPr>
      <w:rFonts w:asciiTheme="majorHAnsi" w:eastAsiaTheme="majorEastAsia" w:hAnsiTheme="majorHAnsi" w:cstheme="majorBidi"/>
      <w:color w:val="000000" w:themeColor="text1"/>
      <w:sz w:val="22"/>
      <w:szCs w:val="22"/>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single" w:sz="8" w:space="0" w:color="4472C4"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BA7A08"/>
    <w:rPr>
      <w:rFonts w:asciiTheme="majorHAnsi" w:eastAsiaTheme="majorEastAsia" w:hAnsiTheme="majorHAnsi" w:cstheme="majorBidi"/>
      <w:color w:val="000000" w:themeColor="text1"/>
      <w:sz w:val="22"/>
      <w:szCs w:val="22"/>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BA7A08"/>
    <w:rPr>
      <w:rFonts w:asciiTheme="minorHAnsi" w:eastAsiaTheme="minorEastAsia" w:hAnsiTheme="minorHAnsi" w:cstheme="minorBidi"/>
      <w:sz w:val="22"/>
      <w:szCs w:val="22"/>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BA7A08"/>
    <w:rPr>
      <w:rFonts w:asciiTheme="minorHAnsi" w:eastAsiaTheme="minorEastAsia" w:hAnsiTheme="minorHAnsi" w:cstheme="minorBidi"/>
      <w:sz w:val="22"/>
      <w:szCs w:val="22"/>
    </w:r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rsid w:val="00BA7A08"/>
    <w:rPr>
      <w:rFonts w:asciiTheme="minorHAnsi" w:eastAsiaTheme="minorEastAsia" w:hAnsiTheme="minorHAnsi" w:cstheme="minorBidi"/>
      <w:sz w:val="22"/>
      <w:szCs w:val="22"/>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BA7A08"/>
    <w:rPr>
      <w:rFonts w:asciiTheme="minorHAnsi" w:eastAsiaTheme="minorEastAsia" w:hAnsiTheme="minorHAnsi" w:cstheme="minorBidi"/>
      <w:sz w:val="22"/>
      <w:szCs w:val="22"/>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BA7A08"/>
    <w:rPr>
      <w:rFonts w:asciiTheme="minorHAnsi" w:eastAsiaTheme="minorEastAsia" w:hAnsiTheme="minorHAnsi" w:cstheme="minorBidi"/>
      <w:sz w:val="22"/>
      <w:szCs w:val="22"/>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BA7A08"/>
    <w:rPr>
      <w:rFonts w:asciiTheme="minorHAnsi" w:eastAsiaTheme="minorEastAsia" w:hAnsiTheme="minorHAnsi" w:cstheme="minorBidi"/>
      <w:sz w:val="22"/>
      <w:szCs w:val="22"/>
    </w:r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rsid w:val="00BA7A08"/>
    <w:rPr>
      <w:rFonts w:asciiTheme="minorHAnsi" w:eastAsiaTheme="minorEastAsia" w:hAnsiTheme="minorHAnsi" w:cstheme="minorBidi"/>
      <w:sz w:val="22"/>
      <w:szCs w:val="22"/>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BA7A08"/>
    <w:rPr>
      <w:rFonts w:asciiTheme="majorHAnsi" w:eastAsiaTheme="majorEastAsia" w:hAnsiTheme="majorHAnsi" w:cstheme="majorBidi"/>
      <w:color w:val="000000" w:themeColor="text1"/>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BA7A08"/>
    <w:rPr>
      <w:rFonts w:asciiTheme="majorHAnsi" w:eastAsiaTheme="majorEastAsia" w:hAnsiTheme="majorHAnsi" w:cstheme="majorBidi"/>
      <w:color w:val="000000" w:themeColor="text1"/>
      <w:sz w:val="22"/>
      <w:szCs w:val="22"/>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BA7A08"/>
    <w:rPr>
      <w:rFonts w:asciiTheme="majorHAnsi" w:eastAsiaTheme="majorEastAsia" w:hAnsiTheme="majorHAnsi" w:cstheme="majorBidi"/>
      <w:color w:val="000000" w:themeColor="text1"/>
      <w:sz w:val="22"/>
      <w:szCs w:val="22"/>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BA7A08"/>
    <w:rPr>
      <w:rFonts w:asciiTheme="majorHAnsi" w:eastAsiaTheme="majorEastAsia" w:hAnsiTheme="majorHAnsi" w:cstheme="majorBidi"/>
      <w:color w:val="000000" w:themeColor="text1"/>
      <w:sz w:val="22"/>
      <w:szCs w:val="22"/>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BA7A08"/>
    <w:rPr>
      <w:rFonts w:asciiTheme="majorHAnsi" w:eastAsiaTheme="majorEastAsia" w:hAnsiTheme="majorHAnsi" w:cstheme="majorBidi"/>
      <w:color w:val="000000" w:themeColor="text1"/>
      <w:sz w:val="22"/>
      <w:szCs w:val="22"/>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BA7A08"/>
    <w:rPr>
      <w:rFonts w:asciiTheme="majorHAnsi" w:eastAsiaTheme="majorEastAsia" w:hAnsiTheme="majorHAnsi" w:cstheme="majorBidi"/>
      <w:color w:val="000000" w:themeColor="text1"/>
      <w:sz w:val="22"/>
      <w:szCs w:val="22"/>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BA7A08"/>
    <w:rPr>
      <w:rFonts w:asciiTheme="majorHAnsi" w:eastAsiaTheme="majorEastAsia" w:hAnsiTheme="majorHAnsi" w:cstheme="majorBidi"/>
      <w:color w:val="000000" w:themeColor="text1"/>
      <w:sz w:val="22"/>
      <w:szCs w:val="22"/>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BA7A08"/>
    <w:rPr>
      <w:rFonts w:asciiTheme="minorHAnsi" w:eastAsiaTheme="minorEastAsia"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BA7A08"/>
    <w:rPr>
      <w:rFonts w:asciiTheme="minorHAnsi" w:eastAsiaTheme="minorEastAsia"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rsid w:val="00BA7A08"/>
    <w:rPr>
      <w:rFonts w:asciiTheme="minorHAnsi" w:eastAsiaTheme="minorEastAsia"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BA7A08"/>
    <w:rPr>
      <w:rFonts w:asciiTheme="minorHAnsi" w:eastAsiaTheme="minorEastAsia"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BA7A08"/>
    <w:rPr>
      <w:rFonts w:asciiTheme="minorHAnsi" w:eastAsiaTheme="minorEastAsia"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BA7A08"/>
    <w:rPr>
      <w:rFonts w:asciiTheme="minorHAnsi" w:eastAsiaTheme="minorEastAsia"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rsid w:val="00BA7A08"/>
    <w:rPr>
      <w:rFonts w:asciiTheme="minorHAnsi" w:eastAsiaTheme="minorEastAsia" w:hAnsiTheme="minorHAnsi"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BA7A08"/>
    <w:rPr>
      <w:rFonts w:asciiTheme="minorHAnsi" w:eastAsiaTheme="minorEastAsia" w:hAnsiTheme="minorHAnsi" w:cstheme="minorBidi"/>
      <w:color w:val="FFFFFF" w:themeColor="background1"/>
      <w:sz w:val="22"/>
      <w:szCs w:val="22"/>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BA7A08"/>
    <w:rPr>
      <w:rFonts w:asciiTheme="minorHAnsi" w:eastAsiaTheme="minorEastAsia" w:hAnsiTheme="minorHAnsi" w:cstheme="minorBidi"/>
      <w:color w:val="FFFFFF" w:themeColor="background1"/>
      <w:sz w:val="22"/>
      <w:szCs w:val="22"/>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rsid w:val="00BA7A08"/>
    <w:rPr>
      <w:rFonts w:asciiTheme="minorHAnsi" w:eastAsiaTheme="minorEastAsia" w:hAnsiTheme="minorHAnsi" w:cstheme="minorBidi"/>
      <w:color w:val="FFFFFF" w:themeColor="background1"/>
      <w:sz w:val="22"/>
      <w:szCs w:val="22"/>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BA7A08"/>
    <w:rPr>
      <w:rFonts w:asciiTheme="minorHAnsi" w:eastAsiaTheme="minorEastAsia" w:hAnsiTheme="minorHAnsi" w:cstheme="minorBidi"/>
      <w:color w:val="FFFFFF" w:themeColor="background1"/>
      <w:sz w:val="22"/>
      <w:szCs w:val="22"/>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BA7A08"/>
    <w:rPr>
      <w:rFonts w:asciiTheme="minorHAnsi" w:eastAsiaTheme="minorEastAsia" w:hAnsiTheme="minorHAnsi" w:cstheme="minorBidi"/>
      <w:color w:val="FFFFFF" w:themeColor="background1"/>
      <w:sz w:val="22"/>
      <w:szCs w:val="22"/>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BA7A08"/>
    <w:rPr>
      <w:rFonts w:asciiTheme="minorHAnsi" w:eastAsiaTheme="minorEastAsia" w:hAnsiTheme="minorHAnsi" w:cstheme="minorBidi"/>
      <w:color w:val="FFFFFF" w:themeColor="background1"/>
      <w:sz w:val="22"/>
      <w:szCs w:val="22"/>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rsid w:val="00BA7A08"/>
    <w:rPr>
      <w:rFonts w:asciiTheme="minorHAnsi" w:eastAsiaTheme="minorEastAsia" w:hAnsiTheme="minorHAnsi" w:cstheme="minorBidi"/>
      <w:color w:val="FFFFFF" w:themeColor="background1"/>
      <w:sz w:val="22"/>
      <w:szCs w:val="22"/>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BA7A08"/>
    <w:rPr>
      <w:rFonts w:asciiTheme="minorHAnsi" w:eastAsiaTheme="minorEastAsia" w:hAnsiTheme="minorHAnsi" w:cstheme="minorBidi"/>
      <w:color w:val="000000" w:themeColor="text1"/>
      <w:sz w:val="22"/>
      <w:szCs w:val="22"/>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BA7A08"/>
    <w:rPr>
      <w:rFonts w:asciiTheme="minorHAnsi" w:eastAsiaTheme="minorEastAsia" w:hAnsiTheme="minorHAnsi" w:cstheme="minorBidi"/>
      <w:color w:val="000000" w:themeColor="text1"/>
      <w:sz w:val="22"/>
      <w:szCs w:val="22"/>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BA7A08"/>
    <w:rPr>
      <w:rFonts w:asciiTheme="minorHAnsi" w:eastAsiaTheme="minorEastAsia" w:hAnsiTheme="minorHAnsi" w:cstheme="minorBidi"/>
      <w:color w:val="000000" w:themeColor="text1"/>
      <w:sz w:val="22"/>
      <w:szCs w:val="22"/>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BA7A08"/>
    <w:rPr>
      <w:rFonts w:asciiTheme="minorHAnsi" w:eastAsiaTheme="minorEastAsia" w:hAnsiTheme="minorHAnsi" w:cstheme="minorBidi"/>
      <w:color w:val="000000" w:themeColor="text1"/>
      <w:sz w:val="22"/>
      <w:szCs w:val="22"/>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BA7A08"/>
    <w:rPr>
      <w:rFonts w:asciiTheme="minorHAnsi" w:eastAsiaTheme="minorEastAsia" w:hAnsiTheme="minorHAnsi" w:cstheme="minorBidi"/>
      <w:color w:val="000000" w:themeColor="text1"/>
      <w:sz w:val="22"/>
      <w:szCs w:val="22"/>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BA7A08"/>
    <w:rPr>
      <w:rFonts w:asciiTheme="minorHAnsi" w:eastAsiaTheme="minorEastAsia" w:hAnsiTheme="minorHAnsi" w:cstheme="minorBidi"/>
      <w:color w:val="000000" w:themeColor="text1"/>
      <w:sz w:val="22"/>
      <w:szCs w:val="22"/>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BA7A08"/>
    <w:rPr>
      <w:rFonts w:asciiTheme="minorHAnsi" w:eastAsiaTheme="minorEastAsia" w:hAnsiTheme="minorHAnsi" w:cstheme="minorBidi"/>
      <w:color w:val="000000" w:themeColor="text1"/>
      <w:sz w:val="22"/>
      <w:szCs w:val="22"/>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BA7A08"/>
    <w:rPr>
      <w:rFonts w:asciiTheme="minorHAnsi" w:eastAsiaTheme="minorEastAsia" w:hAnsiTheme="minorHAnsi" w:cstheme="minorBidi"/>
      <w:color w:val="000000" w:themeColor="text1"/>
      <w:sz w:val="22"/>
      <w:szCs w:val="22"/>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BA7A08"/>
    <w:rPr>
      <w:rFonts w:asciiTheme="minorHAnsi" w:eastAsiaTheme="minorEastAsia" w:hAnsiTheme="minorHAnsi" w:cstheme="minorBidi"/>
      <w:color w:val="000000" w:themeColor="text1"/>
      <w:sz w:val="22"/>
      <w:szCs w:val="22"/>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rsid w:val="00BA7A08"/>
    <w:rPr>
      <w:rFonts w:asciiTheme="minorHAnsi" w:eastAsiaTheme="minorEastAsia" w:hAnsiTheme="minorHAnsi" w:cstheme="minorBidi"/>
      <w:color w:val="000000" w:themeColor="text1"/>
      <w:sz w:val="22"/>
      <w:szCs w:val="22"/>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BA7A08"/>
    <w:rPr>
      <w:rFonts w:asciiTheme="minorHAnsi" w:eastAsiaTheme="minorEastAsia" w:hAnsiTheme="minorHAnsi" w:cstheme="minorBidi"/>
      <w:color w:val="000000" w:themeColor="text1"/>
      <w:sz w:val="22"/>
      <w:szCs w:val="22"/>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BA7A08"/>
    <w:rPr>
      <w:rFonts w:asciiTheme="minorHAnsi" w:eastAsiaTheme="minorEastAsia" w:hAnsiTheme="minorHAnsi" w:cstheme="minorBidi"/>
      <w:color w:val="000000" w:themeColor="text1"/>
      <w:sz w:val="22"/>
      <w:szCs w:val="22"/>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BA7A08"/>
    <w:rPr>
      <w:rFonts w:asciiTheme="minorHAnsi" w:eastAsiaTheme="minorEastAsia" w:hAnsiTheme="minorHAnsi" w:cstheme="minorBidi"/>
      <w:color w:val="000000" w:themeColor="text1"/>
      <w:sz w:val="22"/>
      <w:szCs w:val="22"/>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rsid w:val="00BA7A08"/>
    <w:rPr>
      <w:rFonts w:asciiTheme="minorHAnsi" w:eastAsiaTheme="minorEastAsia" w:hAnsiTheme="minorHAnsi" w:cstheme="minorBidi"/>
      <w:color w:val="000000" w:themeColor="text1"/>
      <w:sz w:val="22"/>
      <w:szCs w:val="22"/>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BA7A08"/>
    <w:rPr>
      <w:rFonts w:asciiTheme="minorHAnsi" w:eastAsiaTheme="minorEastAsia" w:hAnsiTheme="minorHAnsi" w:cstheme="minorBidi"/>
      <w:color w:val="000000" w:themeColor="text1"/>
      <w:sz w:val="22"/>
      <w:szCs w:val="22"/>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BA7A08"/>
    <w:rPr>
      <w:rFonts w:asciiTheme="minorHAnsi" w:eastAsiaTheme="minorEastAsia" w:hAnsiTheme="minorHAnsi" w:cstheme="minorBidi"/>
      <w:color w:val="000000" w:themeColor="text1"/>
      <w:sz w:val="22"/>
      <w:szCs w:val="22"/>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rsid w:val="00BA7A08"/>
    <w:rPr>
      <w:rFonts w:asciiTheme="minorHAnsi" w:eastAsiaTheme="minorEastAsia" w:hAnsiTheme="minorHAnsi" w:cstheme="minorBidi"/>
      <w:color w:val="000000" w:themeColor="text1"/>
      <w:sz w:val="22"/>
      <w:szCs w:val="22"/>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BA7A08"/>
    <w:rPr>
      <w:rFonts w:asciiTheme="minorHAnsi" w:eastAsiaTheme="minorEastAsia" w:hAnsiTheme="minorHAnsi" w:cstheme="minorBidi"/>
      <w:color w:val="000000" w:themeColor="text1"/>
      <w:sz w:val="22"/>
      <w:szCs w:val="22"/>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BA7A08"/>
    <w:rPr>
      <w:rFonts w:asciiTheme="minorHAnsi" w:eastAsiaTheme="minorEastAsia" w:hAnsiTheme="minorHAnsi" w:cstheme="minorBidi"/>
      <w:color w:val="000000" w:themeColor="text1"/>
      <w:sz w:val="22"/>
      <w:szCs w:val="22"/>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BA7A08"/>
    <w:rPr>
      <w:rFonts w:asciiTheme="minorHAnsi" w:eastAsiaTheme="minorEastAsia" w:hAnsiTheme="minorHAnsi" w:cstheme="minorBidi"/>
      <w:color w:val="000000" w:themeColor="text1"/>
      <w:sz w:val="22"/>
      <w:szCs w:val="22"/>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rsid w:val="00BA7A08"/>
    <w:rPr>
      <w:rFonts w:asciiTheme="minorHAnsi" w:eastAsiaTheme="minorEastAsia" w:hAnsiTheme="minorHAnsi" w:cstheme="minorBidi"/>
      <w:color w:val="000000" w:themeColor="text1"/>
      <w:sz w:val="22"/>
      <w:szCs w:val="22"/>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character" w:customStyle="1" w:styleId="rynqvb">
    <w:name w:val="rynqvb"/>
    <w:basedOn w:val="DefaultParagraphFont"/>
    <w:rsid w:val="005618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951826">
      <w:bodyDiv w:val="1"/>
      <w:marLeft w:val="0"/>
      <w:marRight w:val="0"/>
      <w:marTop w:val="0"/>
      <w:marBottom w:val="0"/>
      <w:divBdr>
        <w:top w:val="none" w:sz="0" w:space="0" w:color="auto"/>
        <w:left w:val="none" w:sz="0" w:space="0" w:color="auto"/>
        <w:bottom w:val="none" w:sz="0" w:space="0" w:color="auto"/>
        <w:right w:val="none" w:sz="0" w:space="0" w:color="auto"/>
      </w:divBdr>
    </w:div>
    <w:div w:id="203637488">
      <w:bodyDiv w:val="1"/>
      <w:marLeft w:val="0"/>
      <w:marRight w:val="0"/>
      <w:marTop w:val="0"/>
      <w:marBottom w:val="0"/>
      <w:divBdr>
        <w:top w:val="none" w:sz="0" w:space="0" w:color="auto"/>
        <w:left w:val="none" w:sz="0" w:space="0" w:color="auto"/>
        <w:bottom w:val="none" w:sz="0" w:space="0" w:color="auto"/>
        <w:right w:val="none" w:sz="0" w:space="0" w:color="auto"/>
      </w:divBdr>
    </w:div>
    <w:div w:id="265970544">
      <w:bodyDiv w:val="1"/>
      <w:marLeft w:val="0"/>
      <w:marRight w:val="0"/>
      <w:marTop w:val="0"/>
      <w:marBottom w:val="0"/>
      <w:divBdr>
        <w:top w:val="none" w:sz="0" w:space="0" w:color="auto"/>
        <w:left w:val="none" w:sz="0" w:space="0" w:color="auto"/>
        <w:bottom w:val="none" w:sz="0" w:space="0" w:color="auto"/>
        <w:right w:val="none" w:sz="0" w:space="0" w:color="auto"/>
      </w:divBdr>
    </w:div>
    <w:div w:id="831339008">
      <w:bodyDiv w:val="1"/>
      <w:marLeft w:val="0"/>
      <w:marRight w:val="0"/>
      <w:marTop w:val="0"/>
      <w:marBottom w:val="0"/>
      <w:divBdr>
        <w:top w:val="none" w:sz="0" w:space="0" w:color="auto"/>
        <w:left w:val="none" w:sz="0" w:space="0" w:color="auto"/>
        <w:bottom w:val="none" w:sz="0" w:space="0" w:color="auto"/>
        <w:right w:val="none" w:sz="0" w:space="0" w:color="auto"/>
      </w:divBdr>
    </w:div>
    <w:div w:id="839540822">
      <w:bodyDiv w:val="1"/>
      <w:marLeft w:val="0"/>
      <w:marRight w:val="0"/>
      <w:marTop w:val="0"/>
      <w:marBottom w:val="0"/>
      <w:divBdr>
        <w:top w:val="none" w:sz="0" w:space="0" w:color="auto"/>
        <w:left w:val="none" w:sz="0" w:space="0" w:color="auto"/>
        <w:bottom w:val="none" w:sz="0" w:space="0" w:color="auto"/>
        <w:right w:val="none" w:sz="0" w:space="0" w:color="auto"/>
      </w:divBdr>
    </w:div>
    <w:div w:id="900410235">
      <w:bodyDiv w:val="1"/>
      <w:marLeft w:val="0"/>
      <w:marRight w:val="0"/>
      <w:marTop w:val="0"/>
      <w:marBottom w:val="0"/>
      <w:divBdr>
        <w:top w:val="none" w:sz="0" w:space="0" w:color="auto"/>
        <w:left w:val="none" w:sz="0" w:space="0" w:color="auto"/>
        <w:bottom w:val="none" w:sz="0" w:space="0" w:color="auto"/>
        <w:right w:val="none" w:sz="0" w:space="0" w:color="auto"/>
      </w:divBdr>
      <w:divsChild>
        <w:div w:id="636033454">
          <w:marLeft w:val="0"/>
          <w:marRight w:val="0"/>
          <w:marTop w:val="0"/>
          <w:marBottom w:val="0"/>
          <w:divBdr>
            <w:top w:val="none" w:sz="0" w:space="0" w:color="auto"/>
            <w:left w:val="none" w:sz="0" w:space="0" w:color="auto"/>
            <w:bottom w:val="none" w:sz="0" w:space="0" w:color="auto"/>
            <w:right w:val="none" w:sz="0" w:space="0" w:color="auto"/>
          </w:divBdr>
        </w:div>
        <w:div w:id="598879436">
          <w:marLeft w:val="0"/>
          <w:marRight w:val="0"/>
          <w:marTop w:val="0"/>
          <w:marBottom w:val="0"/>
          <w:divBdr>
            <w:top w:val="none" w:sz="0" w:space="0" w:color="auto"/>
            <w:left w:val="none" w:sz="0" w:space="0" w:color="auto"/>
            <w:bottom w:val="none" w:sz="0" w:space="0" w:color="auto"/>
            <w:right w:val="none" w:sz="0" w:space="0" w:color="auto"/>
          </w:divBdr>
          <w:divsChild>
            <w:div w:id="175312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4165471">
      <w:bodyDiv w:val="1"/>
      <w:marLeft w:val="0"/>
      <w:marRight w:val="0"/>
      <w:marTop w:val="0"/>
      <w:marBottom w:val="0"/>
      <w:divBdr>
        <w:top w:val="none" w:sz="0" w:space="0" w:color="auto"/>
        <w:left w:val="none" w:sz="0" w:space="0" w:color="auto"/>
        <w:bottom w:val="none" w:sz="0" w:space="0" w:color="auto"/>
        <w:right w:val="none" w:sz="0" w:space="0" w:color="auto"/>
      </w:divBdr>
    </w:div>
    <w:div w:id="1209101460">
      <w:bodyDiv w:val="1"/>
      <w:marLeft w:val="0"/>
      <w:marRight w:val="0"/>
      <w:marTop w:val="0"/>
      <w:marBottom w:val="0"/>
      <w:divBdr>
        <w:top w:val="none" w:sz="0" w:space="0" w:color="auto"/>
        <w:left w:val="none" w:sz="0" w:space="0" w:color="auto"/>
        <w:bottom w:val="none" w:sz="0" w:space="0" w:color="auto"/>
        <w:right w:val="none" w:sz="0" w:space="0" w:color="auto"/>
      </w:divBdr>
    </w:div>
    <w:div w:id="1322152881">
      <w:bodyDiv w:val="1"/>
      <w:marLeft w:val="0"/>
      <w:marRight w:val="0"/>
      <w:marTop w:val="0"/>
      <w:marBottom w:val="0"/>
      <w:divBdr>
        <w:top w:val="none" w:sz="0" w:space="0" w:color="auto"/>
        <w:left w:val="none" w:sz="0" w:space="0" w:color="auto"/>
        <w:bottom w:val="none" w:sz="0" w:space="0" w:color="auto"/>
        <w:right w:val="none" w:sz="0" w:space="0" w:color="auto"/>
      </w:divBdr>
      <w:divsChild>
        <w:div w:id="1716074571">
          <w:marLeft w:val="0"/>
          <w:marRight w:val="0"/>
          <w:marTop w:val="0"/>
          <w:marBottom w:val="0"/>
          <w:divBdr>
            <w:top w:val="none" w:sz="0" w:space="0" w:color="auto"/>
            <w:left w:val="none" w:sz="0" w:space="0" w:color="auto"/>
            <w:bottom w:val="none" w:sz="0" w:space="0" w:color="auto"/>
            <w:right w:val="none" w:sz="0" w:space="0" w:color="auto"/>
          </w:divBdr>
        </w:div>
      </w:divsChild>
    </w:div>
    <w:div w:id="1439444491">
      <w:bodyDiv w:val="1"/>
      <w:marLeft w:val="0"/>
      <w:marRight w:val="0"/>
      <w:marTop w:val="0"/>
      <w:marBottom w:val="0"/>
      <w:divBdr>
        <w:top w:val="none" w:sz="0" w:space="0" w:color="auto"/>
        <w:left w:val="none" w:sz="0" w:space="0" w:color="auto"/>
        <w:bottom w:val="none" w:sz="0" w:space="0" w:color="auto"/>
        <w:right w:val="none" w:sz="0" w:space="0" w:color="auto"/>
      </w:divBdr>
    </w:div>
    <w:div w:id="1478574794">
      <w:bodyDiv w:val="1"/>
      <w:marLeft w:val="0"/>
      <w:marRight w:val="0"/>
      <w:marTop w:val="0"/>
      <w:marBottom w:val="0"/>
      <w:divBdr>
        <w:top w:val="none" w:sz="0" w:space="0" w:color="auto"/>
        <w:left w:val="none" w:sz="0" w:space="0" w:color="auto"/>
        <w:bottom w:val="none" w:sz="0" w:space="0" w:color="auto"/>
        <w:right w:val="none" w:sz="0" w:space="0" w:color="auto"/>
      </w:divBdr>
    </w:div>
    <w:div w:id="1765419012">
      <w:bodyDiv w:val="1"/>
      <w:marLeft w:val="0"/>
      <w:marRight w:val="0"/>
      <w:marTop w:val="0"/>
      <w:marBottom w:val="0"/>
      <w:divBdr>
        <w:top w:val="none" w:sz="0" w:space="0" w:color="auto"/>
        <w:left w:val="none" w:sz="0" w:space="0" w:color="auto"/>
        <w:bottom w:val="none" w:sz="0" w:space="0" w:color="auto"/>
        <w:right w:val="none" w:sz="0" w:space="0" w:color="auto"/>
      </w:divBdr>
    </w:div>
    <w:div w:id="1829009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orcid.org/0009-0004-2099-1611" TargetMode="External"/><Relationship Id="rId18" Type="http://schemas.openxmlformats.org/officeDocument/2006/relationships/hyperlink" Target="https://www.openaccess.nl/en/what-is-open-access"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creativecommons.org/licenses/by/4.0/"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4.png"/><Relationship Id="rId25" Type="http://schemas.openxmlformats.org/officeDocument/2006/relationships/header" Target="header1.xml"/><Relationship Id="rId33"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http://creativecommons.org/licenses/by/4.0/" TargetMode="External"/><Relationship Id="rId20" Type="http://schemas.openxmlformats.org/officeDocument/2006/relationships/hyperlink" Target="http://creativecommons.org/licenses/by/4.0/"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odicology.ir/article_217824.html?lang=en" TargetMode="External"/><Relationship Id="rId24" Type="http://schemas.openxmlformats.org/officeDocument/2006/relationships/image" Target="media/image50.png"/><Relationship Id="rId32" Type="http://schemas.openxmlformats.org/officeDocument/2006/relationships/image" Target="media/image8.png"/><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hyperlink" Target="https://www.openaccess.nl/en/what-is-open-access" TargetMode="External"/><Relationship Id="rId28" Type="http://schemas.openxmlformats.org/officeDocument/2006/relationships/footer" Target="footer2.xml"/><Relationship Id="rId10" Type="http://schemas.openxmlformats.org/officeDocument/2006/relationships/hyperlink" Target="https://doi.org/10.22034/dpr.2026.604152.1031" TargetMode="External"/><Relationship Id="rId19" Type="http://schemas.openxmlformats.org/officeDocument/2006/relationships/image" Target="media/image5.png"/><Relationship Id="rId31" Type="http://schemas.openxmlformats.org/officeDocument/2006/relationships/hyperlink" Target="https://doi.org/10.22034/crtc.2022.348480.1014"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mailto:elhammalekzadeh@ihcs.ac.ir" TargetMode="External"/><Relationship Id="rId22" Type="http://schemas.openxmlformats.org/officeDocument/2006/relationships/image" Target="media/image40.png"/><Relationship Id="rId27" Type="http://schemas.openxmlformats.org/officeDocument/2006/relationships/footer" Target="footer1.xml"/><Relationship Id="rId30" Type="http://schemas.openxmlformats.org/officeDocument/2006/relationships/footer" Target="footer3.xml"/><Relationship Id="rId35" Type="http://schemas.openxmlformats.org/officeDocument/2006/relationships/theme" Target="theme/theme1.xml"/><Relationship Id="rId8" Type="http://schemas.openxmlformats.org/officeDocument/2006/relationships/hyperlink" Target="https://orcid.org/0000-0001-5287-7427"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_rels/header4.xml.rels><?xml version="1.0" encoding="UTF-8" standalone="yes"?>
<Relationships xmlns="http://schemas.openxmlformats.org/package/2006/relationships"><Relationship Id="rId1" Type="http://schemas.openxmlformats.org/officeDocument/2006/relationships/image" Target="media/image9.png"/></Relationships>
</file>

<file path=word/_rels/settings.xml.rels><?xml version="1.0" encoding="UTF-8" standalone="yes"?>
<Relationships xmlns="http://schemas.openxmlformats.org/package/2006/relationships"><Relationship Id="rId1" Type="http://schemas.openxmlformats.org/officeDocument/2006/relationships/attachedTemplate" Target="file:///D:\&#1606;&#1585;&#1583;%20&#1608;%20&#1588;&#1591;&#1585;&#1606;&#1580;.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6BB777-51E6-4340-B6F6-9546833DDB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نرد و شطرنج.dot</Template>
  <TotalTime>4</TotalTime>
  <Pages>6</Pages>
  <Words>769</Words>
  <Characters>4387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The Evolution of Professional-Cultural Associations in Pahlavi-Era Iran: An Analysis of the Formation and Demise of the Iranian Engineers' Association (1942–1979)</vt:lpstr>
    </vt:vector>
  </TitlesOfParts>
  <Company/>
  <LinksUpToDate>false</LinksUpToDate>
  <CharactersWithSpaces>5146</CharactersWithSpaces>
  <SharedDoc>false</SharedDoc>
  <HLinks>
    <vt:vector size="6" baseType="variant">
      <vt:variant>
        <vt:i4>6881340</vt:i4>
      </vt:variant>
      <vt:variant>
        <vt:i4>0</vt:i4>
      </vt:variant>
      <vt:variant>
        <vt:i4>0</vt:i4>
      </vt:variant>
      <vt:variant>
        <vt:i4>5</vt:i4>
      </vt:variant>
      <vt:variant>
        <vt:lpwstr>https://perlit.tabrizu.ac.ir/article_12610_442eb37357c03df65a8b61dcc3a559d5.pdf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Professional-Cultural Associations in Pahlavi-Era Iran: An Analysis of the Formation and Demise of the Iranian Engineers' Association (1942–1979)</dc:title>
  <dc:subject/>
  <dc:creator>Elham malekzadeh;Narges kalali</dc:creator>
  <cp:keywords>Journal of Diplomatics Studies and Research</cp:keywords>
  <dc:description/>
  <cp:lastModifiedBy>Asus</cp:lastModifiedBy>
  <cp:revision>6</cp:revision>
  <cp:lastPrinted>2026-10-08T06:36:00Z</cp:lastPrinted>
  <dcterms:created xsi:type="dcterms:W3CDTF">2026-10-29T03:21:00Z</dcterms:created>
  <dcterms:modified xsi:type="dcterms:W3CDTF">2026-10-29T03:30:00Z</dcterms:modified>
</cp:coreProperties>
</file>